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CD678" w14:textId="613F0826" w:rsidR="00C7401F" w:rsidRPr="00DC58C6" w:rsidRDefault="00DC428E" w:rsidP="009C285A">
      <w:pPr>
        <w:spacing w:line="240" w:lineRule="auto"/>
        <w:jc w:val="both"/>
        <w:rPr>
          <w:rFonts w:ascii="Arial" w:hAnsi="Arial" w:cs="Arial"/>
        </w:rPr>
      </w:pPr>
      <w:r w:rsidRPr="00FC2FC0">
        <w:rPr>
          <w:rFonts w:ascii="Arial" w:hAnsi="Arial" w:cs="Arial"/>
        </w:rPr>
        <w:t xml:space="preserve">Na </w:t>
      </w:r>
      <w:proofErr w:type="spellStart"/>
      <w:r w:rsidRPr="00FC2FC0">
        <w:rPr>
          <w:rFonts w:ascii="Arial" w:hAnsi="Arial" w:cs="Arial"/>
        </w:rPr>
        <w:t>temelju</w:t>
      </w:r>
      <w:proofErr w:type="spellEnd"/>
      <w:r w:rsidRPr="00FC2FC0">
        <w:rPr>
          <w:rFonts w:ascii="Arial" w:hAnsi="Arial" w:cs="Arial"/>
        </w:rPr>
        <w:t xml:space="preserve"> </w:t>
      </w:r>
      <w:proofErr w:type="spellStart"/>
      <w:r w:rsidRPr="00FC2FC0">
        <w:rPr>
          <w:rFonts w:ascii="Arial" w:hAnsi="Arial" w:cs="Arial"/>
        </w:rPr>
        <w:t>članka</w:t>
      </w:r>
      <w:proofErr w:type="spellEnd"/>
      <w:r w:rsidRPr="00FC2FC0">
        <w:rPr>
          <w:rFonts w:ascii="Arial" w:hAnsi="Arial" w:cs="Arial"/>
        </w:rPr>
        <w:t xml:space="preserve"> </w:t>
      </w:r>
      <w:r w:rsidR="00DC58C6" w:rsidRPr="00FC2FC0">
        <w:rPr>
          <w:rFonts w:ascii="Arial" w:hAnsi="Arial" w:cs="Arial"/>
        </w:rPr>
        <w:t xml:space="preserve">17., </w:t>
      </w:r>
      <w:proofErr w:type="spellStart"/>
      <w:r w:rsidR="00DC58C6" w:rsidRPr="00FC2FC0">
        <w:rPr>
          <w:rFonts w:ascii="Arial" w:hAnsi="Arial" w:cs="Arial"/>
        </w:rPr>
        <w:t>stavka</w:t>
      </w:r>
      <w:proofErr w:type="spellEnd"/>
      <w:r w:rsidR="00DC58C6" w:rsidRPr="00FC2FC0">
        <w:rPr>
          <w:rFonts w:ascii="Arial" w:hAnsi="Arial" w:cs="Arial"/>
        </w:rPr>
        <w:t xml:space="preserve"> 1., </w:t>
      </w:r>
      <w:proofErr w:type="spellStart"/>
      <w:r w:rsidR="00DC58C6" w:rsidRPr="00FC2FC0">
        <w:rPr>
          <w:rFonts w:ascii="Arial" w:hAnsi="Arial" w:cs="Arial"/>
        </w:rPr>
        <w:t>točke</w:t>
      </w:r>
      <w:proofErr w:type="spellEnd"/>
      <w:r w:rsidR="00DC58C6" w:rsidRPr="00FC2FC0">
        <w:rPr>
          <w:rFonts w:ascii="Arial" w:hAnsi="Arial" w:cs="Arial"/>
        </w:rPr>
        <w:t xml:space="preserve"> 8.</w:t>
      </w:r>
      <w:r w:rsidRPr="00FC2FC0">
        <w:rPr>
          <w:rFonts w:ascii="Arial" w:hAnsi="Arial" w:cs="Arial"/>
        </w:rPr>
        <w:t xml:space="preserve"> </w:t>
      </w:r>
      <w:proofErr w:type="spellStart"/>
      <w:r w:rsidRPr="00FC2FC0">
        <w:rPr>
          <w:rFonts w:ascii="Arial" w:hAnsi="Arial" w:cs="Arial"/>
        </w:rPr>
        <w:t>Statuta</w:t>
      </w:r>
      <w:proofErr w:type="spellEnd"/>
      <w:r w:rsidRPr="00FC2FC0">
        <w:rPr>
          <w:rFonts w:ascii="Arial" w:hAnsi="Arial" w:cs="Arial"/>
        </w:rPr>
        <w:t xml:space="preserve"> Pravnog fakulteta</w:t>
      </w:r>
      <w:r w:rsidR="00DC58C6" w:rsidRPr="00FC2FC0">
        <w:rPr>
          <w:rFonts w:ascii="Arial" w:hAnsi="Arial" w:cs="Arial"/>
        </w:rPr>
        <w:t xml:space="preserve"> u Zagrebu</w:t>
      </w:r>
      <w:r w:rsidRPr="00FC2FC0">
        <w:rPr>
          <w:rFonts w:ascii="Arial" w:hAnsi="Arial" w:cs="Arial"/>
        </w:rPr>
        <w:t xml:space="preserve"> i </w:t>
      </w:r>
      <w:proofErr w:type="spellStart"/>
      <w:r w:rsidRPr="00FC2FC0">
        <w:rPr>
          <w:rFonts w:ascii="Arial" w:hAnsi="Arial" w:cs="Arial"/>
        </w:rPr>
        <w:t>članka</w:t>
      </w:r>
      <w:proofErr w:type="spellEnd"/>
      <w:r w:rsidRPr="00FC2FC0">
        <w:rPr>
          <w:rFonts w:ascii="Arial" w:hAnsi="Arial" w:cs="Arial"/>
        </w:rPr>
        <w:t xml:space="preserve"> 15. stavka 2. </w:t>
      </w:r>
      <w:proofErr w:type="spellStart"/>
      <w:r w:rsidR="00FC2FC0" w:rsidRPr="00FC2FC0">
        <w:rPr>
          <w:rFonts w:ascii="Arial" w:hAnsi="Arial" w:cs="Arial"/>
        </w:rPr>
        <w:t>Zakona</w:t>
      </w:r>
      <w:proofErr w:type="spellEnd"/>
      <w:r w:rsidR="00FC2FC0" w:rsidRPr="00FC2FC0">
        <w:rPr>
          <w:rFonts w:ascii="Arial" w:hAnsi="Arial" w:cs="Arial"/>
        </w:rPr>
        <w:t xml:space="preserve"> o </w:t>
      </w:r>
      <w:proofErr w:type="spellStart"/>
      <w:r w:rsidR="00FC2FC0" w:rsidRPr="00FC2FC0">
        <w:rPr>
          <w:rFonts w:ascii="Arial" w:hAnsi="Arial" w:cs="Arial"/>
        </w:rPr>
        <w:t>javnoj</w:t>
      </w:r>
      <w:proofErr w:type="spellEnd"/>
      <w:r w:rsidR="00FC2FC0" w:rsidRPr="00FC2FC0">
        <w:rPr>
          <w:rFonts w:ascii="Arial" w:hAnsi="Arial" w:cs="Arial"/>
        </w:rPr>
        <w:t xml:space="preserve"> </w:t>
      </w:r>
      <w:proofErr w:type="spellStart"/>
      <w:r w:rsidR="00FC2FC0" w:rsidRPr="00FC2FC0">
        <w:rPr>
          <w:rFonts w:ascii="Arial" w:hAnsi="Arial" w:cs="Arial"/>
        </w:rPr>
        <w:t>nabavi</w:t>
      </w:r>
      <w:proofErr w:type="spellEnd"/>
      <w:r w:rsidR="00FC2FC0" w:rsidRPr="00FC2FC0">
        <w:rPr>
          <w:rFonts w:ascii="Arial" w:hAnsi="Arial" w:cs="Arial"/>
        </w:rPr>
        <w:t xml:space="preserve"> </w:t>
      </w:r>
      <w:r w:rsidRPr="00FC2FC0">
        <w:rPr>
          <w:rFonts w:ascii="Arial" w:hAnsi="Arial" w:cs="Arial"/>
        </w:rPr>
        <w:t>(</w:t>
      </w:r>
      <w:proofErr w:type="spellStart"/>
      <w:r w:rsidRPr="00FC2FC0">
        <w:rPr>
          <w:rFonts w:ascii="Arial" w:hAnsi="Arial" w:cs="Arial"/>
        </w:rPr>
        <w:t>Narodne</w:t>
      </w:r>
      <w:proofErr w:type="spellEnd"/>
      <w:r w:rsidRPr="00FC2FC0">
        <w:rPr>
          <w:rFonts w:ascii="Arial" w:hAnsi="Arial" w:cs="Arial"/>
        </w:rPr>
        <w:t xml:space="preserve"> </w:t>
      </w:r>
      <w:proofErr w:type="spellStart"/>
      <w:r w:rsidRPr="00FC2FC0">
        <w:rPr>
          <w:rFonts w:ascii="Arial" w:hAnsi="Arial" w:cs="Arial"/>
        </w:rPr>
        <w:t>novine</w:t>
      </w:r>
      <w:proofErr w:type="spellEnd"/>
      <w:r w:rsidRPr="00FC2FC0">
        <w:rPr>
          <w:rFonts w:ascii="Arial" w:hAnsi="Arial" w:cs="Arial"/>
        </w:rPr>
        <w:t xml:space="preserve"> br. 120/16, 114/22 i 48/26), Fakultetsko</w:t>
      </w:r>
      <w:r w:rsidRPr="00DC58C6">
        <w:rPr>
          <w:rFonts w:ascii="Arial" w:hAnsi="Arial" w:cs="Arial"/>
        </w:rPr>
        <w:t xml:space="preserve"> vijeće Sveučilišta u Zagrebu Pravnog fakulteta, </w:t>
      </w:r>
      <w:proofErr w:type="spellStart"/>
      <w:r w:rsidRPr="00DC58C6">
        <w:rPr>
          <w:rFonts w:ascii="Arial" w:hAnsi="Arial" w:cs="Arial"/>
        </w:rPr>
        <w:t>na</w:t>
      </w:r>
      <w:proofErr w:type="spellEnd"/>
      <w:r w:rsidRPr="00DC58C6">
        <w:rPr>
          <w:rFonts w:ascii="Arial" w:hAnsi="Arial" w:cs="Arial"/>
        </w:rPr>
        <w:t xml:space="preserve"> </w:t>
      </w:r>
      <w:proofErr w:type="spellStart"/>
      <w:r w:rsidRPr="00DC58C6">
        <w:rPr>
          <w:rFonts w:ascii="Arial" w:hAnsi="Arial" w:cs="Arial"/>
        </w:rPr>
        <w:t>sjednici</w:t>
      </w:r>
      <w:proofErr w:type="spellEnd"/>
      <w:r w:rsidRPr="00DC58C6">
        <w:rPr>
          <w:rFonts w:ascii="Arial" w:hAnsi="Arial" w:cs="Arial"/>
        </w:rPr>
        <w:t xml:space="preserve"> </w:t>
      </w:r>
      <w:proofErr w:type="spellStart"/>
      <w:r w:rsidRPr="00DC58C6">
        <w:rPr>
          <w:rFonts w:ascii="Arial" w:hAnsi="Arial" w:cs="Arial"/>
        </w:rPr>
        <w:t>održanoj</w:t>
      </w:r>
      <w:proofErr w:type="spellEnd"/>
      <w:r w:rsidRPr="00DC58C6">
        <w:rPr>
          <w:rFonts w:ascii="Arial" w:hAnsi="Arial" w:cs="Arial"/>
        </w:rPr>
        <w:t xml:space="preserve"> dana ____________, </w:t>
      </w:r>
      <w:proofErr w:type="spellStart"/>
      <w:r w:rsidRPr="00DC58C6">
        <w:rPr>
          <w:rFonts w:ascii="Arial" w:hAnsi="Arial" w:cs="Arial"/>
        </w:rPr>
        <w:t>donijelo</w:t>
      </w:r>
      <w:proofErr w:type="spellEnd"/>
      <w:r w:rsidRPr="00DC58C6">
        <w:rPr>
          <w:rFonts w:ascii="Arial" w:hAnsi="Arial" w:cs="Arial"/>
        </w:rPr>
        <w:t xml:space="preserve"> je</w:t>
      </w:r>
    </w:p>
    <w:p w14:paraId="3097F0AB" w14:textId="1A3A8012" w:rsidR="00C7401F" w:rsidRPr="003A560D" w:rsidRDefault="00DC428E" w:rsidP="009C285A">
      <w:pPr>
        <w:pStyle w:val="Heading1"/>
        <w:spacing w:line="240" w:lineRule="auto"/>
        <w:jc w:val="center"/>
        <w:rPr>
          <w:rFonts w:ascii="Arial" w:hAnsi="Arial" w:cs="Arial"/>
          <w:color w:val="FF0000"/>
          <w:sz w:val="22"/>
          <w:szCs w:val="22"/>
        </w:rPr>
      </w:pPr>
      <w:r w:rsidRPr="003A560D">
        <w:rPr>
          <w:rFonts w:ascii="Arial" w:hAnsi="Arial" w:cs="Arial"/>
          <w:color w:val="FF0000"/>
          <w:sz w:val="22"/>
          <w:szCs w:val="22"/>
        </w:rPr>
        <w:t>PRAVILNIK</w:t>
      </w:r>
    </w:p>
    <w:p w14:paraId="035A208F" w14:textId="0F8DFF0F" w:rsidR="008F4D14" w:rsidRPr="003A560D" w:rsidRDefault="003A560D" w:rsidP="009C285A">
      <w:pPr>
        <w:spacing w:line="240" w:lineRule="auto"/>
        <w:jc w:val="center"/>
        <w:rPr>
          <w:rFonts w:ascii="Arial" w:hAnsi="Arial" w:cs="Arial"/>
          <w:b/>
          <w:bCs/>
          <w:color w:val="FF0000"/>
        </w:rPr>
      </w:pPr>
      <w:r w:rsidRPr="003A560D">
        <w:rPr>
          <w:rFonts w:ascii="Arial" w:hAnsi="Arial" w:cs="Arial"/>
          <w:b/>
          <w:bCs/>
          <w:color w:val="FF0000"/>
        </w:rPr>
        <w:t>O PROVEDBI POSTUPAKA JEDNOSTAVNE NABAVE</w:t>
      </w:r>
    </w:p>
    <w:p w14:paraId="4FF89966" w14:textId="77777777" w:rsidR="00C7401F" w:rsidRPr="00DC58C6" w:rsidRDefault="00DC428E" w:rsidP="009C285A">
      <w:pPr>
        <w:spacing w:line="240" w:lineRule="auto"/>
        <w:rPr>
          <w:rFonts w:ascii="Arial" w:hAnsi="Arial" w:cs="Arial"/>
        </w:rPr>
      </w:pPr>
      <w:r w:rsidRPr="00DC58C6">
        <w:rPr>
          <w:rFonts w:ascii="Arial" w:hAnsi="Arial" w:cs="Arial"/>
        </w:rPr>
        <w:fldChar w:fldCharType="begin"/>
      </w:r>
      <w:r w:rsidRPr="00DC58C6">
        <w:rPr>
          <w:rFonts w:ascii="Arial" w:hAnsi="Arial" w:cs="Arial"/>
        </w:rPr>
        <w:instrText>TOC \o "1-3" \h \z \u</w:instrText>
      </w:r>
      <w:r w:rsidR="007C0A72">
        <w:rPr>
          <w:rFonts w:ascii="Arial" w:hAnsi="Arial" w:cs="Arial"/>
        </w:rPr>
        <w:fldChar w:fldCharType="separate"/>
      </w:r>
      <w:r w:rsidRPr="00DC58C6">
        <w:rPr>
          <w:rFonts w:ascii="Arial" w:hAnsi="Arial" w:cs="Arial"/>
        </w:rPr>
        <w:fldChar w:fldCharType="end"/>
      </w:r>
    </w:p>
    <w:p w14:paraId="0F21D0A0" w14:textId="3B37B539" w:rsidR="00C7401F" w:rsidRPr="00DC58C6" w:rsidRDefault="008F4D14" w:rsidP="009C285A">
      <w:pPr>
        <w:pStyle w:val="Heading2"/>
        <w:spacing w:line="240" w:lineRule="auto"/>
        <w:jc w:val="center"/>
        <w:rPr>
          <w:rFonts w:ascii="Arial" w:hAnsi="Arial" w:cs="Arial"/>
          <w:color w:val="auto"/>
          <w:sz w:val="22"/>
          <w:szCs w:val="22"/>
        </w:rPr>
      </w:pPr>
      <w:r w:rsidRPr="00DC58C6">
        <w:rPr>
          <w:rFonts w:ascii="Arial" w:hAnsi="Arial" w:cs="Arial"/>
          <w:color w:val="auto"/>
          <w:sz w:val="22"/>
          <w:szCs w:val="22"/>
        </w:rPr>
        <w:t>OPĆE ODREDBE</w:t>
      </w:r>
    </w:p>
    <w:p w14:paraId="054EFB4B" w14:textId="77777777" w:rsidR="00651C86" w:rsidRPr="00DC58C6" w:rsidRDefault="00651C86" w:rsidP="009C285A">
      <w:pPr>
        <w:spacing w:line="240" w:lineRule="auto"/>
        <w:rPr>
          <w:rFonts w:ascii="Arial" w:hAnsi="Arial" w:cs="Arial"/>
        </w:rPr>
      </w:pPr>
    </w:p>
    <w:p w14:paraId="4896239C" w14:textId="4A5E250D" w:rsidR="008F4D14" w:rsidRPr="00DC58C6" w:rsidRDefault="008F4D14" w:rsidP="009C285A">
      <w:pPr>
        <w:spacing w:line="240" w:lineRule="auto"/>
        <w:jc w:val="center"/>
        <w:rPr>
          <w:rFonts w:ascii="Arial" w:hAnsi="Arial" w:cs="Arial"/>
          <w:b/>
          <w:bCs/>
        </w:rPr>
      </w:pPr>
      <w:proofErr w:type="spellStart"/>
      <w:r w:rsidRPr="00DC58C6">
        <w:rPr>
          <w:rFonts w:ascii="Arial" w:hAnsi="Arial" w:cs="Arial"/>
          <w:b/>
          <w:bCs/>
        </w:rPr>
        <w:t>Članak</w:t>
      </w:r>
      <w:proofErr w:type="spellEnd"/>
      <w:r w:rsidRPr="00DC58C6">
        <w:rPr>
          <w:rFonts w:ascii="Arial" w:hAnsi="Arial" w:cs="Arial"/>
          <w:b/>
          <w:bCs/>
        </w:rPr>
        <w:t xml:space="preserve"> 1.</w:t>
      </w:r>
    </w:p>
    <w:p w14:paraId="24D24EC9" w14:textId="482F206B" w:rsidR="008F4D14" w:rsidRPr="00DC58C6" w:rsidRDefault="00192E55" w:rsidP="009C285A">
      <w:pPr>
        <w:spacing w:line="240" w:lineRule="auto"/>
        <w:jc w:val="both"/>
        <w:rPr>
          <w:rFonts w:ascii="Arial" w:hAnsi="Arial" w:cs="Arial"/>
        </w:rPr>
      </w:pPr>
      <w:r w:rsidRPr="00DC58C6">
        <w:rPr>
          <w:rFonts w:ascii="Arial" w:hAnsi="Arial" w:cs="Arial"/>
        </w:rPr>
        <w:t xml:space="preserve">(1) </w:t>
      </w:r>
      <w:proofErr w:type="spellStart"/>
      <w:r w:rsidR="000F7332" w:rsidRPr="00DC58C6">
        <w:rPr>
          <w:rFonts w:ascii="Arial" w:hAnsi="Arial" w:cs="Arial"/>
        </w:rPr>
        <w:t>Ovim</w:t>
      </w:r>
      <w:proofErr w:type="spellEnd"/>
      <w:r w:rsidR="000F7332" w:rsidRPr="00DC58C6">
        <w:rPr>
          <w:rFonts w:ascii="Arial" w:hAnsi="Arial" w:cs="Arial"/>
        </w:rPr>
        <w:t xml:space="preserve"> </w:t>
      </w:r>
      <w:proofErr w:type="spellStart"/>
      <w:r w:rsidR="000F7332" w:rsidRPr="00DC58C6">
        <w:rPr>
          <w:rFonts w:ascii="Arial" w:hAnsi="Arial" w:cs="Arial"/>
        </w:rPr>
        <w:t>Pravilnikom</w:t>
      </w:r>
      <w:proofErr w:type="spellEnd"/>
      <w:r w:rsidR="000F7332" w:rsidRPr="00DC58C6">
        <w:rPr>
          <w:rFonts w:ascii="Arial" w:hAnsi="Arial" w:cs="Arial"/>
        </w:rPr>
        <w:t xml:space="preserve"> o </w:t>
      </w:r>
      <w:proofErr w:type="spellStart"/>
      <w:r w:rsidR="000F7332" w:rsidRPr="00DC58C6">
        <w:rPr>
          <w:rFonts w:ascii="Arial" w:hAnsi="Arial" w:cs="Arial"/>
        </w:rPr>
        <w:t>jednostavnoj</w:t>
      </w:r>
      <w:proofErr w:type="spellEnd"/>
      <w:r w:rsidR="000F7332" w:rsidRPr="00DC58C6">
        <w:rPr>
          <w:rFonts w:ascii="Arial" w:hAnsi="Arial" w:cs="Arial"/>
        </w:rPr>
        <w:t xml:space="preserve"> </w:t>
      </w:r>
      <w:proofErr w:type="spellStart"/>
      <w:r w:rsidR="000F7332" w:rsidRPr="00DC58C6">
        <w:rPr>
          <w:rFonts w:ascii="Arial" w:hAnsi="Arial" w:cs="Arial"/>
        </w:rPr>
        <w:t>nabavi</w:t>
      </w:r>
      <w:proofErr w:type="spellEnd"/>
      <w:r w:rsidR="000F7332" w:rsidRPr="00DC58C6">
        <w:rPr>
          <w:rFonts w:ascii="Arial" w:hAnsi="Arial" w:cs="Arial"/>
        </w:rPr>
        <w:t xml:space="preserve"> (u </w:t>
      </w:r>
      <w:proofErr w:type="spellStart"/>
      <w:r w:rsidR="000F7332" w:rsidRPr="00DC58C6">
        <w:rPr>
          <w:rFonts w:ascii="Arial" w:hAnsi="Arial" w:cs="Arial"/>
        </w:rPr>
        <w:t>daljnjem</w:t>
      </w:r>
      <w:proofErr w:type="spellEnd"/>
      <w:r w:rsidR="000F7332" w:rsidRPr="00DC58C6">
        <w:rPr>
          <w:rFonts w:ascii="Arial" w:hAnsi="Arial" w:cs="Arial"/>
        </w:rPr>
        <w:t xml:space="preserve"> </w:t>
      </w:r>
      <w:proofErr w:type="spellStart"/>
      <w:r w:rsidR="000F7332" w:rsidRPr="00DC58C6">
        <w:rPr>
          <w:rFonts w:ascii="Arial" w:hAnsi="Arial" w:cs="Arial"/>
        </w:rPr>
        <w:t>tekstu</w:t>
      </w:r>
      <w:proofErr w:type="spellEnd"/>
      <w:r w:rsidR="000F7332" w:rsidRPr="00DC58C6">
        <w:rPr>
          <w:rFonts w:ascii="Arial" w:hAnsi="Arial" w:cs="Arial"/>
        </w:rPr>
        <w:t xml:space="preserve">: </w:t>
      </w:r>
      <w:proofErr w:type="spellStart"/>
      <w:r w:rsidR="000F7332" w:rsidRPr="00DC58C6">
        <w:rPr>
          <w:rFonts w:ascii="Arial" w:hAnsi="Arial" w:cs="Arial"/>
        </w:rPr>
        <w:t>Pravilnik</w:t>
      </w:r>
      <w:proofErr w:type="spellEnd"/>
      <w:r w:rsidR="000F7332" w:rsidRPr="00DC58C6">
        <w:rPr>
          <w:rFonts w:ascii="Arial" w:hAnsi="Arial" w:cs="Arial"/>
        </w:rPr>
        <w:t xml:space="preserve">) </w:t>
      </w:r>
      <w:proofErr w:type="spellStart"/>
      <w:r w:rsidR="000F7332" w:rsidRPr="00DC58C6">
        <w:rPr>
          <w:rFonts w:ascii="Arial" w:hAnsi="Arial" w:cs="Arial"/>
        </w:rPr>
        <w:t>uređuju</w:t>
      </w:r>
      <w:proofErr w:type="spellEnd"/>
      <w:r w:rsidR="000F7332" w:rsidRPr="00DC58C6">
        <w:rPr>
          <w:rFonts w:ascii="Arial" w:hAnsi="Arial" w:cs="Arial"/>
        </w:rPr>
        <w:t xml:space="preserve"> se </w:t>
      </w:r>
      <w:proofErr w:type="spellStart"/>
      <w:r w:rsidR="000F7332" w:rsidRPr="00DC58C6">
        <w:rPr>
          <w:rFonts w:ascii="Arial" w:hAnsi="Arial" w:cs="Arial"/>
        </w:rPr>
        <w:t>pravila</w:t>
      </w:r>
      <w:proofErr w:type="spellEnd"/>
      <w:r w:rsidR="000F7332" w:rsidRPr="00DC58C6">
        <w:rPr>
          <w:rFonts w:ascii="Arial" w:hAnsi="Arial" w:cs="Arial"/>
        </w:rPr>
        <w:t xml:space="preserve">, </w:t>
      </w:r>
      <w:proofErr w:type="spellStart"/>
      <w:r w:rsidR="000F7332" w:rsidRPr="00DC58C6">
        <w:rPr>
          <w:rFonts w:ascii="Arial" w:hAnsi="Arial" w:cs="Arial"/>
        </w:rPr>
        <w:t>uvjeti</w:t>
      </w:r>
      <w:proofErr w:type="spellEnd"/>
      <w:r w:rsidR="000F7332" w:rsidRPr="00DC58C6">
        <w:rPr>
          <w:rFonts w:ascii="Arial" w:hAnsi="Arial" w:cs="Arial"/>
        </w:rPr>
        <w:t xml:space="preserve"> i </w:t>
      </w:r>
      <w:proofErr w:type="spellStart"/>
      <w:r w:rsidR="000F7332" w:rsidRPr="00DC58C6">
        <w:rPr>
          <w:rFonts w:ascii="Arial" w:hAnsi="Arial" w:cs="Arial"/>
        </w:rPr>
        <w:t>postupak</w:t>
      </w:r>
      <w:proofErr w:type="spellEnd"/>
      <w:r w:rsidR="000F7332" w:rsidRPr="00DC58C6">
        <w:rPr>
          <w:rFonts w:ascii="Arial" w:hAnsi="Arial" w:cs="Arial"/>
        </w:rPr>
        <w:t xml:space="preserve"> koji </w:t>
      </w:r>
      <w:proofErr w:type="spellStart"/>
      <w:r w:rsidR="000F7332" w:rsidRPr="00DC58C6">
        <w:rPr>
          <w:rFonts w:ascii="Arial" w:hAnsi="Arial" w:cs="Arial"/>
        </w:rPr>
        <w:t>će</w:t>
      </w:r>
      <w:proofErr w:type="spellEnd"/>
      <w:r w:rsidR="000F7332" w:rsidRPr="00DC58C6">
        <w:rPr>
          <w:rFonts w:ascii="Arial" w:hAnsi="Arial" w:cs="Arial"/>
        </w:rPr>
        <w:t xml:space="preserve"> </w:t>
      </w:r>
      <w:proofErr w:type="spellStart"/>
      <w:r w:rsidR="000F7332" w:rsidRPr="00DC58C6">
        <w:rPr>
          <w:rFonts w:ascii="Arial" w:hAnsi="Arial" w:cs="Arial"/>
        </w:rPr>
        <w:t>provesti</w:t>
      </w:r>
      <w:proofErr w:type="spellEnd"/>
      <w:r w:rsidR="000F7332" w:rsidRPr="00DC58C6">
        <w:rPr>
          <w:rFonts w:ascii="Arial" w:hAnsi="Arial" w:cs="Arial"/>
        </w:rPr>
        <w:t xml:space="preserve"> Pravni fakultet </w:t>
      </w:r>
      <w:proofErr w:type="spellStart"/>
      <w:r w:rsidR="000F7332" w:rsidRPr="00DC58C6">
        <w:rPr>
          <w:rFonts w:ascii="Arial" w:hAnsi="Arial" w:cs="Arial"/>
        </w:rPr>
        <w:t>kao</w:t>
      </w:r>
      <w:proofErr w:type="spellEnd"/>
      <w:r w:rsidR="000F7332" w:rsidRPr="00DC58C6">
        <w:rPr>
          <w:rFonts w:ascii="Arial" w:hAnsi="Arial" w:cs="Arial"/>
        </w:rPr>
        <w:t xml:space="preserve"> </w:t>
      </w:r>
      <w:proofErr w:type="spellStart"/>
      <w:r w:rsidR="000F7332" w:rsidRPr="00DC58C6">
        <w:rPr>
          <w:rFonts w:ascii="Arial" w:hAnsi="Arial" w:cs="Arial"/>
        </w:rPr>
        <w:t>javni</w:t>
      </w:r>
      <w:proofErr w:type="spellEnd"/>
      <w:r w:rsidR="000F7332" w:rsidRPr="00DC58C6">
        <w:rPr>
          <w:rFonts w:ascii="Arial" w:hAnsi="Arial" w:cs="Arial"/>
        </w:rPr>
        <w:t xml:space="preserve"> </w:t>
      </w:r>
      <w:proofErr w:type="spellStart"/>
      <w:r w:rsidR="000F7332" w:rsidRPr="00DC58C6">
        <w:rPr>
          <w:rFonts w:ascii="Arial" w:hAnsi="Arial" w:cs="Arial"/>
        </w:rPr>
        <w:t>naručitelj</w:t>
      </w:r>
      <w:proofErr w:type="spellEnd"/>
      <w:r w:rsidR="000F7332" w:rsidRPr="00DC58C6">
        <w:rPr>
          <w:rFonts w:ascii="Arial" w:hAnsi="Arial" w:cs="Arial"/>
        </w:rPr>
        <w:t xml:space="preserve"> (u </w:t>
      </w:r>
      <w:proofErr w:type="spellStart"/>
      <w:r w:rsidR="000F7332" w:rsidRPr="00DC58C6">
        <w:rPr>
          <w:rFonts w:ascii="Arial" w:hAnsi="Arial" w:cs="Arial"/>
        </w:rPr>
        <w:t>daljnjem</w:t>
      </w:r>
      <w:proofErr w:type="spellEnd"/>
      <w:r w:rsidR="000F7332" w:rsidRPr="00DC58C6">
        <w:rPr>
          <w:rFonts w:ascii="Arial" w:hAnsi="Arial" w:cs="Arial"/>
        </w:rPr>
        <w:t xml:space="preserve"> </w:t>
      </w:r>
      <w:proofErr w:type="spellStart"/>
      <w:r w:rsidR="000F7332" w:rsidRPr="00DC58C6">
        <w:rPr>
          <w:rFonts w:ascii="Arial" w:hAnsi="Arial" w:cs="Arial"/>
        </w:rPr>
        <w:t>tekstu</w:t>
      </w:r>
      <w:proofErr w:type="spellEnd"/>
      <w:r w:rsidR="000F7332" w:rsidRPr="00DC58C6">
        <w:rPr>
          <w:rFonts w:ascii="Arial" w:hAnsi="Arial" w:cs="Arial"/>
        </w:rPr>
        <w:t xml:space="preserve">: </w:t>
      </w:r>
      <w:proofErr w:type="spellStart"/>
      <w:r w:rsidR="009C285A">
        <w:rPr>
          <w:rFonts w:ascii="Arial" w:hAnsi="Arial" w:cs="Arial"/>
        </w:rPr>
        <w:t>N</w:t>
      </w:r>
      <w:r w:rsidR="000F7332" w:rsidRPr="00DC58C6">
        <w:rPr>
          <w:rFonts w:ascii="Arial" w:hAnsi="Arial" w:cs="Arial"/>
        </w:rPr>
        <w:t>aručitelj</w:t>
      </w:r>
      <w:proofErr w:type="spellEnd"/>
      <w:r w:rsidR="000F7332" w:rsidRPr="00DC58C6">
        <w:rPr>
          <w:rFonts w:ascii="Arial" w:hAnsi="Arial" w:cs="Arial"/>
        </w:rPr>
        <w:t xml:space="preserve">) za </w:t>
      </w:r>
      <w:proofErr w:type="spellStart"/>
      <w:r w:rsidR="000F7332" w:rsidRPr="00DC58C6">
        <w:rPr>
          <w:rFonts w:ascii="Arial" w:hAnsi="Arial" w:cs="Arial"/>
        </w:rPr>
        <w:t>nabavu</w:t>
      </w:r>
      <w:proofErr w:type="spellEnd"/>
      <w:r w:rsidR="000F7332" w:rsidRPr="00DC58C6">
        <w:rPr>
          <w:rFonts w:ascii="Arial" w:hAnsi="Arial" w:cs="Arial"/>
        </w:rPr>
        <w:t xml:space="preserve"> robe i </w:t>
      </w:r>
      <w:proofErr w:type="spellStart"/>
      <w:r w:rsidR="000F7332" w:rsidRPr="00DC58C6">
        <w:rPr>
          <w:rFonts w:ascii="Arial" w:hAnsi="Arial" w:cs="Arial"/>
        </w:rPr>
        <w:t>usluga</w:t>
      </w:r>
      <w:proofErr w:type="spellEnd"/>
      <w:r w:rsidR="000F7332" w:rsidRPr="00DC58C6">
        <w:rPr>
          <w:rFonts w:ascii="Arial" w:hAnsi="Arial" w:cs="Arial"/>
        </w:rPr>
        <w:t xml:space="preserve"> </w:t>
      </w:r>
      <w:proofErr w:type="spellStart"/>
      <w:r w:rsidR="000F7332" w:rsidRPr="00DC58C6">
        <w:rPr>
          <w:rFonts w:ascii="Arial" w:hAnsi="Arial" w:cs="Arial"/>
        </w:rPr>
        <w:t>procijenjene</w:t>
      </w:r>
      <w:proofErr w:type="spellEnd"/>
      <w:r w:rsidR="000F7332" w:rsidRPr="00DC58C6">
        <w:rPr>
          <w:rFonts w:ascii="Arial" w:hAnsi="Arial" w:cs="Arial"/>
        </w:rPr>
        <w:t xml:space="preserve"> </w:t>
      </w:r>
      <w:proofErr w:type="spellStart"/>
      <w:r w:rsidR="000F7332" w:rsidRPr="00DC58C6">
        <w:rPr>
          <w:rFonts w:ascii="Arial" w:hAnsi="Arial" w:cs="Arial"/>
        </w:rPr>
        <w:t>vrijednosti</w:t>
      </w:r>
      <w:proofErr w:type="spellEnd"/>
      <w:r w:rsidR="000F7332" w:rsidRPr="00DC58C6">
        <w:rPr>
          <w:rFonts w:ascii="Arial" w:hAnsi="Arial" w:cs="Arial"/>
        </w:rPr>
        <w:t xml:space="preserve"> </w:t>
      </w:r>
      <w:proofErr w:type="spellStart"/>
      <w:r w:rsidR="000F7332" w:rsidRPr="00DC58C6">
        <w:rPr>
          <w:rFonts w:ascii="Arial" w:hAnsi="Arial" w:cs="Arial"/>
        </w:rPr>
        <w:t>manje</w:t>
      </w:r>
      <w:proofErr w:type="spellEnd"/>
      <w:r w:rsidR="000F7332" w:rsidRPr="00DC58C6">
        <w:rPr>
          <w:rFonts w:ascii="Arial" w:hAnsi="Arial" w:cs="Arial"/>
        </w:rPr>
        <w:t xml:space="preserve"> od 50.000,00 </w:t>
      </w:r>
      <w:r w:rsidR="008A096E">
        <w:rPr>
          <w:rFonts w:ascii="Arial" w:hAnsi="Arial" w:cs="Arial"/>
        </w:rPr>
        <w:t>EUR</w:t>
      </w:r>
      <w:r w:rsidR="000F7332" w:rsidRPr="00DC58C6">
        <w:rPr>
          <w:rFonts w:ascii="Arial" w:hAnsi="Arial" w:cs="Arial"/>
        </w:rPr>
        <w:t xml:space="preserve"> i </w:t>
      </w:r>
      <w:proofErr w:type="spellStart"/>
      <w:r w:rsidR="000F7332" w:rsidRPr="00DC58C6">
        <w:rPr>
          <w:rFonts w:ascii="Arial" w:hAnsi="Arial" w:cs="Arial"/>
        </w:rPr>
        <w:t>radova</w:t>
      </w:r>
      <w:proofErr w:type="spellEnd"/>
      <w:r w:rsidR="000F7332" w:rsidRPr="00DC58C6">
        <w:rPr>
          <w:rFonts w:ascii="Arial" w:hAnsi="Arial" w:cs="Arial"/>
        </w:rPr>
        <w:t xml:space="preserve"> </w:t>
      </w:r>
      <w:proofErr w:type="spellStart"/>
      <w:r w:rsidR="000F7332" w:rsidRPr="00DC58C6">
        <w:rPr>
          <w:rFonts w:ascii="Arial" w:hAnsi="Arial" w:cs="Arial"/>
        </w:rPr>
        <w:t>procijenjene</w:t>
      </w:r>
      <w:proofErr w:type="spellEnd"/>
      <w:r w:rsidR="000F7332" w:rsidRPr="00DC58C6">
        <w:rPr>
          <w:rFonts w:ascii="Arial" w:hAnsi="Arial" w:cs="Arial"/>
        </w:rPr>
        <w:t xml:space="preserve"> </w:t>
      </w:r>
      <w:proofErr w:type="spellStart"/>
      <w:r w:rsidR="000F7332" w:rsidRPr="00DC58C6">
        <w:rPr>
          <w:rFonts w:ascii="Arial" w:hAnsi="Arial" w:cs="Arial"/>
        </w:rPr>
        <w:t>vrijednosti</w:t>
      </w:r>
      <w:proofErr w:type="spellEnd"/>
      <w:r w:rsidR="000F7332" w:rsidRPr="00DC58C6">
        <w:rPr>
          <w:rFonts w:ascii="Arial" w:hAnsi="Arial" w:cs="Arial"/>
        </w:rPr>
        <w:t xml:space="preserve"> </w:t>
      </w:r>
      <w:proofErr w:type="spellStart"/>
      <w:r w:rsidR="000F7332" w:rsidRPr="00DC58C6">
        <w:rPr>
          <w:rFonts w:ascii="Arial" w:hAnsi="Arial" w:cs="Arial"/>
        </w:rPr>
        <w:t>manje</w:t>
      </w:r>
      <w:proofErr w:type="spellEnd"/>
      <w:r w:rsidR="000F7332" w:rsidRPr="00DC58C6">
        <w:rPr>
          <w:rFonts w:ascii="Arial" w:hAnsi="Arial" w:cs="Arial"/>
        </w:rPr>
        <w:t xml:space="preserve"> od 100.000,00 </w:t>
      </w:r>
      <w:r w:rsidR="008A096E">
        <w:rPr>
          <w:rFonts w:ascii="Arial" w:hAnsi="Arial" w:cs="Arial"/>
        </w:rPr>
        <w:t>EUR</w:t>
      </w:r>
      <w:r w:rsidR="000F7332" w:rsidRPr="00DC58C6">
        <w:rPr>
          <w:rFonts w:ascii="Arial" w:hAnsi="Arial" w:cs="Arial"/>
        </w:rPr>
        <w:t xml:space="preserve"> (u </w:t>
      </w:r>
      <w:proofErr w:type="spellStart"/>
      <w:r w:rsidR="000F7332" w:rsidRPr="00DC58C6">
        <w:rPr>
          <w:rFonts w:ascii="Arial" w:hAnsi="Arial" w:cs="Arial"/>
        </w:rPr>
        <w:t>daljnjem</w:t>
      </w:r>
      <w:proofErr w:type="spellEnd"/>
      <w:r w:rsidR="000F7332" w:rsidRPr="00DC58C6">
        <w:rPr>
          <w:rFonts w:ascii="Arial" w:hAnsi="Arial" w:cs="Arial"/>
        </w:rPr>
        <w:t xml:space="preserve"> </w:t>
      </w:r>
      <w:proofErr w:type="spellStart"/>
      <w:r w:rsidR="000F7332" w:rsidRPr="00DC58C6">
        <w:rPr>
          <w:rFonts w:ascii="Arial" w:hAnsi="Arial" w:cs="Arial"/>
        </w:rPr>
        <w:t>tekstu</w:t>
      </w:r>
      <w:proofErr w:type="spellEnd"/>
      <w:r w:rsidR="000F7332" w:rsidRPr="00DC58C6">
        <w:rPr>
          <w:rFonts w:ascii="Arial" w:hAnsi="Arial" w:cs="Arial"/>
        </w:rPr>
        <w:t xml:space="preserve">: </w:t>
      </w:r>
      <w:proofErr w:type="spellStart"/>
      <w:r w:rsidR="000F7332" w:rsidRPr="00DC58C6">
        <w:rPr>
          <w:rFonts w:ascii="Arial" w:hAnsi="Arial" w:cs="Arial"/>
        </w:rPr>
        <w:t>jednostavna</w:t>
      </w:r>
      <w:proofErr w:type="spellEnd"/>
      <w:r w:rsidR="000F7332" w:rsidRPr="00DC58C6">
        <w:rPr>
          <w:rFonts w:ascii="Arial" w:hAnsi="Arial" w:cs="Arial"/>
        </w:rPr>
        <w:t xml:space="preserve"> </w:t>
      </w:r>
      <w:proofErr w:type="spellStart"/>
      <w:r w:rsidR="000F7332" w:rsidRPr="00DC58C6">
        <w:rPr>
          <w:rFonts w:ascii="Arial" w:hAnsi="Arial" w:cs="Arial"/>
        </w:rPr>
        <w:t>nabava</w:t>
      </w:r>
      <w:proofErr w:type="spellEnd"/>
      <w:r w:rsidR="000F7332" w:rsidRPr="00DC58C6">
        <w:rPr>
          <w:rFonts w:ascii="Arial" w:hAnsi="Arial" w:cs="Arial"/>
        </w:rPr>
        <w:t>).</w:t>
      </w:r>
    </w:p>
    <w:p w14:paraId="0B9CCB77" w14:textId="149BDFC2" w:rsidR="000F7332" w:rsidRPr="00DC58C6" w:rsidRDefault="00192E55" w:rsidP="009C285A">
      <w:pPr>
        <w:spacing w:line="240" w:lineRule="auto"/>
        <w:jc w:val="both"/>
        <w:rPr>
          <w:rFonts w:ascii="Arial" w:hAnsi="Arial" w:cs="Arial"/>
        </w:rPr>
      </w:pPr>
      <w:r w:rsidRPr="00DC58C6">
        <w:rPr>
          <w:rFonts w:ascii="Arial" w:hAnsi="Arial" w:cs="Arial"/>
        </w:rPr>
        <w:t xml:space="preserve">(2) </w:t>
      </w:r>
      <w:proofErr w:type="spellStart"/>
      <w:r w:rsidR="000F7332" w:rsidRPr="00DC58C6">
        <w:rPr>
          <w:rFonts w:ascii="Arial" w:hAnsi="Arial" w:cs="Arial"/>
        </w:rPr>
        <w:t>Izrazi</w:t>
      </w:r>
      <w:proofErr w:type="spellEnd"/>
      <w:r w:rsidR="000F7332" w:rsidRPr="00DC58C6">
        <w:rPr>
          <w:rFonts w:ascii="Arial" w:hAnsi="Arial" w:cs="Arial"/>
        </w:rPr>
        <w:t xml:space="preserve"> koji se </w:t>
      </w:r>
      <w:proofErr w:type="spellStart"/>
      <w:r w:rsidR="000F7332" w:rsidRPr="00DC58C6">
        <w:rPr>
          <w:rFonts w:ascii="Arial" w:hAnsi="Arial" w:cs="Arial"/>
        </w:rPr>
        <w:t>koriste</w:t>
      </w:r>
      <w:proofErr w:type="spellEnd"/>
      <w:r w:rsidR="000F7332" w:rsidRPr="00DC58C6">
        <w:rPr>
          <w:rFonts w:ascii="Arial" w:hAnsi="Arial" w:cs="Arial"/>
        </w:rPr>
        <w:t xml:space="preserve"> u </w:t>
      </w:r>
      <w:proofErr w:type="spellStart"/>
      <w:r w:rsidR="000F7332" w:rsidRPr="00DC58C6">
        <w:rPr>
          <w:rFonts w:ascii="Arial" w:hAnsi="Arial" w:cs="Arial"/>
        </w:rPr>
        <w:t>ovom</w:t>
      </w:r>
      <w:proofErr w:type="spellEnd"/>
      <w:r w:rsidR="000F7332" w:rsidRPr="00DC58C6">
        <w:rPr>
          <w:rFonts w:ascii="Arial" w:hAnsi="Arial" w:cs="Arial"/>
        </w:rPr>
        <w:t xml:space="preserve"> </w:t>
      </w:r>
      <w:proofErr w:type="spellStart"/>
      <w:r w:rsidR="000F7332" w:rsidRPr="00DC58C6">
        <w:rPr>
          <w:rFonts w:ascii="Arial" w:hAnsi="Arial" w:cs="Arial"/>
        </w:rPr>
        <w:t>Pravilniku</w:t>
      </w:r>
      <w:proofErr w:type="spellEnd"/>
      <w:r w:rsidR="000F7332" w:rsidRPr="00DC58C6">
        <w:rPr>
          <w:rFonts w:ascii="Arial" w:hAnsi="Arial" w:cs="Arial"/>
        </w:rPr>
        <w:t xml:space="preserve">, </w:t>
      </w:r>
      <w:proofErr w:type="gramStart"/>
      <w:r w:rsidR="000F7332" w:rsidRPr="00DC58C6">
        <w:rPr>
          <w:rFonts w:ascii="Arial" w:hAnsi="Arial" w:cs="Arial"/>
        </w:rPr>
        <w:t>a</w:t>
      </w:r>
      <w:proofErr w:type="gramEnd"/>
      <w:r w:rsidR="000F7332" w:rsidRPr="00DC58C6">
        <w:rPr>
          <w:rFonts w:ascii="Arial" w:hAnsi="Arial" w:cs="Arial"/>
        </w:rPr>
        <w:t xml:space="preserve"> </w:t>
      </w:r>
      <w:proofErr w:type="spellStart"/>
      <w:r w:rsidR="00FC2FC0">
        <w:rPr>
          <w:rFonts w:ascii="Arial" w:hAnsi="Arial" w:cs="Arial"/>
        </w:rPr>
        <w:t>i</w:t>
      </w:r>
      <w:r w:rsidR="000F7332" w:rsidRPr="00DC58C6">
        <w:rPr>
          <w:rFonts w:ascii="Arial" w:hAnsi="Arial" w:cs="Arial"/>
        </w:rPr>
        <w:t>maju</w:t>
      </w:r>
      <w:proofErr w:type="spellEnd"/>
      <w:r w:rsidR="000F7332" w:rsidRPr="00DC58C6">
        <w:rPr>
          <w:rFonts w:ascii="Arial" w:hAnsi="Arial" w:cs="Arial"/>
        </w:rPr>
        <w:t xml:space="preserve"> </w:t>
      </w:r>
      <w:proofErr w:type="spellStart"/>
      <w:r w:rsidR="000F7332" w:rsidRPr="00DC58C6">
        <w:rPr>
          <w:rFonts w:ascii="Arial" w:hAnsi="Arial" w:cs="Arial"/>
        </w:rPr>
        <w:t>rodno</w:t>
      </w:r>
      <w:proofErr w:type="spellEnd"/>
      <w:r w:rsidR="000F7332" w:rsidRPr="00DC58C6">
        <w:rPr>
          <w:rFonts w:ascii="Arial" w:hAnsi="Arial" w:cs="Arial"/>
        </w:rPr>
        <w:t xml:space="preserve"> </w:t>
      </w:r>
      <w:proofErr w:type="spellStart"/>
      <w:r w:rsidR="000F7332" w:rsidRPr="00DC58C6">
        <w:rPr>
          <w:rFonts w:ascii="Arial" w:hAnsi="Arial" w:cs="Arial"/>
        </w:rPr>
        <w:t>značenje</w:t>
      </w:r>
      <w:proofErr w:type="spellEnd"/>
      <w:r w:rsidR="000F7332" w:rsidRPr="00DC58C6">
        <w:rPr>
          <w:rFonts w:ascii="Arial" w:hAnsi="Arial" w:cs="Arial"/>
        </w:rPr>
        <w:t xml:space="preserve">, </w:t>
      </w:r>
      <w:proofErr w:type="spellStart"/>
      <w:r w:rsidR="000F7332" w:rsidRPr="00DC58C6">
        <w:rPr>
          <w:rFonts w:ascii="Arial" w:hAnsi="Arial" w:cs="Arial"/>
        </w:rPr>
        <w:t>odnose</w:t>
      </w:r>
      <w:proofErr w:type="spellEnd"/>
      <w:r w:rsidR="000F7332" w:rsidRPr="00DC58C6">
        <w:rPr>
          <w:rFonts w:ascii="Arial" w:hAnsi="Arial" w:cs="Arial"/>
        </w:rPr>
        <w:t xml:space="preserve"> se </w:t>
      </w:r>
      <w:proofErr w:type="spellStart"/>
      <w:r w:rsidR="000F7332" w:rsidRPr="00DC58C6">
        <w:rPr>
          <w:rFonts w:ascii="Arial" w:hAnsi="Arial" w:cs="Arial"/>
        </w:rPr>
        <w:t>jednako</w:t>
      </w:r>
      <w:proofErr w:type="spellEnd"/>
      <w:r w:rsidR="000F7332" w:rsidRPr="00DC58C6">
        <w:rPr>
          <w:rFonts w:ascii="Arial" w:hAnsi="Arial" w:cs="Arial"/>
        </w:rPr>
        <w:t xml:space="preserve"> </w:t>
      </w:r>
      <w:proofErr w:type="spellStart"/>
      <w:r w:rsidR="000F7332" w:rsidRPr="00DC58C6">
        <w:rPr>
          <w:rFonts w:ascii="Arial" w:hAnsi="Arial" w:cs="Arial"/>
        </w:rPr>
        <w:t>na</w:t>
      </w:r>
      <w:proofErr w:type="spellEnd"/>
      <w:r w:rsidR="000F7332" w:rsidRPr="00DC58C6">
        <w:rPr>
          <w:rFonts w:ascii="Arial" w:hAnsi="Arial" w:cs="Arial"/>
        </w:rPr>
        <w:t xml:space="preserve"> </w:t>
      </w:r>
      <w:proofErr w:type="spellStart"/>
      <w:r w:rsidR="000F7332" w:rsidRPr="00DC58C6">
        <w:rPr>
          <w:rFonts w:ascii="Arial" w:hAnsi="Arial" w:cs="Arial"/>
        </w:rPr>
        <w:t>muški</w:t>
      </w:r>
      <w:proofErr w:type="spellEnd"/>
      <w:r w:rsidR="000F7332" w:rsidRPr="00DC58C6">
        <w:rPr>
          <w:rFonts w:ascii="Arial" w:hAnsi="Arial" w:cs="Arial"/>
        </w:rPr>
        <w:t xml:space="preserve"> i </w:t>
      </w:r>
      <w:proofErr w:type="spellStart"/>
      <w:r w:rsidR="000F7332" w:rsidRPr="00DC58C6">
        <w:rPr>
          <w:rFonts w:ascii="Arial" w:hAnsi="Arial" w:cs="Arial"/>
        </w:rPr>
        <w:t>ženski</w:t>
      </w:r>
      <w:proofErr w:type="spellEnd"/>
      <w:r w:rsidR="000F7332" w:rsidRPr="00DC58C6">
        <w:rPr>
          <w:rFonts w:ascii="Arial" w:hAnsi="Arial" w:cs="Arial"/>
        </w:rPr>
        <w:t xml:space="preserve"> rod.</w:t>
      </w:r>
    </w:p>
    <w:p w14:paraId="4518CC22" w14:textId="4048D165" w:rsidR="00261C92" w:rsidRPr="00DC58C6" w:rsidRDefault="00192E55" w:rsidP="009C285A">
      <w:pPr>
        <w:spacing w:line="240" w:lineRule="auto"/>
        <w:jc w:val="both"/>
        <w:rPr>
          <w:rFonts w:ascii="Arial" w:hAnsi="Arial" w:cs="Arial"/>
        </w:rPr>
      </w:pPr>
      <w:r w:rsidRPr="00DC58C6">
        <w:rPr>
          <w:rFonts w:ascii="Arial" w:hAnsi="Arial" w:cs="Arial"/>
        </w:rPr>
        <w:t xml:space="preserve">(3) </w:t>
      </w:r>
      <w:proofErr w:type="spellStart"/>
      <w:r w:rsidRPr="00DC58C6">
        <w:rPr>
          <w:rFonts w:ascii="Arial" w:hAnsi="Arial" w:cs="Arial"/>
        </w:rPr>
        <w:t>Sve</w:t>
      </w:r>
      <w:proofErr w:type="spellEnd"/>
      <w:r w:rsidRPr="00DC58C6">
        <w:rPr>
          <w:rFonts w:ascii="Arial" w:hAnsi="Arial" w:cs="Arial"/>
        </w:rPr>
        <w:t xml:space="preserve"> </w:t>
      </w:r>
      <w:proofErr w:type="spellStart"/>
      <w:r w:rsidRPr="00DC58C6">
        <w:rPr>
          <w:rFonts w:ascii="Arial" w:hAnsi="Arial" w:cs="Arial"/>
        </w:rPr>
        <w:t>vrijednosti</w:t>
      </w:r>
      <w:proofErr w:type="spellEnd"/>
      <w:r w:rsidRPr="00DC58C6">
        <w:rPr>
          <w:rFonts w:ascii="Arial" w:hAnsi="Arial" w:cs="Arial"/>
        </w:rPr>
        <w:t xml:space="preserve"> u </w:t>
      </w:r>
      <w:proofErr w:type="spellStart"/>
      <w:r w:rsidRPr="00DC58C6">
        <w:rPr>
          <w:rFonts w:ascii="Arial" w:hAnsi="Arial" w:cs="Arial"/>
        </w:rPr>
        <w:t>ovom</w:t>
      </w:r>
      <w:proofErr w:type="spellEnd"/>
      <w:r w:rsidRPr="00DC58C6">
        <w:rPr>
          <w:rFonts w:ascii="Arial" w:hAnsi="Arial" w:cs="Arial"/>
        </w:rPr>
        <w:t xml:space="preserve"> </w:t>
      </w:r>
      <w:proofErr w:type="spellStart"/>
      <w:r w:rsidRPr="00DC58C6">
        <w:rPr>
          <w:rFonts w:ascii="Arial" w:hAnsi="Arial" w:cs="Arial"/>
        </w:rPr>
        <w:t>Pravilniku</w:t>
      </w:r>
      <w:proofErr w:type="spellEnd"/>
      <w:r w:rsidRPr="00DC58C6">
        <w:rPr>
          <w:rFonts w:ascii="Arial" w:hAnsi="Arial" w:cs="Arial"/>
        </w:rPr>
        <w:t xml:space="preserve"> </w:t>
      </w:r>
      <w:proofErr w:type="spellStart"/>
      <w:r w:rsidRPr="00DC58C6">
        <w:rPr>
          <w:rFonts w:ascii="Arial" w:hAnsi="Arial" w:cs="Arial"/>
        </w:rPr>
        <w:t>iskazane</w:t>
      </w:r>
      <w:proofErr w:type="spellEnd"/>
      <w:r w:rsidRPr="00DC58C6">
        <w:rPr>
          <w:rFonts w:ascii="Arial" w:hAnsi="Arial" w:cs="Arial"/>
        </w:rPr>
        <w:t xml:space="preserve"> </w:t>
      </w:r>
      <w:proofErr w:type="spellStart"/>
      <w:r w:rsidRPr="00DC58C6">
        <w:rPr>
          <w:rFonts w:ascii="Arial" w:hAnsi="Arial" w:cs="Arial"/>
        </w:rPr>
        <w:t>su</w:t>
      </w:r>
      <w:proofErr w:type="spellEnd"/>
      <w:r w:rsidRPr="00DC58C6">
        <w:rPr>
          <w:rFonts w:ascii="Arial" w:hAnsi="Arial" w:cs="Arial"/>
        </w:rPr>
        <w:t xml:space="preserve"> u </w:t>
      </w:r>
      <w:r w:rsidR="00FC2FC0">
        <w:rPr>
          <w:rFonts w:ascii="Arial" w:hAnsi="Arial" w:cs="Arial"/>
        </w:rPr>
        <w:t>EUR</w:t>
      </w:r>
      <w:r w:rsidRPr="00DC58C6">
        <w:rPr>
          <w:rFonts w:ascii="Arial" w:hAnsi="Arial" w:cs="Arial"/>
        </w:rPr>
        <w:t xml:space="preserve"> bez </w:t>
      </w:r>
      <w:proofErr w:type="spellStart"/>
      <w:r w:rsidRPr="00DC58C6">
        <w:rPr>
          <w:rFonts w:ascii="Arial" w:hAnsi="Arial" w:cs="Arial"/>
        </w:rPr>
        <w:t>poreza</w:t>
      </w:r>
      <w:proofErr w:type="spellEnd"/>
      <w:r w:rsidRPr="00DC58C6">
        <w:rPr>
          <w:rFonts w:ascii="Arial" w:hAnsi="Arial" w:cs="Arial"/>
        </w:rPr>
        <w:t xml:space="preserve"> </w:t>
      </w:r>
      <w:proofErr w:type="spellStart"/>
      <w:r w:rsidRPr="00DC58C6">
        <w:rPr>
          <w:rFonts w:ascii="Arial" w:hAnsi="Arial" w:cs="Arial"/>
        </w:rPr>
        <w:t>na</w:t>
      </w:r>
      <w:proofErr w:type="spellEnd"/>
      <w:r w:rsidRPr="00DC58C6">
        <w:rPr>
          <w:rFonts w:ascii="Arial" w:hAnsi="Arial" w:cs="Arial"/>
        </w:rPr>
        <w:t xml:space="preserve"> </w:t>
      </w:r>
      <w:proofErr w:type="spellStart"/>
      <w:r w:rsidRPr="00DC58C6">
        <w:rPr>
          <w:rFonts w:ascii="Arial" w:hAnsi="Arial" w:cs="Arial"/>
        </w:rPr>
        <w:t>dodanu</w:t>
      </w:r>
      <w:proofErr w:type="spellEnd"/>
      <w:r w:rsidRPr="00DC58C6">
        <w:rPr>
          <w:rFonts w:ascii="Arial" w:hAnsi="Arial" w:cs="Arial"/>
        </w:rPr>
        <w:t xml:space="preserve"> </w:t>
      </w:r>
      <w:proofErr w:type="spellStart"/>
      <w:r w:rsidRPr="00DC58C6">
        <w:rPr>
          <w:rFonts w:ascii="Arial" w:hAnsi="Arial" w:cs="Arial"/>
        </w:rPr>
        <w:t>vrijednost</w:t>
      </w:r>
      <w:proofErr w:type="spellEnd"/>
      <w:r w:rsidRPr="00DC58C6">
        <w:rPr>
          <w:rFonts w:ascii="Arial" w:hAnsi="Arial" w:cs="Arial"/>
        </w:rPr>
        <w:t xml:space="preserve"> (u </w:t>
      </w:r>
      <w:proofErr w:type="spellStart"/>
      <w:r w:rsidRPr="00DC58C6">
        <w:rPr>
          <w:rFonts w:ascii="Arial" w:hAnsi="Arial" w:cs="Arial"/>
        </w:rPr>
        <w:t>daljnjem</w:t>
      </w:r>
      <w:proofErr w:type="spellEnd"/>
      <w:r w:rsidRPr="00DC58C6">
        <w:rPr>
          <w:rFonts w:ascii="Arial" w:hAnsi="Arial" w:cs="Arial"/>
        </w:rPr>
        <w:t xml:space="preserve"> </w:t>
      </w:r>
      <w:proofErr w:type="spellStart"/>
      <w:r w:rsidRPr="00DC58C6">
        <w:rPr>
          <w:rFonts w:ascii="Arial" w:hAnsi="Arial" w:cs="Arial"/>
        </w:rPr>
        <w:t>tekstu</w:t>
      </w:r>
      <w:proofErr w:type="spellEnd"/>
      <w:r w:rsidRPr="00DC58C6">
        <w:rPr>
          <w:rFonts w:ascii="Arial" w:hAnsi="Arial" w:cs="Arial"/>
        </w:rPr>
        <w:t>: PDV)</w:t>
      </w:r>
      <w:r w:rsidR="00261C92" w:rsidRPr="00DC58C6">
        <w:rPr>
          <w:rFonts w:ascii="Arial" w:hAnsi="Arial" w:cs="Arial"/>
        </w:rPr>
        <w:t>.</w:t>
      </w:r>
    </w:p>
    <w:p w14:paraId="42CC15A0" w14:textId="420B1455" w:rsidR="005A4419" w:rsidRPr="00DC58C6" w:rsidRDefault="005A4419" w:rsidP="009C285A">
      <w:pPr>
        <w:spacing w:line="240" w:lineRule="auto"/>
        <w:jc w:val="center"/>
        <w:rPr>
          <w:rFonts w:ascii="Arial" w:hAnsi="Arial" w:cs="Arial"/>
          <w:b/>
          <w:bCs/>
        </w:rPr>
      </w:pPr>
      <w:proofErr w:type="spellStart"/>
      <w:r w:rsidRPr="00DC58C6">
        <w:rPr>
          <w:rFonts w:ascii="Arial" w:hAnsi="Arial" w:cs="Arial"/>
          <w:b/>
          <w:bCs/>
        </w:rPr>
        <w:t>Članak</w:t>
      </w:r>
      <w:proofErr w:type="spellEnd"/>
      <w:r w:rsidRPr="00DC58C6">
        <w:rPr>
          <w:rFonts w:ascii="Arial" w:hAnsi="Arial" w:cs="Arial"/>
          <w:b/>
          <w:bCs/>
        </w:rPr>
        <w:t xml:space="preserve"> 2.</w:t>
      </w:r>
    </w:p>
    <w:p w14:paraId="39B5C17A" w14:textId="77777777" w:rsidR="005A4419" w:rsidRPr="00DC58C6" w:rsidRDefault="005A4419" w:rsidP="009C285A">
      <w:pPr>
        <w:spacing w:line="240" w:lineRule="auto"/>
        <w:jc w:val="both"/>
        <w:rPr>
          <w:rFonts w:ascii="Arial" w:hAnsi="Arial" w:cs="Arial"/>
        </w:rPr>
      </w:pPr>
      <w:r w:rsidRPr="00DC58C6">
        <w:rPr>
          <w:rFonts w:ascii="Arial" w:hAnsi="Arial" w:cs="Arial"/>
        </w:rPr>
        <w:t xml:space="preserve">(1) </w:t>
      </w:r>
      <w:proofErr w:type="spellStart"/>
      <w:r w:rsidRPr="00DC58C6">
        <w:rPr>
          <w:rFonts w:ascii="Arial" w:hAnsi="Arial" w:cs="Arial"/>
        </w:rPr>
        <w:t>Naručitelj</w:t>
      </w:r>
      <w:proofErr w:type="spellEnd"/>
      <w:r w:rsidRPr="00DC58C6">
        <w:rPr>
          <w:rFonts w:ascii="Arial" w:hAnsi="Arial" w:cs="Arial"/>
        </w:rPr>
        <w:t xml:space="preserve"> je u </w:t>
      </w:r>
      <w:proofErr w:type="spellStart"/>
      <w:r w:rsidRPr="00DC58C6">
        <w:rPr>
          <w:rFonts w:ascii="Arial" w:hAnsi="Arial" w:cs="Arial"/>
        </w:rPr>
        <w:t>primjeni</w:t>
      </w:r>
      <w:proofErr w:type="spellEnd"/>
      <w:r w:rsidRPr="00DC58C6">
        <w:rPr>
          <w:rFonts w:ascii="Arial" w:hAnsi="Arial" w:cs="Arial"/>
        </w:rPr>
        <w:t xml:space="preserve"> </w:t>
      </w:r>
      <w:proofErr w:type="spellStart"/>
      <w:r w:rsidRPr="00DC58C6">
        <w:rPr>
          <w:rFonts w:ascii="Arial" w:hAnsi="Arial" w:cs="Arial"/>
        </w:rPr>
        <w:t>ovoga</w:t>
      </w:r>
      <w:proofErr w:type="spellEnd"/>
      <w:r w:rsidRPr="00DC58C6">
        <w:rPr>
          <w:rFonts w:ascii="Arial" w:hAnsi="Arial" w:cs="Arial"/>
        </w:rPr>
        <w:t xml:space="preserve"> </w:t>
      </w:r>
      <w:proofErr w:type="spellStart"/>
      <w:r w:rsidRPr="00DC58C6">
        <w:rPr>
          <w:rFonts w:ascii="Arial" w:hAnsi="Arial" w:cs="Arial"/>
        </w:rPr>
        <w:t>Pravilnika</w:t>
      </w:r>
      <w:proofErr w:type="spellEnd"/>
      <w:r w:rsidRPr="00DC58C6">
        <w:rPr>
          <w:rFonts w:ascii="Arial" w:hAnsi="Arial" w:cs="Arial"/>
        </w:rPr>
        <w:t xml:space="preserve"> u </w:t>
      </w:r>
      <w:proofErr w:type="spellStart"/>
      <w:r w:rsidRPr="00DC58C6">
        <w:rPr>
          <w:rFonts w:ascii="Arial" w:hAnsi="Arial" w:cs="Arial"/>
        </w:rPr>
        <w:t>odnosu</w:t>
      </w:r>
      <w:proofErr w:type="spellEnd"/>
      <w:r w:rsidRPr="00DC58C6">
        <w:rPr>
          <w:rFonts w:ascii="Arial" w:hAnsi="Arial" w:cs="Arial"/>
        </w:rPr>
        <w:t xml:space="preserve"> </w:t>
      </w:r>
      <w:proofErr w:type="spellStart"/>
      <w:r w:rsidRPr="00DC58C6">
        <w:rPr>
          <w:rFonts w:ascii="Arial" w:hAnsi="Arial" w:cs="Arial"/>
        </w:rPr>
        <w:t>na</w:t>
      </w:r>
      <w:proofErr w:type="spellEnd"/>
      <w:r w:rsidRPr="00DC58C6">
        <w:rPr>
          <w:rFonts w:ascii="Arial" w:hAnsi="Arial" w:cs="Arial"/>
        </w:rPr>
        <w:t xml:space="preserve"> </w:t>
      </w:r>
      <w:proofErr w:type="spellStart"/>
      <w:r w:rsidRPr="00DC58C6">
        <w:rPr>
          <w:rFonts w:ascii="Arial" w:hAnsi="Arial" w:cs="Arial"/>
        </w:rPr>
        <w:t>sve</w:t>
      </w:r>
      <w:proofErr w:type="spellEnd"/>
      <w:r w:rsidRPr="00DC58C6">
        <w:rPr>
          <w:rFonts w:ascii="Arial" w:hAnsi="Arial" w:cs="Arial"/>
        </w:rPr>
        <w:t xml:space="preserve"> </w:t>
      </w:r>
      <w:proofErr w:type="spellStart"/>
      <w:r w:rsidRPr="00DC58C6">
        <w:rPr>
          <w:rFonts w:ascii="Arial" w:hAnsi="Arial" w:cs="Arial"/>
        </w:rPr>
        <w:t>gospodarske</w:t>
      </w:r>
      <w:proofErr w:type="spellEnd"/>
      <w:r w:rsidRPr="00DC58C6">
        <w:rPr>
          <w:rFonts w:ascii="Arial" w:hAnsi="Arial" w:cs="Arial"/>
        </w:rPr>
        <w:t xml:space="preserve"> </w:t>
      </w:r>
      <w:proofErr w:type="spellStart"/>
      <w:r w:rsidRPr="00DC58C6">
        <w:rPr>
          <w:rFonts w:ascii="Arial" w:hAnsi="Arial" w:cs="Arial"/>
        </w:rPr>
        <w:t>subjekte</w:t>
      </w:r>
      <w:proofErr w:type="spellEnd"/>
      <w:r w:rsidRPr="00DC58C6">
        <w:rPr>
          <w:rFonts w:ascii="Arial" w:hAnsi="Arial" w:cs="Arial"/>
        </w:rPr>
        <w:t xml:space="preserve"> </w:t>
      </w:r>
      <w:proofErr w:type="spellStart"/>
      <w:r w:rsidRPr="00DC58C6">
        <w:rPr>
          <w:rFonts w:ascii="Arial" w:hAnsi="Arial" w:cs="Arial"/>
        </w:rPr>
        <w:t>obvezan</w:t>
      </w:r>
      <w:proofErr w:type="spellEnd"/>
      <w:r w:rsidRPr="00DC58C6">
        <w:rPr>
          <w:rFonts w:ascii="Arial" w:hAnsi="Arial" w:cs="Arial"/>
        </w:rPr>
        <w:t xml:space="preserve"> </w:t>
      </w:r>
      <w:proofErr w:type="spellStart"/>
      <w:r w:rsidRPr="00DC58C6">
        <w:rPr>
          <w:rFonts w:ascii="Arial" w:hAnsi="Arial" w:cs="Arial"/>
        </w:rPr>
        <w:t>poštovati</w:t>
      </w:r>
      <w:proofErr w:type="spellEnd"/>
      <w:r w:rsidRPr="00DC58C6">
        <w:rPr>
          <w:rFonts w:ascii="Arial" w:hAnsi="Arial" w:cs="Arial"/>
        </w:rPr>
        <w:t xml:space="preserve"> </w:t>
      </w:r>
      <w:proofErr w:type="spellStart"/>
      <w:r w:rsidRPr="00DC58C6">
        <w:rPr>
          <w:rFonts w:ascii="Arial" w:hAnsi="Arial" w:cs="Arial"/>
        </w:rPr>
        <w:t>načelo</w:t>
      </w:r>
      <w:proofErr w:type="spellEnd"/>
      <w:r w:rsidRPr="00DC58C6">
        <w:rPr>
          <w:rFonts w:ascii="Arial" w:hAnsi="Arial" w:cs="Arial"/>
        </w:rPr>
        <w:t xml:space="preserve"> </w:t>
      </w:r>
      <w:proofErr w:type="spellStart"/>
      <w:r w:rsidRPr="00DC58C6">
        <w:rPr>
          <w:rFonts w:ascii="Arial" w:hAnsi="Arial" w:cs="Arial"/>
        </w:rPr>
        <w:t>slobode</w:t>
      </w:r>
      <w:proofErr w:type="spellEnd"/>
      <w:r w:rsidRPr="00DC58C6">
        <w:rPr>
          <w:rFonts w:ascii="Arial" w:hAnsi="Arial" w:cs="Arial"/>
        </w:rPr>
        <w:t xml:space="preserve"> </w:t>
      </w:r>
      <w:proofErr w:type="spellStart"/>
      <w:r w:rsidRPr="00DC58C6">
        <w:rPr>
          <w:rFonts w:ascii="Arial" w:hAnsi="Arial" w:cs="Arial"/>
        </w:rPr>
        <w:t>kretanja</w:t>
      </w:r>
      <w:proofErr w:type="spellEnd"/>
      <w:r w:rsidRPr="00DC58C6">
        <w:rPr>
          <w:rFonts w:ascii="Arial" w:hAnsi="Arial" w:cs="Arial"/>
        </w:rPr>
        <w:t xml:space="preserve"> robe, </w:t>
      </w:r>
      <w:proofErr w:type="spellStart"/>
      <w:r w:rsidRPr="00DC58C6">
        <w:rPr>
          <w:rFonts w:ascii="Arial" w:hAnsi="Arial" w:cs="Arial"/>
        </w:rPr>
        <w:t>načelo</w:t>
      </w:r>
      <w:proofErr w:type="spellEnd"/>
      <w:r w:rsidRPr="00DC58C6">
        <w:rPr>
          <w:rFonts w:ascii="Arial" w:hAnsi="Arial" w:cs="Arial"/>
        </w:rPr>
        <w:t xml:space="preserve"> </w:t>
      </w:r>
      <w:proofErr w:type="spellStart"/>
      <w:r w:rsidRPr="00DC58C6">
        <w:rPr>
          <w:rFonts w:ascii="Arial" w:hAnsi="Arial" w:cs="Arial"/>
        </w:rPr>
        <w:t>slobode</w:t>
      </w:r>
      <w:proofErr w:type="spellEnd"/>
      <w:r w:rsidRPr="00DC58C6">
        <w:rPr>
          <w:rFonts w:ascii="Arial" w:hAnsi="Arial" w:cs="Arial"/>
        </w:rPr>
        <w:t xml:space="preserve"> </w:t>
      </w:r>
      <w:proofErr w:type="spellStart"/>
      <w:r w:rsidRPr="00DC58C6">
        <w:rPr>
          <w:rFonts w:ascii="Arial" w:hAnsi="Arial" w:cs="Arial"/>
        </w:rPr>
        <w:t>poslovnog</w:t>
      </w:r>
      <w:proofErr w:type="spellEnd"/>
      <w:r w:rsidRPr="00DC58C6">
        <w:rPr>
          <w:rFonts w:ascii="Arial" w:hAnsi="Arial" w:cs="Arial"/>
        </w:rPr>
        <w:t xml:space="preserve"> </w:t>
      </w:r>
      <w:proofErr w:type="spellStart"/>
      <w:r w:rsidRPr="00DC58C6">
        <w:rPr>
          <w:rFonts w:ascii="Arial" w:hAnsi="Arial" w:cs="Arial"/>
        </w:rPr>
        <w:t>nastana</w:t>
      </w:r>
      <w:proofErr w:type="spellEnd"/>
      <w:r w:rsidRPr="00DC58C6">
        <w:rPr>
          <w:rFonts w:ascii="Arial" w:hAnsi="Arial" w:cs="Arial"/>
        </w:rPr>
        <w:t xml:space="preserve"> i </w:t>
      </w:r>
      <w:proofErr w:type="spellStart"/>
      <w:r w:rsidRPr="00DC58C6">
        <w:rPr>
          <w:rFonts w:ascii="Arial" w:hAnsi="Arial" w:cs="Arial"/>
        </w:rPr>
        <w:t>načelo</w:t>
      </w:r>
      <w:proofErr w:type="spellEnd"/>
      <w:r w:rsidRPr="00DC58C6">
        <w:rPr>
          <w:rFonts w:ascii="Arial" w:hAnsi="Arial" w:cs="Arial"/>
        </w:rPr>
        <w:t xml:space="preserve"> </w:t>
      </w:r>
      <w:proofErr w:type="spellStart"/>
      <w:r w:rsidRPr="00DC58C6">
        <w:rPr>
          <w:rFonts w:ascii="Arial" w:hAnsi="Arial" w:cs="Arial"/>
        </w:rPr>
        <w:t>slobode</w:t>
      </w:r>
      <w:proofErr w:type="spellEnd"/>
      <w:r w:rsidRPr="00DC58C6">
        <w:rPr>
          <w:rFonts w:ascii="Arial" w:hAnsi="Arial" w:cs="Arial"/>
        </w:rPr>
        <w:t xml:space="preserve"> </w:t>
      </w:r>
      <w:proofErr w:type="spellStart"/>
      <w:r w:rsidRPr="00DC58C6">
        <w:rPr>
          <w:rFonts w:ascii="Arial" w:hAnsi="Arial" w:cs="Arial"/>
        </w:rPr>
        <w:t>pružanja</w:t>
      </w:r>
      <w:proofErr w:type="spellEnd"/>
      <w:r w:rsidRPr="00DC58C6">
        <w:rPr>
          <w:rFonts w:ascii="Arial" w:hAnsi="Arial" w:cs="Arial"/>
        </w:rPr>
        <w:t xml:space="preserve"> </w:t>
      </w:r>
      <w:proofErr w:type="spellStart"/>
      <w:r w:rsidRPr="00DC58C6">
        <w:rPr>
          <w:rFonts w:ascii="Arial" w:hAnsi="Arial" w:cs="Arial"/>
        </w:rPr>
        <w:t>usluga</w:t>
      </w:r>
      <w:proofErr w:type="spellEnd"/>
      <w:r w:rsidRPr="00DC58C6">
        <w:rPr>
          <w:rFonts w:ascii="Arial" w:hAnsi="Arial" w:cs="Arial"/>
        </w:rPr>
        <w:t xml:space="preserve"> </w:t>
      </w:r>
      <w:proofErr w:type="spellStart"/>
      <w:r w:rsidRPr="00DC58C6">
        <w:rPr>
          <w:rFonts w:ascii="Arial" w:hAnsi="Arial" w:cs="Arial"/>
        </w:rPr>
        <w:t>te</w:t>
      </w:r>
      <w:proofErr w:type="spellEnd"/>
      <w:r w:rsidRPr="00DC58C6">
        <w:rPr>
          <w:rFonts w:ascii="Arial" w:hAnsi="Arial" w:cs="Arial"/>
        </w:rPr>
        <w:t xml:space="preserve"> </w:t>
      </w:r>
      <w:proofErr w:type="spellStart"/>
      <w:r w:rsidRPr="00DC58C6">
        <w:rPr>
          <w:rFonts w:ascii="Arial" w:hAnsi="Arial" w:cs="Arial"/>
        </w:rPr>
        <w:t>načela</w:t>
      </w:r>
      <w:proofErr w:type="spellEnd"/>
      <w:r w:rsidRPr="00DC58C6">
        <w:rPr>
          <w:rFonts w:ascii="Arial" w:hAnsi="Arial" w:cs="Arial"/>
        </w:rPr>
        <w:t xml:space="preserve"> </w:t>
      </w:r>
      <w:proofErr w:type="spellStart"/>
      <w:r w:rsidRPr="00DC58C6">
        <w:rPr>
          <w:rFonts w:ascii="Arial" w:hAnsi="Arial" w:cs="Arial"/>
        </w:rPr>
        <w:t>koja</w:t>
      </w:r>
      <w:proofErr w:type="spellEnd"/>
      <w:r w:rsidRPr="00DC58C6">
        <w:rPr>
          <w:rFonts w:ascii="Arial" w:hAnsi="Arial" w:cs="Arial"/>
        </w:rPr>
        <w:t xml:space="preserve"> </w:t>
      </w:r>
      <w:proofErr w:type="spellStart"/>
      <w:r w:rsidRPr="00DC58C6">
        <w:rPr>
          <w:rFonts w:ascii="Arial" w:hAnsi="Arial" w:cs="Arial"/>
        </w:rPr>
        <w:t>iz</w:t>
      </w:r>
      <w:proofErr w:type="spellEnd"/>
      <w:r w:rsidRPr="00DC58C6">
        <w:rPr>
          <w:rFonts w:ascii="Arial" w:hAnsi="Arial" w:cs="Arial"/>
        </w:rPr>
        <w:t xml:space="preserve"> toga </w:t>
      </w:r>
      <w:proofErr w:type="spellStart"/>
      <w:r w:rsidRPr="00DC58C6">
        <w:rPr>
          <w:rFonts w:ascii="Arial" w:hAnsi="Arial" w:cs="Arial"/>
        </w:rPr>
        <w:t>proizlaze</w:t>
      </w:r>
      <w:proofErr w:type="spellEnd"/>
      <w:r w:rsidRPr="00DC58C6">
        <w:rPr>
          <w:rFonts w:ascii="Arial" w:hAnsi="Arial" w:cs="Arial"/>
        </w:rPr>
        <w:t xml:space="preserve">, </w:t>
      </w:r>
      <w:proofErr w:type="spellStart"/>
      <w:r w:rsidRPr="00DC58C6">
        <w:rPr>
          <w:rFonts w:ascii="Arial" w:hAnsi="Arial" w:cs="Arial"/>
        </w:rPr>
        <w:t>kao</w:t>
      </w:r>
      <w:proofErr w:type="spellEnd"/>
      <w:r w:rsidRPr="00DC58C6">
        <w:rPr>
          <w:rFonts w:ascii="Arial" w:hAnsi="Arial" w:cs="Arial"/>
        </w:rPr>
        <w:t xml:space="preserve"> </w:t>
      </w:r>
      <w:proofErr w:type="spellStart"/>
      <w:r w:rsidRPr="00DC58C6">
        <w:rPr>
          <w:rFonts w:ascii="Arial" w:hAnsi="Arial" w:cs="Arial"/>
        </w:rPr>
        <w:t>što</w:t>
      </w:r>
      <w:proofErr w:type="spellEnd"/>
      <w:r w:rsidRPr="00DC58C6">
        <w:rPr>
          <w:rFonts w:ascii="Arial" w:hAnsi="Arial" w:cs="Arial"/>
        </w:rPr>
        <w:t xml:space="preserve"> </w:t>
      </w:r>
      <w:proofErr w:type="spellStart"/>
      <w:r w:rsidRPr="00DC58C6">
        <w:rPr>
          <w:rFonts w:ascii="Arial" w:hAnsi="Arial" w:cs="Arial"/>
        </w:rPr>
        <w:t>su</w:t>
      </w:r>
      <w:proofErr w:type="spellEnd"/>
      <w:r w:rsidRPr="00DC58C6">
        <w:rPr>
          <w:rFonts w:ascii="Arial" w:hAnsi="Arial" w:cs="Arial"/>
        </w:rPr>
        <w:t xml:space="preserve"> </w:t>
      </w:r>
      <w:proofErr w:type="spellStart"/>
      <w:r w:rsidRPr="00DC58C6">
        <w:rPr>
          <w:rFonts w:ascii="Arial" w:hAnsi="Arial" w:cs="Arial"/>
        </w:rPr>
        <w:t>načelo</w:t>
      </w:r>
      <w:proofErr w:type="spellEnd"/>
      <w:r w:rsidRPr="00DC58C6">
        <w:rPr>
          <w:rFonts w:ascii="Arial" w:hAnsi="Arial" w:cs="Arial"/>
        </w:rPr>
        <w:t xml:space="preserve"> </w:t>
      </w:r>
      <w:proofErr w:type="spellStart"/>
      <w:r w:rsidRPr="00DC58C6">
        <w:rPr>
          <w:rFonts w:ascii="Arial" w:hAnsi="Arial" w:cs="Arial"/>
        </w:rPr>
        <w:t>tržišnog</w:t>
      </w:r>
      <w:proofErr w:type="spellEnd"/>
      <w:r w:rsidRPr="00DC58C6">
        <w:rPr>
          <w:rFonts w:ascii="Arial" w:hAnsi="Arial" w:cs="Arial"/>
        </w:rPr>
        <w:t xml:space="preserve"> </w:t>
      </w:r>
      <w:proofErr w:type="spellStart"/>
      <w:r w:rsidRPr="00DC58C6">
        <w:rPr>
          <w:rFonts w:ascii="Arial" w:hAnsi="Arial" w:cs="Arial"/>
        </w:rPr>
        <w:t>natjecanja</w:t>
      </w:r>
      <w:proofErr w:type="spellEnd"/>
      <w:r w:rsidRPr="00DC58C6">
        <w:rPr>
          <w:rFonts w:ascii="Arial" w:hAnsi="Arial" w:cs="Arial"/>
        </w:rPr>
        <w:t xml:space="preserve">, </w:t>
      </w:r>
      <w:proofErr w:type="spellStart"/>
      <w:r w:rsidRPr="00DC58C6">
        <w:rPr>
          <w:rFonts w:ascii="Arial" w:hAnsi="Arial" w:cs="Arial"/>
        </w:rPr>
        <w:t>načelo</w:t>
      </w:r>
      <w:proofErr w:type="spellEnd"/>
      <w:r w:rsidRPr="00DC58C6">
        <w:rPr>
          <w:rFonts w:ascii="Arial" w:hAnsi="Arial" w:cs="Arial"/>
        </w:rPr>
        <w:t xml:space="preserve"> </w:t>
      </w:r>
      <w:proofErr w:type="spellStart"/>
      <w:r w:rsidRPr="00DC58C6">
        <w:rPr>
          <w:rFonts w:ascii="Arial" w:hAnsi="Arial" w:cs="Arial"/>
        </w:rPr>
        <w:t>jednakog</w:t>
      </w:r>
      <w:proofErr w:type="spellEnd"/>
      <w:r w:rsidRPr="00DC58C6">
        <w:rPr>
          <w:rFonts w:ascii="Arial" w:hAnsi="Arial" w:cs="Arial"/>
        </w:rPr>
        <w:t xml:space="preserve"> </w:t>
      </w:r>
      <w:proofErr w:type="spellStart"/>
      <w:r w:rsidRPr="00DC58C6">
        <w:rPr>
          <w:rFonts w:ascii="Arial" w:hAnsi="Arial" w:cs="Arial"/>
        </w:rPr>
        <w:t>tretmana</w:t>
      </w:r>
      <w:proofErr w:type="spellEnd"/>
      <w:r w:rsidRPr="00DC58C6">
        <w:rPr>
          <w:rFonts w:ascii="Arial" w:hAnsi="Arial" w:cs="Arial"/>
        </w:rPr>
        <w:t xml:space="preserve">, </w:t>
      </w:r>
      <w:proofErr w:type="spellStart"/>
      <w:r w:rsidRPr="00DC58C6">
        <w:rPr>
          <w:rFonts w:ascii="Arial" w:hAnsi="Arial" w:cs="Arial"/>
        </w:rPr>
        <w:t>načelo</w:t>
      </w:r>
      <w:proofErr w:type="spellEnd"/>
      <w:r w:rsidRPr="00DC58C6">
        <w:rPr>
          <w:rFonts w:ascii="Arial" w:hAnsi="Arial" w:cs="Arial"/>
        </w:rPr>
        <w:t xml:space="preserve"> </w:t>
      </w:r>
      <w:proofErr w:type="spellStart"/>
      <w:r w:rsidRPr="00DC58C6">
        <w:rPr>
          <w:rFonts w:ascii="Arial" w:hAnsi="Arial" w:cs="Arial"/>
        </w:rPr>
        <w:t>zabrane</w:t>
      </w:r>
      <w:proofErr w:type="spellEnd"/>
      <w:r w:rsidRPr="00DC58C6">
        <w:rPr>
          <w:rFonts w:ascii="Arial" w:hAnsi="Arial" w:cs="Arial"/>
        </w:rPr>
        <w:t xml:space="preserve"> </w:t>
      </w:r>
      <w:proofErr w:type="spellStart"/>
      <w:r w:rsidRPr="00DC58C6">
        <w:rPr>
          <w:rFonts w:ascii="Arial" w:hAnsi="Arial" w:cs="Arial"/>
        </w:rPr>
        <w:t>diskriminacije</w:t>
      </w:r>
      <w:proofErr w:type="spellEnd"/>
      <w:r w:rsidRPr="00DC58C6">
        <w:rPr>
          <w:rFonts w:ascii="Arial" w:hAnsi="Arial" w:cs="Arial"/>
        </w:rPr>
        <w:t xml:space="preserve">, </w:t>
      </w:r>
      <w:proofErr w:type="spellStart"/>
      <w:r w:rsidRPr="00DC58C6">
        <w:rPr>
          <w:rFonts w:ascii="Arial" w:hAnsi="Arial" w:cs="Arial"/>
        </w:rPr>
        <w:t>načelo</w:t>
      </w:r>
      <w:proofErr w:type="spellEnd"/>
      <w:r w:rsidRPr="00DC58C6">
        <w:rPr>
          <w:rFonts w:ascii="Arial" w:hAnsi="Arial" w:cs="Arial"/>
        </w:rPr>
        <w:t xml:space="preserve"> </w:t>
      </w:r>
      <w:proofErr w:type="spellStart"/>
      <w:r w:rsidRPr="00DC58C6">
        <w:rPr>
          <w:rFonts w:ascii="Arial" w:hAnsi="Arial" w:cs="Arial"/>
        </w:rPr>
        <w:t>uzajamnog</w:t>
      </w:r>
      <w:proofErr w:type="spellEnd"/>
      <w:r w:rsidRPr="00DC58C6">
        <w:rPr>
          <w:rFonts w:ascii="Arial" w:hAnsi="Arial" w:cs="Arial"/>
        </w:rPr>
        <w:t xml:space="preserve"> </w:t>
      </w:r>
      <w:proofErr w:type="spellStart"/>
      <w:r w:rsidRPr="00DC58C6">
        <w:rPr>
          <w:rFonts w:ascii="Arial" w:hAnsi="Arial" w:cs="Arial"/>
        </w:rPr>
        <w:t>priznavanja</w:t>
      </w:r>
      <w:proofErr w:type="spellEnd"/>
      <w:r w:rsidRPr="00DC58C6">
        <w:rPr>
          <w:rFonts w:ascii="Arial" w:hAnsi="Arial" w:cs="Arial"/>
        </w:rPr>
        <w:t xml:space="preserve">, </w:t>
      </w:r>
      <w:proofErr w:type="spellStart"/>
      <w:r w:rsidRPr="00DC58C6">
        <w:rPr>
          <w:rFonts w:ascii="Arial" w:hAnsi="Arial" w:cs="Arial"/>
        </w:rPr>
        <w:t>načelo</w:t>
      </w:r>
      <w:proofErr w:type="spellEnd"/>
      <w:r w:rsidRPr="00DC58C6">
        <w:rPr>
          <w:rFonts w:ascii="Arial" w:hAnsi="Arial" w:cs="Arial"/>
        </w:rPr>
        <w:t xml:space="preserve"> </w:t>
      </w:r>
      <w:proofErr w:type="spellStart"/>
      <w:r w:rsidRPr="00DC58C6">
        <w:rPr>
          <w:rFonts w:ascii="Arial" w:hAnsi="Arial" w:cs="Arial"/>
        </w:rPr>
        <w:t>razmjernosti</w:t>
      </w:r>
      <w:proofErr w:type="spellEnd"/>
      <w:r w:rsidRPr="00DC58C6">
        <w:rPr>
          <w:rFonts w:ascii="Arial" w:hAnsi="Arial" w:cs="Arial"/>
        </w:rPr>
        <w:t xml:space="preserve"> i </w:t>
      </w:r>
      <w:proofErr w:type="spellStart"/>
      <w:r w:rsidRPr="00DC58C6">
        <w:rPr>
          <w:rFonts w:ascii="Arial" w:hAnsi="Arial" w:cs="Arial"/>
        </w:rPr>
        <w:t>načelo</w:t>
      </w:r>
      <w:proofErr w:type="spellEnd"/>
      <w:r w:rsidRPr="00DC58C6">
        <w:rPr>
          <w:rFonts w:ascii="Arial" w:hAnsi="Arial" w:cs="Arial"/>
        </w:rPr>
        <w:t xml:space="preserve"> </w:t>
      </w:r>
      <w:proofErr w:type="spellStart"/>
      <w:r w:rsidRPr="00DC58C6">
        <w:rPr>
          <w:rFonts w:ascii="Arial" w:hAnsi="Arial" w:cs="Arial"/>
        </w:rPr>
        <w:t>transparentnosti</w:t>
      </w:r>
      <w:proofErr w:type="spellEnd"/>
      <w:r w:rsidRPr="00DC58C6">
        <w:rPr>
          <w:rFonts w:ascii="Arial" w:hAnsi="Arial" w:cs="Arial"/>
        </w:rPr>
        <w:t xml:space="preserve">. </w:t>
      </w:r>
    </w:p>
    <w:p w14:paraId="134971F0" w14:textId="77777777" w:rsidR="005A4419" w:rsidRPr="00DC58C6" w:rsidRDefault="005A4419" w:rsidP="009C285A">
      <w:pPr>
        <w:spacing w:line="240" w:lineRule="auto"/>
        <w:jc w:val="both"/>
        <w:rPr>
          <w:rFonts w:ascii="Arial" w:hAnsi="Arial" w:cs="Arial"/>
        </w:rPr>
      </w:pPr>
      <w:r w:rsidRPr="00DC58C6">
        <w:rPr>
          <w:rFonts w:ascii="Arial" w:hAnsi="Arial" w:cs="Arial"/>
        </w:rPr>
        <w:t xml:space="preserve">(2) </w:t>
      </w:r>
      <w:proofErr w:type="spellStart"/>
      <w:r w:rsidRPr="00DC58C6">
        <w:rPr>
          <w:rFonts w:ascii="Arial" w:hAnsi="Arial" w:cs="Arial"/>
        </w:rPr>
        <w:t>Jednostavna</w:t>
      </w:r>
      <w:proofErr w:type="spellEnd"/>
      <w:r w:rsidRPr="00DC58C6">
        <w:rPr>
          <w:rFonts w:ascii="Arial" w:hAnsi="Arial" w:cs="Arial"/>
        </w:rPr>
        <w:t xml:space="preserve"> </w:t>
      </w:r>
      <w:proofErr w:type="spellStart"/>
      <w:r w:rsidRPr="00DC58C6">
        <w:rPr>
          <w:rFonts w:ascii="Arial" w:hAnsi="Arial" w:cs="Arial"/>
        </w:rPr>
        <w:t>nabava</w:t>
      </w:r>
      <w:proofErr w:type="spellEnd"/>
      <w:r w:rsidRPr="00DC58C6">
        <w:rPr>
          <w:rFonts w:ascii="Arial" w:hAnsi="Arial" w:cs="Arial"/>
        </w:rPr>
        <w:t xml:space="preserve"> ne </w:t>
      </w:r>
      <w:proofErr w:type="spellStart"/>
      <w:r w:rsidRPr="00DC58C6">
        <w:rPr>
          <w:rFonts w:ascii="Arial" w:hAnsi="Arial" w:cs="Arial"/>
        </w:rPr>
        <w:t>smije</w:t>
      </w:r>
      <w:proofErr w:type="spellEnd"/>
      <w:r w:rsidRPr="00DC58C6">
        <w:rPr>
          <w:rFonts w:ascii="Arial" w:hAnsi="Arial" w:cs="Arial"/>
        </w:rPr>
        <w:t xml:space="preserve"> </w:t>
      </w:r>
      <w:proofErr w:type="spellStart"/>
      <w:r w:rsidRPr="00DC58C6">
        <w:rPr>
          <w:rFonts w:ascii="Arial" w:hAnsi="Arial" w:cs="Arial"/>
        </w:rPr>
        <w:t>biti</w:t>
      </w:r>
      <w:proofErr w:type="spellEnd"/>
      <w:r w:rsidRPr="00DC58C6">
        <w:rPr>
          <w:rFonts w:ascii="Arial" w:hAnsi="Arial" w:cs="Arial"/>
        </w:rPr>
        <w:t xml:space="preserve"> </w:t>
      </w:r>
      <w:proofErr w:type="spellStart"/>
      <w:r w:rsidRPr="00DC58C6">
        <w:rPr>
          <w:rFonts w:ascii="Arial" w:hAnsi="Arial" w:cs="Arial"/>
        </w:rPr>
        <w:t>osmišljena</w:t>
      </w:r>
      <w:proofErr w:type="spellEnd"/>
      <w:r w:rsidRPr="00DC58C6">
        <w:rPr>
          <w:rFonts w:ascii="Arial" w:hAnsi="Arial" w:cs="Arial"/>
        </w:rPr>
        <w:t xml:space="preserve"> s </w:t>
      </w:r>
      <w:proofErr w:type="spellStart"/>
      <w:r w:rsidRPr="00DC58C6">
        <w:rPr>
          <w:rFonts w:ascii="Arial" w:hAnsi="Arial" w:cs="Arial"/>
        </w:rPr>
        <w:t>namjerom</w:t>
      </w:r>
      <w:proofErr w:type="spellEnd"/>
      <w:r w:rsidRPr="00DC58C6">
        <w:rPr>
          <w:rFonts w:ascii="Arial" w:hAnsi="Arial" w:cs="Arial"/>
        </w:rPr>
        <w:t xml:space="preserve"> </w:t>
      </w:r>
      <w:proofErr w:type="spellStart"/>
      <w:r w:rsidRPr="00DC58C6">
        <w:rPr>
          <w:rFonts w:ascii="Arial" w:hAnsi="Arial" w:cs="Arial"/>
        </w:rPr>
        <w:t>izbjegavanja</w:t>
      </w:r>
      <w:proofErr w:type="spellEnd"/>
      <w:r w:rsidRPr="00DC58C6">
        <w:rPr>
          <w:rFonts w:ascii="Arial" w:hAnsi="Arial" w:cs="Arial"/>
        </w:rPr>
        <w:t xml:space="preserve"> </w:t>
      </w:r>
      <w:proofErr w:type="spellStart"/>
      <w:r w:rsidRPr="00DC58C6">
        <w:rPr>
          <w:rFonts w:ascii="Arial" w:hAnsi="Arial" w:cs="Arial"/>
        </w:rPr>
        <w:t>primjene</w:t>
      </w:r>
      <w:proofErr w:type="spellEnd"/>
      <w:r w:rsidRPr="00DC58C6">
        <w:rPr>
          <w:rFonts w:ascii="Arial" w:hAnsi="Arial" w:cs="Arial"/>
        </w:rPr>
        <w:t xml:space="preserve"> </w:t>
      </w:r>
      <w:proofErr w:type="spellStart"/>
      <w:r w:rsidRPr="00DC58C6">
        <w:rPr>
          <w:rFonts w:ascii="Arial" w:hAnsi="Arial" w:cs="Arial"/>
        </w:rPr>
        <w:t>pravila</w:t>
      </w:r>
      <w:proofErr w:type="spellEnd"/>
      <w:r w:rsidRPr="00DC58C6">
        <w:rPr>
          <w:rFonts w:ascii="Arial" w:hAnsi="Arial" w:cs="Arial"/>
        </w:rPr>
        <w:t xml:space="preserve"> o </w:t>
      </w:r>
      <w:proofErr w:type="spellStart"/>
      <w:r w:rsidRPr="00DC58C6">
        <w:rPr>
          <w:rFonts w:ascii="Arial" w:hAnsi="Arial" w:cs="Arial"/>
        </w:rPr>
        <w:t>jednostavnoj</w:t>
      </w:r>
      <w:proofErr w:type="spellEnd"/>
      <w:r w:rsidRPr="00DC58C6">
        <w:rPr>
          <w:rFonts w:ascii="Arial" w:hAnsi="Arial" w:cs="Arial"/>
        </w:rPr>
        <w:t xml:space="preserve"> </w:t>
      </w:r>
      <w:proofErr w:type="spellStart"/>
      <w:r w:rsidRPr="00DC58C6">
        <w:rPr>
          <w:rFonts w:ascii="Arial" w:hAnsi="Arial" w:cs="Arial"/>
        </w:rPr>
        <w:t>nabavi</w:t>
      </w:r>
      <w:proofErr w:type="spellEnd"/>
      <w:r w:rsidRPr="00DC58C6">
        <w:rPr>
          <w:rFonts w:ascii="Arial" w:hAnsi="Arial" w:cs="Arial"/>
        </w:rPr>
        <w:t xml:space="preserve"> </w:t>
      </w:r>
      <w:proofErr w:type="spellStart"/>
      <w:r w:rsidRPr="00DC58C6">
        <w:rPr>
          <w:rFonts w:ascii="Arial" w:hAnsi="Arial" w:cs="Arial"/>
        </w:rPr>
        <w:t>ili</w:t>
      </w:r>
      <w:proofErr w:type="spellEnd"/>
      <w:r w:rsidRPr="00DC58C6">
        <w:rPr>
          <w:rFonts w:ascii="Arial" w:hAnsi="Arial" w:cs="Arial"/>
        </w:rPr>
        <w:t xml:space="preserve"> s </w:t>
      </w:r>
      <w:proofErr w:type="spellStart"/>
      <w:r w:rsidRPr="00DC58C6">
        <w:rPr>
          <w:rFonts w:ascii="Arial" w:hAnsi="Arial" w:cs="Arial"/>
        </w:rPr>
        <w:t>namjerom</w:t>
      </w:r>
      <w:proofErr w:type="spellEnd"/>
      <w:r w:rsidRPr="00DC58C6">
        <w:rPr>
          <w:rFonts w:ascii="Arial" w:hAnsi="Arial" w:cs="Arial"/>
        </w:rPr>
        <w:t xml:space="preserve"> da se </w:t>
      </w:r>
      <w:proofErr w:type="spellStart"/>
      <w:r w:rsidRPr="00DC58C6">
        <w:rPr>
          <w:rFonts w:ascii="Arial" w:hAnsi="Arial" w:cs="Arial"/>
        </w:rPr>
        <w:t>određenim</w:t>
      </w:r>
      <w:proofErr w:type="spellEnd"/>
      <w:r w:rsidRPr="00DC58C6">
        <w:rPr>
          <w:rFonts w:ascii="Arial" w:hAnsi="Arial" w:cs="Arial"/>
        </w:rPr>
        <w:t xml:space="preserve"> </w:t>
      </w:r>
      <w:proofErr w:type="spellStart"/>
      <w:r w:rsidRPr="00DC58C6">
        <w:rPr>
          <w:rFonts w:ascii="Arial" w:hAnsi="Arial" w:cs="Arial"/>
        </w:rPr>
        <w:t>gospodarskim</w:t>
      </w:r>
      <w:proofErr w:type="spellEnd"/>
      <w:r w:rsidRPr="00DC58C6">
        <w:rPr>
          <w:rFonts w:ascii="Arial" w:hAnsi="Arial" w:cs="Arial"/>
        </w:rPr>
        <w:t xml:space="preserve"> </w:t>
      </w:r>
      <w:proofErr w:type="spellStart"/>
      <w:r w:rsidRPr="00DC58C6">
        <w:rPr>
          <w:rFonts w:ascii="Arial" w:hAnsi="Arial" w:cs="Arial"/>
        </w:rPr>
        <w:t>subjektima</w:t>
      </w:r>
      <w:proofErr w:type="spellEnd"/>
      <w:r w:rsidRPr="00DC58C6">
        <w:rPr>
          <w:rFonts w:ascii="Arial" w:hAnsi="Arial" w:cs="Arial"/>
        </w:rPr>
        <w:t xml:space="preserve"> </w:t>
      </w:r>
      <w:proofErr w:type="spellStart"/>
      <w:r w:rsidRPr="00DC58C6">
        <w:rPr>
          <w:rFonts w:ascii="Arial" w:hAnsi="Arial" w:cs="Arial"/>
        </w:rPr>
        <w:t>neopravdano</w:t>
      </w:r>
      <w:proofErr w:type="spellEnd"/>
      <w:r w:rsidRPr="00DC58C6">
        <w:rPr>
          <w:rFonts w:ascii="Arial" w:hAnsi="Arial" w:cs="Arial"/>
        </w:rPr>
        <w:t xml:space="preserve"> da </w:t>
      </w:r>
      <w:proofErr w:type="spellStart"/>
      <w:r w:rsidRPr="00DC58C6">
        <w:rPr>
          <w:rFonts w:ascii="Arial" w:hAnsi="Arial" w:cs="Arial"/>
        </w:rPr>
        <w:t>prednost</w:t>
      </w:r>
      <w:proofErr w:type="spellEnd"/>
      <w:r w:rsidRPr="00DC58C6">
        <w:rPr>
          <w:rFonts w:ascii="Arial" w:hAnsi="Arial" w:cs="Arial"/>
        </w:rPr>
        <w:t xml:space="preserve"> </w:t>
      </w:r>
      <w:proofErr w:type="spellStart"/>
      <w:r w:rsidRPr="00DC58C6">
        <w:rPr>
          <w:rFonts w:ascii="Arial" w:hAnsi="Arial" w:cs="Arial"/>
        </w:rPr>
        <w:t>ili</w:t>
      </w:r>
      <w:proofErr w:type="spellEnd"/>
      <w:r w:rsidRPr="00DC58C6">
        <w:rPr>
          <w:rFonts w:ascii="Arial" w:hAnsi="Arial" w:cs="Arial"/>
        </w:rPr>
        <w:t xml:space="preserve"> </w:t>
      </w:r>
      <w:proofErr w:type="spellStart"/>
      <w:r w:rsidRPr="00DC58C6">
        <w:rPr>
          <w:rFonts w:ascii="Arial" w:hAnsi="Arial" w:cs="Arial"/>
        </w:rPr>
        <w:t>ih</w:t>
      </w:r>
      <w:proofErr w:type="spellEnd"/>
      <w:r w:rsidRPr="00DC58C6">
        <w:rPr>
          <w:rFonts w:ascii="Arial" w:hAnsi="Arial" w:cs="Arial"/>
        </w:rPr>
        <w:t xml:space="preserve"> se </w:t>
      </w:r>
      <w:proofErr w:type="spellStart"/>
      <w:r w:rsidRPr="00DC58C6">
        <w:rPr>
          <w:rFonts w:ascii="Arial" w:hAnsi="Arial" w:cs="Arial"/>
        </w:rPr>
        <w:t>stavi</w:t>
      </w:r>
      <w:proofErr w:type="spellEnd"/>
      <w:r w:rsidRPr="00DC58C6">
        <w:rPr>
          <w:rFonts w:ascii="Arial" w:hAnsi="Arial" w:cs="Arial"/>
        </w:rPr>
        <w:t xml:space="preserve"> u </w:t>
      </w:r>
      <w:proofErr w:type="spellStart"/>
      <w:r w:rsidRPr="00DC58C6">
        <w:rPr>
          <w:rFonts w:ascii="Arial" w:hAnsi="Arial" w:cs="Arial"/>
        </w:rPr>
        <w:t>nepovoljan</w:t>
      </w:r>
      <w:proofErr w:type="spellEnd"/>
      <w:r w:rsidRPr="00DC58C6">
        <w:rPr>
          <w:rFonts w:ascii="Arial" w:hAnsi="Arial" w:cs="Arial"/>
        </w:rPr>
        <w:t xml:space="preserve"> </w:t>
      </w:r>
      <w:proofErr w:type="spellStart"/>
      <w:r w:rsidRPr="00DC58C6">
        <w:rPr>
          <w:rFonts w:ascii="Arial" w:hAnsi="Arial" w:cs="Arial"/>
        </w:rPr>
        <w:t>položaj</w:t>
      </w:r>
      <w:proofErr w:type="spellEnd"/>
      <w:r w:rsidRPr="00DC58C6">
        <w:rPr>
          <w:rFonts w:ascii="Arial" w:hAnsi="Arial" w:cs="Arial"/>
        </w:rPr>
        <w:t xml:space="preserve">. </w:t>
      </w:r>
    </w:p>
    <w:p w14:paraId="7EB5FD42" w14:textId="0CCC4395" w:rsidR="005A4419" w:rsidRPr="00DC58C6" w:rsidRDefault="005A4419" w:rsidP="009C285A">
      <w:pPr>
        <w:spacing w:line="240" w:lineRule="auto"/>
        <w:jc w:val="both"/>
        <w:rPr>
          <w:rFonts w:ascii="Arial" w:hAnsi="Arial" w:cs="Arial"/>
        </w:rPr>
      </w:pPr>
      <w:r w:rsidRPr="00DC58C6">
        <w:rPr>
          <w:rFonts w:ascii="Arial" w:hAnsi="Arial" w:cs="Arial"/>
        </w:rPr>
        <w:t xml:space="preserve">(3) </w:t>
      </w:r>
      <w:proofErr w:type="spellStart"/>
      <w:r w:rsidRPr="00DC58C6">
        <w:rPr>
          <w:rFonts w:ascii="Arial" w:hAnsi="Arial" w:cs="Arial"/>
        </w:rPr>
        <w:t>Naručitelj</w:t>
      </w:r>
      <w:proofErr w:type="spellEnd"/>
      <w:r w:rsidRPr="00DC58C6">
        <w:rPr>
          <w:rFonts w:ascii="Arial" w:hAnsi="Arial" w:cs="Arial"/>
        </w:rPr>
        <w:t xml:space="preserve"> je </w:t>
      </w:r>
      <w:proofErr w:type="spellStart"/>
      <w:r w:rsidRPr="00DC58C6">
        <w:rPr>
          <w:rFonts w:ascii="Arial" w:hAnsi="Arial" w:cs="Arial"/>
        </w:rPr>
        <w:t>obvezan</w:t>
      </w:r>
      <w:proofErr w:type="spellEnd"/>
      <w:r w:rsidRPr="00DC58C6">
        <w:rPr>
          <w:rFonts w:ascii="Arial" w:hAnsi="Arial" w:cs="Arial"/>
        </w:rPr>
        <w:t xml:space="preserve"> </w:t>
      </w:r>
      <w:proofErr w:type="spellStart"/>
      <w:r w:rsidRPr="00DC58C6">
        <w:rPr>
          <w:rFonts w:ascii="Arial" w:hAnsi="Arial" w:cs="Arial"/>
        </w:rPr>
        <w:t>primjenjivati</w:t>
      </w:r>
      <w:proofErr w:type="spellEnd"/>
      <w:r w:rsidRPr="00DC58C6">
        <w:rPr>
          <w:rFonts w:ascii="Arial" w:hAnsi="Arial" w:cs="Arial"/>
        </w:rPr>
        <w:t xml:space="preserve"> </w:t>
      </w:r>
      <w:proofErr w:type="spellStart"/>
      <w:r w:rsidRPr="00DC58C6">
        <w:rPr>
          <w:rFonts w:ascii="Arial" w:hAnsi="Arial" w:cs="Arial"/>
        </w:rPr>
        <w:t>odredbe</w:t>
      </w:r>
      <w:proofErr w:type="spellEnd"/>
      <w:r w:rsidRPr="00DC58C6">
        <w:rPr>
          <w:rFonts w:ascii="Arial" w:hAnsi="Arial" w:cs="Arial"/>
        </w:rPr>
        <w:t xml:space="preserve"> </w:t>
      </w:r>
      <w:proofErr w:type="spellStart"/>
      <w:r w:rsidRPr="00DC58C6">
        <w:rPr>
          <w:rFonts w:ascii="Arial" w:hAnsi="Arial" w:cs="Arial"/>
        </w:rPr>
        <w:t>ovoga</w:t>
      </w:r>
      <w:proofErr w:type="spellEnd"/>
      <w:r w:rsidRPr="00DC58C6">
        <w:rPr>
          <w:rFonts w:ascii="Arial" w:hAnsi="Arial" w:cs="Arial"/>
        </w:rPr>
        <w:t xml:space="preserve"> </w:t>
      </w:r>
      <w:proofErr w:type="spellStart"/>
      <w:r w:rsidRPr="00DC58C6">
        <w:rPr>
          <w:rFonts w:ascii="Arial" w:hAnsi="Arial" w:cs="Arial"/>
        </w:rPr>
        <w:t>Pravilnika</w:t>
      </w:r>
      <w:proofErr w:type="spellEnd"/>
      <w:r w:rsidRPr="00DC58C6">
        <w:rPr>
          <w:rFonts w:ascii="Arial" w:hAnsi="Arial" w:cs="Arial"/>
        </w:rPr>
        <w:t xml:space="preserve"> </w:t>
      </w:r>
      <w:proofErr w:type="spellStart"/>
      <w:r w:rsidRPr="00DC58C6">
        <w:rPr>
          <w:rFonts w:ascii="Arial" w:hAnsi="Arial" w:cs="Arial"/>
        </w:rPr>
        <w:t>na</w:t>
      </w:r>
      <w:proofErr w:type="spellEnd"/>
      <w:r w:rsidRPr="00DC58C6">
        <w:rPr>
          <w:rFonts w:ascii="Arial" w:hAnsi="Arial" w:cs="Arial"/>
        </w:rPr>
        <w:t xml:space="preserve"> </w:t>
      </w:r>
      <w:proofErr w:type="spellStart"/>
      <w:r w:rsidRPr="00DC58C6">
        <w:rPr>
          <w:rFonts w:ascii="Arial" w:hAnsi="Arial" w:cs="Arial"/>
        </w:rPr>
        <w:t>način</w:t>
      </w:r>
      <w:proofErr w:type="spellEnd"/>
      <w:r w:rsidRPr="00DC58C6">
        <w:rPr>
          <w:rFonts w:ascii="Arial" w:hAnsi="Arial" w:cs="Arial"/>
        </w:rPr>
        <w:t xml:space="preserve"> koji </w:t>
      </w:r>
      <w:proofErr w:type="spellStart"/>
      <w:r w:rsidRPr="00DC58C6">
        <w:rPr>
          <w:rFonts w:ascii="Arial" w:hAnsi="Arial" w:cs="Arial"/>
        </w:rPr>
        <w:t>omogućava</w:t>
      </w:r>
      <w:proofErr w:type="spellEnd"/>
      <w:r w:rsidRPr="00DC58C6">
        <w:rPr>
          <w:rFonts w:ascii="Arial" w:hAnsi="Arial" w:cs="Arial"/>
        </w:rPr>
        <w:t xml:space="preserve"> </w:t>
      </w:r>
      <w:proofErr w:type="spellStart"/>
      <w:r w:rsidRPr="00DC58C6">
        <w:rPr>
          <w:rFonts w:ascii="Arial" w:hAnsi="Arial" w:cs="Arial"/>
        </w:rPr>
        <w:t>učinkovitu</w:t>
      </w:r>
      <w:proofErr w:type="spellEnd"/>
      <w:r w:rsidRPr="00DC58C6">
        <w:rPr>
          <w:rFonts w:ascii="Arial" w:hAnsi="Arial" w:cs="Arial"/>
        </w:rPr>
        <w:t xml:space="preserve"> </w:t>
      </w:r>
      <w:proofErr w:type="spellStart"/>
      <w:r w:rsidRPr="00DC58C6">
        <w:rPr>
          <w:rFonts w:ascii="Arial" w:hAnsi="Arial" w:cs="Arial"/>
        </w:rPr>
        <w:t>jednostavnu</w:t>
      </w:r>
      <w:proofErr w:type="spellEnd"/>
      <w:r w:rsidRPr="00DC58C6">
        <w:rPr>
          <w:rFonts w:ascii="Arial" w:hAnsi="Arial" w:cs="Arial"/>
        </w:rPr>
        <w:t xml:space="preserve"> </w:t>
      </w:r>
      <w:proofErr w:type="spellStart"/>
      <w:r w:rsidRPr="00DC58C6">
        <w:rPr>
          <w:rFonts w:ascii="Arial" w:hAnsi="Arial" w:cs="Arial"/>
        </w:rPr>
        <w:t>nabavu</w:t>
      </w:r>
      <w:proofErr w:type="spellEnd"/>
      <w:r w:rsidRPr="00DC58C6">
        <w:rPr>
          <w:rFonts w:ascii="Arial" w:hAnsi="Arial" w:cs="Arial"/>
        </w:rPr>
        <w:t xml:space="preserve"> </w:t>
      </w:r>
      <w:proofErr w:type="spellStart"/>
      <w:r w:rsidRPr="00DC58C6">
        <w:rPr>
          <w:rFonts w:ascii="Arial" w:hAnsi="Arial" w:cs="Arial"/>
        </w:rPr>
        <w:t>te</w:t>
      </w:r>
      <w:proofErr w:type="spellEnd"/>
      <w:r w:rsidRPr="00DC58C6">
        <w:rPr>
          <w:rFonts w:ascii="Arial" w:hAnsi="Arial" w:cs="Arial"/>
        </w:rPr>
        <w:t xml:space="preserve"> </w:t>
      </w:r>
      <w:proofErr w:type="spellStart"/>
      <w:r w:rsidRPr="00DC58C6">
        <w:rPr>
          <w:rFonts w:ascii="Arial" w:hAnsi="Arial" w:cs="Arial"/>
        </w:rPr>
        <w:t>ekonomično</w:t>
      </w:r>
      <w:proofErr w:type="spellEnd"/>
      <w:r w:rsidRPr="00DC58C6">
        <w:rPr>
          <w:rFonts w:ascii="Arial" w:hAnsi="Arial" w:cs="Arial"/>
        </w:rPr>
        <w:t xml:space="preserve"> i </w:t>
      </w:r>
      <w:proofErr w:type="spellStart"/>
      <w:r w:rsidRPr="00DC58C6">
        <w:rPr>
          <w:rFonts w:ascii="Arial" w:hAnsi="Arial" w:cs="Arial"/>
        </w:rPr>
        <w:t>svrhovito</w:t>
      </w:r>
      <w:proofErr w:type="spellEnd"/>
      <w:r w:rsidRPr="00DC58C6">
        <w:rPr>
          <w:rFonts w:ascii="Arial" w:hAnsi="Arial" w:cs="Arial"/>
        </w:rPr>
        <w:t xml:space="preserve"> </w:t>
      </w:r>
      <w:proofErr w:type="spellStart"/>
      <w:r w:rsidRPr="00DC58C6">
        <w:rPr>
          <w:rFonts w:ascii="Arial" w:hAnsi="Arial" w:cs="Arial"/>
        </w:rPr>
        <w:t>trošenje</w:t>
      </w:r>
      <w:proofErr w:type="spellEnd"/>
      <w:r w:rsidRPr="00DC58C6">
        <w:rPr>
          <w:rFonts w:ascii="Arial" w:hAnsi="Arial" w:cs="Arial"/>
        </w:rPr>
        <w:t xml:space="preserve"> </w:t>
      </w:r>
      <w:proofErr w:type="spellStart"/>
      <w:r w:rsidRPr="00DC58C6">
        <w:rPr>
          <w:rFonts w:ascii="Arial" w:hAnsi="Arial" w:cs="Arial"/>
        </w:rPr>
        <w:t>javnih</w:t>
      </w:r>
      <w:proofErr w:type="spellEnd"/>
      <w:r w:rsidRPr="00DC58C6">
        <w:rPr>
          <w:rFonts w:ascii="Arial" w:hAnsi="Arial" w:cs="Arial"/>
        </w:rPr>
        <w:t xml:space="preserve"> </w:t>
      </w:r>
      <w:proofErr w:type="spellStart"/>
      <w:r w:rsidRPr="00DC58C6">
        <w:rPr>
          <w:rFonts w:ascii="Arial" w:hAnsi="Arial" w:cs="Arial"/>
        </w:rPr>
        <w:t>sredstava</w:t>
      </w:r>
      <w:proofErr w:type="spellEnd"/>
      <w:r w:rsidRPr="00DC58C6">
        <w:rPr>
          <w:rFonts w:ascii="Arial" w:hAnsi="Arial" w:cs="Arial"/>
        </w:rPr>
        <w:t>.</w:t>
      </w:r>
    </w:p>
    <w:p w14:paraId="727DBB8B" w14:textId="2EF1E592" w:rsidR="00261C92" w:rsidRDefault="00261C92" w:rsidP="009C285A">
      <w:pPr>
        <w:spacing w:line="240" w:lineRule="auto"/>
        <w:rPr>
          <w:rFonts w:ascii="Arial" w:hAnsi="Arial" w:cs="Arial"/>
        </w:rPr>
      </w:pPr>
    </w:p>
    <w:p w14:paraId="1100CD03" w14:textId="77777777" w:rsidR="009F6EDB" w:rsidRPr="00DC58C6" w:rsidRDefault="009F6EDB" w:rsidP="009C285A">
      <w:pPr>
        <w:spacing w:line="240" w:lineRule="auto"/>
        <w:rPr>
          <w:rFonts w:ascii="Arial" w:hAnsi="Arial" w:cs="Arial"/>
        </w:rPr>
      </w:pPr>
    </w:p>
    <w:p w14:paraId="5EFACF90" w14:textId="77E05CC1" w:rsidR="00261C92" w:rsidRPr="00DC58C6" w:rsidRDefault="00852607" w:rsidP="009C285A">
      <w:pPr>
        <w:spacing w:line="240" w:lineRule="auto"/>
        <w:jc w:val="center"/>
        <w:rPr>
          <w:rFonts w:ascii="Arial" w:hAnsi="Arial" w:cs="Arial"/>
          <w:b/>
          <w:bCs/>
        </w:rPr>
      </w:pPr>
      <w:r w:rsidRPr="00DC58C6">
        <w:rPr>
          <w:rFonts w:ascii="Arial" w:hAnsi="Arial" w:cs="Arial"/>
          <w:b/>
          <w:bCs/>
        </w:rPr>
        <w:t>SUKOB INTERESA</w:t>
      </w:r>
    </w:p>
    <w:p w14:paraId="0FFE4514" w14:textId="635C1768" w:rsidR="005A4419" w:rsidRPr="00DC58C6" w:rsidRDefault="005A4419" w:rsidP="009C285A">
      <w:pPr>
        <w:spacing w:line="240" w:lineRule="auto"/>
        <w:jc w:val="center"/>
        <w:rPr>
          <w:rFonts w:ascii="Arial" w:hAnsi="Arial" w:cs="Arial"/>
          <w:b/>
          <w:bCs/>
        </w:rPr>
      </w:pPr>
      <w:proofErr w:type="spellStart"/>
      <w:r w:rsidRPr="00DC58C6">
        <w:rPr>
          <w:rFonts w:ascii="Arial" w:hAnsi="Arial" w:cs="Arial"/>
          <w:b/>
          <w:bCs/>
        </w:rPr>
        <w:t>Članak</w:t>
      </w:r>
      <w:proofErr w:type="spellEnd"/>
      <w:r w:rsidRPr="00DC58C6">
        <w:rPr>
          <w:rFonts w:ascii="Arial" w:hAnsi="Arial" w:cs="Arial"/>
          <w:b/>
          <w:bCs/>
        </w:rPr>
        <w:t xml:space="preserve"> 3.</w:t>
      </w:r>
    </w:p>
    <w:p w14:paraId="07331676" w14:textId="0BF4CA42" w:rsidR="005A3F10" w:rsidRPr="009C285A" w:rsidRDefault="005A3F10" w:rsidP="009C285A">
      <w:pPr>
        <w:spacing w:after="120" w:line="240" w:lineRule="auto"/>
        <w:jc w:val="both"/>
        <w:rPr>
          <w:rFonts w:ascii="Arial" w:eastAsia="Calibri" w:hAnsi="Arial" w:cs="Arial"/>
        </w:rPr>
      </w:pPr>
      <w:r w:rsidRPr="00DC58C6">
        <w:rPr>
          <w:rFonts w:ascii="Arial" w:eastAsia="Calibri" w:hAnsi="Arial" w:cs="Arial"/>
        </w:rPr>
        <w:t xml:space="preserve">(1) </w:t>
      </w:r>
      <w:proofErr w:type="spellStart"/>
      <w:r w:rsidRPr="00DC58C6">
        <w:rPr>
          <w:rFonts w:ascii="Arial" w:eastAsia="Calibri" w:hAnsi="Arial" w:cs="Arial"/>
        </w:rPr>
        <w:t>Naručitelj</w:t>
      </w:r>
      <w:proofErr w:type="spellEnd"/>
      <w:r w:rsidRPr="00DC58C6">
        <w:rPr>
          <w:rFonts w:ascii="Arial" w:eastAsia="Calibri" w:hAnsi="Arial" w:cs="Arial"/>
        </w:rPr>
        <w:t xml:space="preserve"> je </w:t>
      </w:r>
      <w:proofErr w:type="spellStart"/>
      <w:r w:rsidRPr="00DC58C6">
        <w:rPr>
          <w:rFonts w:ascii="Arial" w:eastAsia="Calibri" w:hAnsi="Arial" w:cs="Arial"/>
        </w:rPr>
        <w:t>obvezan</w:t>
      </w:r>
      <w:proofErr w:type="spellEnd"/>
      <w:r w:rsidRPr="00DC58C6">
        <w:rPr>
          <w:rFonts w:ascii="Arial" w:eastAsia="Calibri" w:hAnsi="Arial" w:cs="Arial"/>
        </w:rPr>
        <w:t xml:space="preserve"> </w:t>
      </w:r>
      <w:proofErr w:type="spellStart"/>
      <w:r w:rsidRPr="00DC58C6">
        <w:rPr>
          <w:rFonts w:ascii="Arial" w:eastAsia="Calibri" w:hAnsi="Arial" w:cs="Arial"/>
        </w:rPr>
        <w:t>poduzeti</w:t>
      </w:r>
      <w:proofErr w:type="spellEnd"/>
      <w:r w:rsidRPr="00DC58C6">
        <w:rPr>
          <w:rFonts w:ascii="Arial" w:eastAsia="Calibri" w:hAnsi="Arial" w:cs="Arial"/>
        </w:rPr>
        <w:t xml:space="preserve"> </w:t>
      </w:r>
      <w:proofErr w:type="spellStart"/>
      <w:r w:rsidRPr="00DC58C6">
        <w:rPr>
          <w:rFonts w:ascii="Arial" w:eastAsia="Calibri" w:hAnsi="Arial" w:cs="Arial"/>
        </w:rPr>
        <w:t>prikladne</w:t>
      </w:r>
      <w:proofErr w:type="spellEnd"/>
      <w:r w:rsidRPr="00DC58C6">
        <w:rPr>
          <w:rFonts w:ascii="Arial" w:eastAsia="Calibri" w:hAnsi="Arial" w:cs="Arial"/>
        </w:rPr>
        <w:t xml:space="preserve"> </w:t>
      </w:r>
      <w:proofErr w:type="spellStart"/>
      <w:r w:rsidRPr="00DC58C6">
        <w:rPr>
          <w:rFonts w:ascii="Arial" w:eastAsia="Calibri" w:hAnsi="Arial" w:cs="Arial"/>
        </w:rPr>
        <w:t>mjere</w:t>
      </w:r>
      <w:proofErr w:type="spellEnd"/>
      <w:r w:rsidRPr="00DC58C6">
        <w:rPr>
          <w:rFonts w:ascii="Arial" w:eastAsia="Calibri" w:hAnsi="Arial" w:cs="Arial"/>
        </w:rPr>
        <w:t xml:space="preserve"> da </w:t>
      </w:r>
      <w:proofErr w:type="spellStart"/>
      <w:r w:rsidRPr="00DC58C6">
        <w:rPr>
          <w:rFonts w:ascii="Arial" w:eastAsia="Calibri" w:hAnsi="Arial" w:cs="Arial"/>
        </w:rPr>
        <w:t>učinkovito</w:t>
      </w:r>
      <w:proofErr w:type="spellEnd"/>
      <w:r w:rsidRPr="00DC58C6">
        <w:rPr>
          <w:rFonts w:ascii="Arial" w:eastAsia="Calibri" w:hAnsi="Arial" w:cs="Arial"/>
        </w:rPr>
        <w:t xml:space="preserve"> </w:t>
      </w:r>
      <w:proofErr w:type="spellStart"/>
      <w:r w:rsidRPr="00DC58C6">
        <w:rPr>
          <w:rFonts w:ascii="Arial" w:eastAsia="Calibri" w:hAnsi="Arial" w:cs="Arial"/>
        </w:rPr>
        <w:t>spriječi</w:t>
      </w:r>
      <w:proofErr w:type="spellEnd"/>
      <w:r w:rsidRPr="00DC58C6">
        <w:rPr>
          <w:rFonts w:ascii="Arial" w:eastAsia="Calibri" w:hAnsi="Arial" w:cs="Arial"/>
        </w:rPr>
        <w:t xml:space="preserve">, </w:t>
      </w:r>
      <w:proofErr w:type="spellStart"/>
      <w:r w:rsidRPr="00DC58C6">
        <w:rPr>
          <w:rFonts w:ascii="Arial" w:eastAsia="Calibri" w:hAnsi="Arial" w:cs="Arial"/>
        </w:rPr>
        <w:t>prepozna</w:t>
      </w:r>
      <w:proofErr w:type="spellEnd"/>
      <w:r w:rsidRPr="00DC58C6">
        <w:rPr>
          <w:rFonts w:ascii="Arial" w:eastAsia="Calibri" w:hAnsi="Arial" w:cs="Arial"/>
        </w:rPr>
        <w:t xml:space="preserve"> i </w:t>
      </w:r>
      <w:proofErr w:type="spellStart"/>
      <w:r w:rsidRPr="00DC58C6">
        <w:rPr>
          <w:rFonts w:ascii="Arial" w:eastAsia="Calibri" w:hAnsi="Arial" w:cs="Arial"/>
        </w:rPr>
        <w:t>ukloni</w:t>
      </w:r>
      <w:proofErr w:type="spellEnd"/>
      <w:r w:rsidRPr="00DC58C6">
        <w:rPr>
          <w:rFonts w:ascii="Arial" w:eastAsia="Calibri" w:hAnsi="Arial" w:cs="Arial"/>
        </w:rPr>
        <w:t xml:space="preserve"> </w:t>
      </w:r>
      <w:proofErr w:type="spellStart"/>
      <w:r w:rsidRPr="00DC58C6">
        <w:rPr>
          <w:rFonts w:ascii="Arial" w:eastAsia="Calibri" w:hAnsi="Arial" w:cs="Arial"/>
        </w:rPr>
        <w:t>sukob</w:t>
      </w:r>
      <w:proofErr w:type="spellEnd"/>
      <w:r w:rsidRPr="00DC58C6">
        <w:rPr>
          <w:rFonts w:ascii="Arial" w:eastAsia="Calibri" w:hAnsi="Arial" w:cs="Arial"/>
        </w:rPr>
        <w:t xml:space="preserve"> </w:t>
      </w:r>
      <w:proofErr w:type="spellStart"/>
      <w:r w:rsidRPr="00DC58C6">
        <w:rPr>
          <w:rFonts w:ascii="Arial" w:eastAsia="Calibri" w:hAnsi="Arial" w:cs="Arial"/>
        </w:rPr>
        <w:t>interesa</w:t>
      </w:r>
      <w:proofErr w:type="spellEnd"/>
      <w:r w:rsidRPr="00DC58C6">
        <w:rPr>
          <w:rFonts w:ascii="Arial" w:eastAsia="Calibri" w:hAnsi="Arial" w:cs="Arial"/>
        </w:rPr>
        <w:t xml:space="preserve"> u </w:t>
      </w:r>
      <w:proofErr w:type="spellStart"/>
      <w:r w:rsidRPr="00DC58C6">
        <w:rPr>
          <w:rFonts w:ascii="Arial" w:eastAsia="Calibri" w:hAnsi="Arial" w:cs="Arial"/>
        </w:rPr>
        <w:t>vezi</w:t>
      </w:r>
      <w:proofErr w:type="spellEnd"/>
      <w:r w:rsidRPr="00DC58C6">
        <w:rPr>
          <w:rFonts w:ascii="Arial" w:eastAsia="Calibri" w:hAnsi="Arial" w:cs="Arial"/>
        </w:rPr>
        <w:t xml:space="preserve"> s </w:t>
      </w:r>
      <w:proofErr w:type="spellStart"/>
      <w:r w:rsidRPr="00DC58C6">
        <w:rPr>
          <w:rFonts w:ascii="Arial" w:eastAsia="Calibri" w:hAnsi="Arial" w:cs="Arial"/>
        </w:rPr>
        <w:t>postupkom</w:t>
      </w:r>
      <w:proofErr w:type="spellEnd"/>
      <w:r w:rsidRPr="00DC58C6">
        <w:rPr>
          <w:rFonts w:ascii="Arial" w:eastAsia="Calibri" w:hAnsi="Arial" w:cs="Arial"/>
        </w:rPr>
        <w:t xml:space="preserve"> </w:t>
      </w:r>
      <w:proofErr w:type="spellStart"/>
      <w:r w:rsidRPr="00DC58C6">
        <w:rPr>
          <w:rFonts w:ascii="Arial" w:eastAsia="Calibri" w:hAnsi="Arial" w:cs="Arial"/>
        </w:rPr>
        <w:t>nabave</w:t>
      </w:r>
      <w:proofErr w:type="spellEnd"/>
      <w:r w:rsidRPr="00DC58C6">
        <w:rPr>
          <w:rFonts w:ascii="Arial" w:eastAsia="Calibri" w:hAnsi="Arial" w:cs="Arial"/>
        </w:rPr>
        <w:t xml:space="preserve"> </w:t>
      </w:r>
      <w:proofErr w:type="spellStart"/>
      <w:r w:rsidRPr="00DC58C6">
        <w:rPr>
          <w:rFonts w:ascii="Arial" w:eastAsia="Calibri" w:hAnsi="Arial" w:cs="Arial"/>
        </w:rPr>
        <w:t>kako</w:t>
      </w:r>
      <w:proofErr w:type="spellEnd"/>
      <w:r w:rsidRPr="00DC58C6">
        <w:rPr>
          <w:rFonts w:ascii="Arial" w:eastAsia="Calibri" w:hAnsi="Arial" w:cs="Arial"/>
        </w:rPr>
        <w:t xml:space="preserve"> bi se </w:t>
      </w:r>
      <w:proofErr w:type="spellStart"/>
      <w:r w:rsidRPr="00DC58C6">
        <w:rPr>
          <w:rFonts w:ascii="Arial" w:eastAsia="Calibri" w:hAnsi="Arial" w:cs="Arial"/>
        </w:rPr>
        <w:t>izbjeglo</w:t>
      </w:r>
      <w:proofErr w:type="spellEnd"/>
      <w:r w:rsidRPr="00DC58C6">
        <w:rPr>
          <w:rFonts w:ascii="Arial" w:eastAsia="Calibri" w:hAnsi="Arial" w:cs="Arial"/>
        </w:rPr>
        <w:t xml:space="preserve"> </w:t>
      </w:r>
      <w:proofErr w:type="spellStart"/>
      <w:r w:rsidRPr="00DC58C6">
        <w:rPr>
          <w:rFonts w:ascii="Arial" w:eastAsia="Calibri" w:hAnsi="Arial" w:cs="Arial"/>
        </w:rPr>
        <w:t>narušavanje</w:t>
      </w:r>
      <w:proofErr w:type="spellEnd"/>
      <w:r w:rsidRPr="00DC58C6">
        <w:rPr>
          <w:rFonts w:ascii="Arial" w:eastAsia="Calibri" w:hAnsi="Arial" w:cs="Arial"/>
        </w:rPr>
        <w:t xml:space="preserve"> </w:t>
      </w:r>
      <w:proofErr w:type="spellStart"/>
      <w:r w:rsidRPr="00DC58C6">
        <w:rPr>
          <w:rFonts w:ascii="Arial" w:eastAsia="Calibri" w:hAnsi="Arial" w:cs="Arial"/>
        </w:rPr>
        <w:t>tržišnog</w:t>
      </w:r>
      <w:proofErr w:type="spellEnd"/>
      <w:r w:rsidRPr="00DC58C6">
        <w:rPr>
          <w:rFonts w:ascii="Arial" w:eastAsia="Calibri" w:hAnsi="Arial" w:cs="Arial"/>
        </w:rPr>
        <w:t xml:space="preserve"> </w:t>
      </w:r>
      <w:proofErr w:type="spellStart"/>
      <w:r w:rsidRPr="00DC58C6">
        <w:rPr>
          <w:rFonts w:ascii="Arial" w:eastAsia="Calibri" w:hAnsi="Arial" w:cs="Arial"/>
        </w:rPr>
        <w:t>natjecanja</w:t>
      </w:r>
      <w:proofErr w:type="spellEnd"/>
      <w:r w:rsidRPr="00DC58C6">
        <w:rPr>
          <w:rFonts w:ascii="Arial" w:eastAsia="Calibri" w:hAnsi="Arial" w:cs="Arial"/>
        </w:rPr>
        <w:t xml:space="preserve"> i </w:t>
      </w:r>
      <w:proofErr w:type="spellStart"/>
      <w:r w:rsidRPr="00DC58C6">
        <w:rPr>
          <w:rFonts w:ascii="Arial" w:eastAsia="Calibri" w:hAnsi="Arial" w:cs="Arial"/>
        </w:rPr>
        <w:t>osiguralo</w:t>
      </w:r>
      <w:proofErr w:type="spellEnd"/>
      <w:r w:rsidRPr="00DC58C6">
        <w:rPr>
          <w:rFonts w:ascii="Arial" w:eastAsia="Calibri" w:hAnsi="Arial" w:cs="Arial"/>
        </w:rPr>
        <w:t xml:space="preserve"> </w:t>
      </w:r>
      <w:proofErr w:type="spellStart"/>
      <w:r w:rsidRPr="00DC58C6">
        <w:rPr>
          <w:rFonts w:ascii="Arial" w:eastAsia="Calibri" w:hAnsi="Arial" w:cs="Arial"/>
        </w:rPr>
        <w:t>jednako</w:t>
      </w:r>
      <w:proofErr w:type="spellEnd"/>
      <w:r w:rsidRPr="00DC58C6">
        <w:rPr>
          <w:rFonts w:ascii="Arial" w:eastAsia="Calibri" w:hAnsi="Arial" w:cs="Arial"/>
        </w:rPr>
        <w:t xml:space="preserve"> </w:t>
      </w:r>
      <w:proofErr w:type="spellStart"/>
      <w:r w:rsidRPr="00DC58C6">
        <w:rPr>
          <w:rFonts w:ascii="Arial" w:eastAsia="Calibri" w:hAnsi="Arial" w:cs="Arial"/>
        </w:rPr>
        <w:t>postupanje</w:t>
      </w:r>
      <w:proofErr w:type="spellEnd"/>
      <w:r w:rsidRPr="00DC58C6">
        <w:rPr>
          <w:rFonts w:ascii="Arial" w:eastAsia="Calibri" w:hAnsi="Arial" w:cs="Arial"/>
        </w:rPr>
        <w:t xml:space="preserve"> </w:t>
      </w:r>
      <w:proofErr w:type="spellStart"/>
      <w:r w:rsidRPr="00DC58C6">
        <w:rPr>
          <w:rFonts w:ascii="Arial" w:eastAsia="Calibri" w:hAnsi="Arial" w:cs="Arial"/>
        </w:rPr>
        <w:t>prema</w:t>
      </w:r>
      <w:proofErr w:type="spellEnd"/>
      <w:r w:rsidRPr="00DC58C6">
        <w:rPr>
          <w:rFonts w:ascii="Arial" w:eastAsia="Calibri" w:hAnsi="Arial" w:cs="Arial"/>
        </w:rPr>
        <w:t xml:space="preserve"> </w:t>
      </w:r>
      <w:proofErr w:type="spellStart"/>
      <w:r w:rsidRPr="00DC58C6">
        <w:rPr>
          <w:rFonts w:ascii="Arial" w:eastAsia="Calibri" w:hAnsi="Arial" w:cs="Arial"/>
        </w:rPr>
        <w:t>svim</w:t>
      </w:r>
      <w:proofErr w:type="spellEnd"/>
      <w:r w:rsidRPr="00DC58C6">
        <w:rPr>
          <w:rFonts w:ascii="Arial" w:eastAsia="Calibri" w:hAnsi="Arial" w:cs="Arial"/>
        </w:rPr>
        <w:t xml:space="preserve"> </w:t>
      </w:r>
      <w:proofErr w:type="spellStart"/>
      <w:r w:rsidRPr="00DC58C6">
        <w:rPr>
          <w:rFonts w:ascii="Arial" w:eastAsia="Calibri" w:hAnsi="Arial" w:cs="Arial"/>
        </w:rPr>
        <w:t>gospodarskim</w:t>
      </w:r>
      <w:proofErr w:type="spellEnd"/>
      <w:r w:rsidRPr="00DC58C6">
        <w:rPr>
          <w:rFonts w:ascii="Arial" w:eastAsia="Calibri" w:hAnsi="Arial" w:cs="Arial"/>
        </w:rPr>
        <w:t xml:space="preserve"> </w:t>
      </w:r>
      <w:proofErr w:type="spellStart"/>
      <w:r w:rsidRPr="00DC58C6">
        <w:rPr>
          <w:rFonts w:ascii="Arial" w:eastAsia="Calibri" w:hAnsi="Arial" w:cs="Arial"/>
        </w:rPr>
        <w:t>subjektima</w:t>
      </w:r>
      <w:proofErr w:type="spellEnd"/>
      <w:r w:rsidRPr="00DC58C6">
        <w:rPr>
          <w:rFonts w:ascii="Arial" w:eastAsia="Calibri" w:hAnsi="Arial" w:cs="Arial"/>
        </w:rPr>
        <w:t>.</w:t>
      </w:r>
    </w:p>
    <w:p w14:paraId="64E3FB5D" w14:textId="0D173C59" w:rsidR="005A4419" w:rsidRPr="00DC58C6" w:rsidRDefault="005A3F10" w:rsidP="009C285A">
      <w:pPr>
        <w:spacing w:line="240" w:lineRule="auto"/>
        <w:jc w:val="both"/>
        <w:rPr>
          <w:rFonts w:ascii="Arial" w:hAnsi="Arial" w:cs="Arial"/>
        </w:rPr>
      </w:pPr>
      <w:r w:rsidRPr="00DC58C6">
        <w:rPr>
          <w:rFonts w:ascii="Arial" w:hAnsi="Arial" w:cs="Arial"/>
        </w:rPr>
        <w:lastRenderedPageBreak/>
        <w:t xml:space="preserve">(2) </w:t>
      </w:r>
      <w:r w:rsidR="005A4419" w:rsidRPr="00DC58C6">
        <w:rPr>
          <w:rFonts w:ascii="Arial" w:hAnsi="Arial" w:cs="Arial"/>
        </w:rPr>
        <w:t xml:space="preserve">Na </w:t>
      </w:r>
      <w:proofErr w:type="spellStart"/>
      <w:r w:rsidR="005A4419" w:rsidRPr="00DC58C6">
        <w:rPr>
          <w:rFonts w:ascii="Arial" w:hAnsi="Arial" w:cs="Arial"/>
        </w:rPr>
        <w:t>sukob</w:t>
      </w:r>
      <w:proofErr w:type="spellEnd"/>
      <w:r w:rsidR="005A4419" w:rsidRPr="00DC58C6">
        <w:rPr>
          <w:rFonts w:ascii="Arial" w:hAnsi="Arial" w:cs="Arial"/>
        </w:rPr>
        <w:t xml:space="preserve"> </w:t>
      </w:r>
      <w:proofErr w:type="spellStart"/>
      <w:r w:rsidR="005A4419" w:rsidRPr="00DC58C6">
        <w:rPr>
          <w:rFonts w:ascii="Arial" w:hAnsi="Arial" w:cs="Arial"/>
        </w:rPr>
        <w:t>interesa</w:t>
      </w:r>
      <w:proofErr w:type="spellEnd"/>
      <w:r w:rsidR="005A4419" w:rsidRPr="00DC58C6">
        <w:rPr>
          <w:rFonts w:ascii="Arial" w:hAnsi="Arial" w:cs="Arial"/>
        </w:rPr>
        <w:t xml:space="preserve"> u </w:t>
      </w:r>
      <w:proofErr w:type="spellStart"/>
      <w:r w:rsidR="005A4419" w:rsidRPr="00DC58C6">
        <w:rPr>
          <w:rFonts w:ascii="Arial" w:hAnsi="Arial" w:cs="Arial"/>
        </w:rPr>
        <w:t>postupku</w:t>
      </w:r>
      <w:proofErr w:type="spellEnd"/>
      <w:r w:rsidR="005A4419" w:rsidRPr="00DC58C6">
        <w:rPr>
          <w:rFonts w:ascii="Arial" w:hAnsi="Arial" w:cs="Arial"/>
        </w:rPr>
        <w:t xml:space="preserve"> </w:t>
      </w:r>
      <w:proofErr w:type="spellStart"/>
      <w:r w:rsidR="005A4419" w:rsidRPr="00DC58C6">
        <w:rPr>
          <w:rFonts w:ascii="Arial" w:hAnsi="Arial" w:cs="Arial"/>
        </w:rPr>
        <w:t>jednostavne</w:t>
      </w:r>
      <w:proofErr w:type="spellEnd"/>
      <w:r w:rsidR="005A4419" w:rsidRPr="00DC58C6">
        <w:rPr>
          <w:rFonts w:ascii="Arial" w:hAnsi="Arial" w:cs="Arial"/>
        </w:rPr>
        <w:t xml:space="preserve"> </w:t>
      </w:r>
      <w:proofErr w:type="spellStart"/>
      <w:r w:rsidR="005A4419" w:rsidRPr="00DC58C6">
        <w:rPr>
          <w:rFonts w:ascii="Arial" w:hAnsi="Arial" w:cs="Arial"/>
        </w:rPr>
        <w:t>nabave</w:t>
      </w:r>
      <w:proofErr w:type="spellEnd"/>
      <w:r w:rsidR="005A4419" w:rsidRPr="00DC58C6">
        <w:rPr>
          <w:rFonts w:ascii="Arial" w:hAnsi="Arial" w:cs="Arial"/>
        </w:rPr>
        <w:t xml:space="preserve"> </w:t>
      </w:r>
      <w:proofErr w:type="spellStart"/>
      <w:r w:rsidR="005A4419" w:rsidRPr="00DC58C6">
        <w:rPr>
          <w:rFonts w:ascii="Arial" w:hAnsi="Arial" w:cs="Arial"/>
        </w:rPr>
        <w:t>na</w:t>
      </w:r>
      <w:proofErr w:type="spellEnd"/>
      <w:r w:rsidR="005A4419" w:rsidRPr="00DC58C6">
        <w:rPr>
          <w:rFonts w:ascii="Arial" w:hAnsi="Arial" w:cs="Arial"/>
        </w:rPr>
        <w:t xml:space="preserve"> </w:t>
      </w:r>
      <w:proofErr w:type="spellStart"/>
      <w:r w:rsidR="005A4419" w:rsidRPr="00DC58C6">
        <w:rPr>
          <w:rFonts w:ascii="Arial" w:hAnsi="Arial" w:cs="Arial"/>
        </w:rPr>
        <w:t>odgovarajući</w:t>
      </w:r>
      <w:proofErr w:type="spellEnd"/>
      <w:r w:rsidR="005A4419" w:rsidRPr="00DC58C6">
        <w:rPr>
          <w:rFonts w:ascii="Arial" w:hAnsi="Arial" w:cs="Arial"/>
        </w:rPr>
        <w:t xml:space="preserve"> </w:t>
      </w:r>
      <w:proofErr w:type="spellStart"/>
      <w:r w:rsidR="005A4419" w:rsidRPr="00DC58C6">
        <w:rPr>
          <w:rFonts w:ascii="Arial" w:hAnsi="Arial" w:cs="Arial"/>
        </w:rPr>
        <w:t>način</w:t>
      </w:r>
      <w:proofErr w:type="spellEnd"/>
      <w:r w:rsidR="005A4419" w:rsidRPr="00DC58C6">
        <w:rPr>
          <w:rFonts w:ascii="Arial" w:hAnsi="Arial" w:cs="Arial"/>
        </w:rPr>
        <w:t xml:space="preserve"> </w:t>
      </w:r>
      <w:proofErr w:type="spellStart"/>
      <w:r w:rsidR="005A4419" w:rsidRPr="00DC58C6">
        <w:rPr>
          <w:rFonts w:ascii="Arial" w:hAnsi="Arial" w:cs="Arial"/>
        </w:rPr>
        <w:t>primjenjuju</w:t>
      </w:r>
      <w:proofErr w:type="spellEnd"/>
      <w:r w:rsidR="005A4419" w:rsidRPr="00DC58C6">
        <w:rPr>
          <w:rFonts w:ascii="Arial" w:hAnsi="Arial" w:cs="Arial"/>
        </w:rPr>
        <w:t xml:space="preserve"> se </w:t>
      </w:r>
      <w:proofErr w:type="spellStart"/>
      <w:r w:rsidR="005A4419" w:rsidRPr="00DC58C6">
        <w:rPr>
          <w:rFonts w:ascii="Arial" w:hAnsi="Arial" w:cs="Arial"/>
        </w:rPr>
        <w:t>odredbe</w:t>
      </w:r>
      <w:proofErr w:type="spellEnd"/>
      <w:r w:rsidR="005A4419" w:rsidRPr="00DC58C6">
        <w:rPr>
          <w:rFonts w:ascii="Arial" w:hAnsi="Arial" w:cs="Arial"/>
        </w:rPr>
        <w:t xml:space="preserve"> </w:t>
      </w:r>
      <w:proofErr w:type="spellStart"/>
      <w:r w:rsidR="005A4419" w:rsidRPr="00DC58C6">
        <w:rPr>
          <w:rFonts w:ascii="Arial" w:hAnsi="Arial" w:cs="Arial"/>
        </w:rPr>
        <w:t>članaka</w:t>
      </w:r>
      <w:proofErr w:type="spellEnd"/>
      <w:r w:rsidR="005A4419" w:rsidRPr="00DC58C6">
        <w:rPr>
          <w:rFonts w:ascii="Arial" w:hAnsi="Arial" w:cs="Arial"/>
        </w:rPr>
        <w:t xml:space="preserve"> 75. do 83. </w:t>
      </w:r>
      <w:proofErr w:type="spellStart"/>
      <w:r w:rsidR="005A4419" w:rsidRPr="00DC58C6">
        <w:rPr>
          <w:rFonts w:ascii="Arial" w:hAnsi="Arial" w:cs="Arial"/>
        </w:rPr>
        <w:t>Zakona</w:t>
      </w:r>
      <w:proofErr w:type="spellEnd"/>
      <w:r w:rsidR="005A4419" w:rsidRPr="00DC58C6">
        <w:rPr>
          <w:rFonts w:ascii="Arial" w:hAnsi="Arial" w:cs="Arial"/>
        </w:rPr>
        <w:t xml:space="preserve"> o </w:t>
      </w:r>
      <w:proofErr w:type="spellStart"/>
      <w:r w:rsidR="005A4419" w:rsidRPr="00DC58C6">
        <w:rPr>
          <w:rFonts w:ascii="Arial" w:hAnsi="Arial" w:cs="Arial"/>
        </w:rPr>
        <w:t>javnoj</w:t>
      </w:r>
      <w:proofErr w:type="spellEnd"/>
      <w:r w:rsidR="005A4419" w:rsidRPr="00DC58C6">
        <w:rPr>
          <w:rFonts w:ascii="Arial" w:hAnsi="Arial" w:cs="Arial"/>
        </w:rPr>
        <w:t xml:space="preserve"> </w:t>
      </w:r>
      <w:proofErr w:type="spellStart"/>
      <w:r w:rsidR="005A4419" w:rsidRPr="00DC58C6">
        <w:rPr>
          <w:rFonts w:ascii="Arial" w:hAnsi="Arial" w:cs="Arial"/>
        </w:rPr>
        <w:t>nabavi</w:t>
      </w:r>
      <w:proofErr w:type="spellEnd"/>
      <w:r w:rsidR="005A4419" w:rsidRPr="00DC58C6">
        <w:rPr>
          <w:rFonts w:ascii="Arial" w:hAnsi="Arial" w:cs="Arial"/>
        </w:rPr>
        <w:t xml:space="preserve"> (</w:t>
      </w:r>
      <w:proofErr w:type="spellStart"/>
      <w:r w:rsidR="005A4419" w:rsidRPr="00DC58C6">
        <w:rPr>
          <w:rFonts w:ascii="Arial" w:hAnsi="Arial" w:cs="Arial"/>
        </w:rPr>
        <w:t>Narodne</w:t>
      </w:r>
      <w:proofErr w:type="spellEnd"/>
      <w:r w:rsidR="005A4419" w:rsidRPr="00DC58C6">
        <w:rPr>
          <w:rFonts w:ascii="Arial" w:hAnsi="Arial" w:cs="Arial"/>
        </w:rPr>
        <w:t xml:space="preserve"> </w:t>
      </w:r>
      <w:proofErr w:type="spellStart"/>
      <w:r w:rsidR="005A4419" w:rsidRPr="00DC58C6">
        <w:rPr>
          <w:rFonts w:ascii="Arial" w:hAnsi="Arial" w:cs="Arial"/>
        </w:rPr>
        <w:t>novine</w:t>
      </w:r>
      <w:proofErr w:type="spellEnd"/>
      <w:r w:rsidR="005A4419" w:rsidRPr="00DC58C6">
        <w:rPr>
          <w:rFonts w:ascii="Arial" w:hAnsi="Arial" w:cs="Arial"/>
        </w:rPr>
        <w:t xml:space="preserve"> br. 120/16, 114/22 i 48/26, u </w:t>
      </w:r>
      <w:proofErr w:type="spellStart"/>
      <w:r w:rsidR="005A4419" w:rsidRPr="00DC58C6">
        <w:rPr>
          <w:rFonts w:ascii="Arial" w:hAnsi="Arial" w:cs="Arial"/>
        </w:rPr>
        <w:t>daljnjem</w:t>
      </w:r>
      <w:proofErr w:type="spellEnd"/>
      <w:r w:rsidR="005A4419" w:rsidRPr="00DC58C6">
        <w:rPr>
          <w:rFonts w:ascii="Arial" w:hAnsi="Arial" w:cs="Arial"/>
        </w:rPr>
        <w:t xml:space="preserve"> </w:t>
      </w:r>
      <w:proofErr w:type="spellStart"/>
      <w:r w:rsidR="005A4419" w:rsidRPr="00DC58C6">
        <w:rPr>
          <w:rFonts w:ascii="Arial" w:hAnsi="Arial" w:cs="Arial"/>
        </w:rPr>
        <w:t>tekstu</w:t>
      </w:r>
      <w:proofErr w:type="spellEnd"/>
      <w:r w:rsidR="005A4419" w:rsidRPr="00DC58C6">
        <w:rPr>
          <w:rFonts w:ascii="Arial" w:hAnsi="Arial" w:cs="Arial"/>
        </w:rPr>
        <w:t xml:space="preserve">: </w:t>
      </w:r>
      <w:proofErr w:type="spellStart"/>
      <w:r w:rsidR="005A4419" w:rsidRPr="00DC58C6">
        <w:rPr>
          <w:rFonts w:ascii="Arial" w:hAnsi="Arial" w:cs="Arial"/>
        </w:rPr>
        <w:t>Zakon</w:t>
      </w:r>
      <w:proofErr w:type="spellEnd"/>
      <w:r w:rsidR="005A4419" w:rsidRPr="00DC58C6">
        <w:rPr>
          <w:rFonts w:ascii="Arial" w:hAnsi="Arial" w:cs="Arial"/>
        </w:rPr>
        <w:t>).</w:t>
      </w:r>
    </w:p>
    <w:p w14:paraId="67340DA1" w14:textId="6A80DFBD" w:rsidR="005A3F10" w:rsidRPr="00DC58C6" w:rsidRDefault="005A3F10" w:rsidP="009C285A">
      <w:pPr>
        <w:pStyle w:val="Heading1"/>
        <w:spacing w:before="0" w:after="120" w:line="240" w:lineRule="auto"/>
        <w:jc w:val="center"/>
        <w:rPr>
          <w:rFonts w:ascii="Arial" w:eastAsia="Calibri" w:hAnsi="Arial" w:cs="Arial"/>
          <w:bCs w:val="0"/>
          <w:color w:val="auto"/>
          <w:sz w:val="22"/>
          <w:szCs w:val="22"/>
        </w:rPr>
      </w:pPr>
      <w:proofErr w:type="spellStart"/>
      <w:r w:rsidRPr="00DC58C6">
        <w:rPr>
          <w:rFonts w:ascii="Arial" w:eastAsia="Calibri" w:hAnsi="Arial" w:cs="Arial"/>
          <w:bCs w:val="0"/>
          <w:color w:val="auto"/>
          <w:sz w:val="22"/>
          <w:szCs w:val="22"/>
        </w:rPr>
        <w:t>Članak</w:t>
      </w:r>
      <w:proofErr w:type="spellEnd"/>
      <w:r w:rsidRPr="00DC58C6">
        <w:rPr>
          <w:rFonts w:ascii="Arial" w:eastAsia="Calibri" w:hAnsi="Arial" w:cs="Arial"/>
          <w:bCs w:val="0"/>
          <w:color w:val="auto"/>
          <w:sz w:val="22"/>
          <w:szCs w:val="22"/>
        </w:rPr>
        <w:t xml:space="preserve"> 4.</w:t>
      </w:r>
    </w:p>
    <w:p w14:paraId="52FBC562" w14:textId="48A6EF86" w:rsidR="005A3F10" w:rsidRPr="00DC58C6" w:rsidRDefault="005A3F10" w:rsidP="009C285A">
      <w:pPr>
        <w:spacing w:before="100" w:beforeAutospacing="1" w:after="100" w:afterAutospacing="1" w:line="240" w:lineRule="auto"/>
        <w:jc w:val="both"/>
        <w:rPr>
          <w:rFonts w:ascii="Arial" w:eastAsia="Calibri" w:hAnsi="Arial" w:cs="Arial"/>
        </w:rPr>
      </w:pPr>
      <w:r w:rsidRPr="00DC58C6">
        <w:rPr>
          <w:rFonts w:ascii="Arial" w:eastAsia="Calibri" w:hAnsi="Arial" w:cs="Arial"/>
        </w:rPr>
        <w:t>(1</w:t>
      </w:r>
      <w:r w:rsidR="00BC4C9C">
        <w:rPr>
          <w:rFonts w:ascii="Arial" w:eastAsia="Calibri" w:hAnsi="Arial" w:cs="Arial"/>
        </w:rPr>
        <w:t xml:space="preserve">) </w:t>
      </w:r>
      <w:r w:rsidRPr="00DC58C6">
        <w:rPr>
          <w:rFonts w:ascii="Arial" w:eastAsia="Calibri" w:hAnsi="Arial" w:cs="Arial"/>
        </w:rPr>
        <w:t xml:space="preserve">Za </w:t>
      </w:r>
      <w:proofErr w:type="spellStart"/>
      <w:r w:rsidRPr="00DC58C6">
        <w:rPr>
          <w:rFonts w:ascii="Arial" w:eastAsia="Calibri" w:hAnsi="Arial" w:cs="Arial"/>
        </w:rPr>
        <w:t>nabave</w:t>
      </w:r>
      <w:proofErr w:type="spellEnd"/>
      <w:r w:rsidRPr="00DC58C6">
        <w:rPr>
          <w:rFonts w:ascii="Arial" w:eastAsia="Calibri" w:hAnsi="Arial" w:cs="Arial"/>
        </w:rPr>
        <w:t xml:space="preserve"> </w:t>
      </w:r>
      <w:proofErr w:type="spellStart"/>
      <w:r w:rsidRPr="00DC58C6">
        <w:rPr>
          <w:rFonts w:ascii="Arial" w:eastAsia="Calibri" w:hAnsi="Arial" w:cs="Arial"/>
        </w:rPr>
        <w:t>čija</w:t>
      </w:r>
      <w:proofErr w:type="spellEnd"/>
      <w:r w:rsidRPr="00DC58C6">
        <w:rPr>
          <w:rFonts w:ascii="Arial" w:eastAsia="Calibri" w:hAnsi="Arial" w:cs="Arial"/>
        </w:rPr>
        <w:t xml:space="preserve"> je </w:t>
      </w:r>
      <w:proofErr w:type="spellStart"/>
      <w:r w:rsidRPr="00DC58C6">
        <w:rPr>
          <w:rFonts w:ascii="Arial" w:eastAsia="Calibri" w:hAnsi="Arial" w:cs="Arial"/>
        </w:rPr>
        <w:t>procijenjena</w:t>
      </w:r>
      <w:proofErr w:type="spellEnd"/>
      <w:r w:rsidRPr="00DC58C6">
        <w:rPr>
          <w:rFonts w:ascii="Arial" w:eastAsia="Calibri" w:hAnsi="Arial" w:cs="Arial"/>
        </w:rPr>
        <w:t xml:space="preserve"> </w:t>
      </w:r>
      <w:proofErr w:type="spellStart"/>
      <w:r w:rsidRPr="00DC58C6">
        <w:rPr>
          <w:rFonts w:ascii="Arial" w:eastAsia="Calibri" w:hAnsi="Arial" w:cs="Arial"/>
        </w:rPr>
        <w:t>vrijednost</w:t>
      </w:r>
      <w:proofErr w:type="spellEnd"/>
      <w:r w:rsidRPr="00DC58C6">
        <w:rPr>
          <w:rFonts w:ascii="Arial" w:eastAsia="Calibri" w:hAnsi="Arial" w:cs="Arial"/>
        </w:rPr>
        <w:t xml:space="preserve"> </w:t>
      </w:r>
      <w:proofErr w:type="spellStart"/>
      <w:r w:rsidRPr="00DC58C6">
        <w:rPr>
          <w:rFonts w:ascii="Arial" w:eastAsia="Calibri" w:hAnsi="Arial" w:cs="Arial"/>
        </w:rPr>
        <w:t>veća</w:t>
      </w:r>
      <w:proofErr w:type="spellEnd"/>
      <w:r w:rsidRPr="00DC58C6">
        <w:rPr>
          <w:rFonts w:ascii="Arial" w:eastAsia="Calibri" w:hAnsi="Arial" w:cs="Arial"/>
        </w:rPr>
        <w:t xml:space="preserve"> od 15.000,00 </w:t>
      </w:r>
      <w:r w:rsidR="008A096E">
        <w:rPr>
          <w:rFonts w:ascii="Arial" w:eastAsia="Calibri" w:hAnsi="Arial" w:cs="Arial"/>
        </w:rPr>
        <w:t>EUR</w:t>
      </w:r>
      <w:r w:rsidRPr="00DC58C6">
        <w:rPr>
          <w:rFonts w:ascii="Arial" w:eastAsia="Calibri" w:hAnsi="Arial" w:cs="Arial"/>
        </w:rPr>
        <w:t xml:space="preserve">, </w:t>
      </w:r>
      <w:proofErr w:type="spellStart"/>
      <w:r w:rsidRPr="00DC58C6">
        <w:rPr>
          <w:rFonts w:ascii="Arial" w:eastAsia="Calibri" w:hAnsi="Arial" w:cs="Arial"/>
        </w:rPr>
        <w:t>predstavnici</w:t>
      </w:r>
      <w:proofErr w:type="spellEnd"/>
      <w:r w:rsidRPr="00DC58C6">
        <w:rPr>
          <w:rFonts w:ascii="Arial" w:eastAsia="Calibri" w:hAnsi="Arial" w:cs="Arial"/>
        </w:rPr>
        <w:t xml:space="preserve"> </w:t>
      </w:r>
      <w:proofErr w:type="spellStart"/>
      <w:r w:rsidRPr="00DC58C6">
        <w:rPr>
          <w:rFonts w:ascii="Arial" w:eastAsia="Calibri" w:hAnsi="Arial" w:cs="Arial"/>
        </w:rPr>
        <w:t>Naručitelja</w:t>
      </w:r>
      <w:proofErr w:type="spellEnd"/>
      <w:r w:rsidRPr="00DC58C6">
        <w:rPr>
          <w:rFonts w:ascii="Arial" w:eastAsia="Calibri" w:hAnsi="Arial" w:cs="Arial"/>
        </w:rPr>
        <w:t xml:space="preserve"> </w:t>
      </w:r>
      <w:proofErr w:type="spellStart"/>
      <w:r w:rsidRPr="00DC58C6">
        <w:rPr>
          <w:rFonts w:ascii="Arial" w:eastAsia="Calibri" w:hAnsi="Arial" w:cs="Arial"/>
        </w:rPr>
        <w:t>su</w:t>
      </w:r>
      <w:proofErr w:type="spellEnd"/>
      <w:r w:rsidRPr="00DC58C6">
        <w:rPr>
          <w:rFonts w:ascii="Arial" w:eastAsia="Calibri" w:hAnsi="Arial" w:cs="Arial"/>
        </w:rPr>
        <w:t xml:space="preserve"> </w:t>
      </w:r>
      <w:proofErr w:type="spellStart"/>
      <w:r w:rsidRPr="00DC58C6">
        <w:rPr>
          <w:rFonts w:ascii="Arial" w:eastAsia="Calibri" w:hAnsi="Arial" w:cs="Arial"/>
        </w:rPr>
        <w:t>obvezni</w:t>
      </w:r>
      <w:proofErr w:type="spellEnd"/>
      <w:r w:rsidRPr="00DC58C6">
        <w:rPr>
          <w:rFonts w:ascii="Arial" w:eastAsia="Calibri" w:hAnsi="Arial" w:cs="Arial"/>
        </w:rPr>
        <w:t xml:space="preserve"> </w:t>
      </w:r>
      <w:proofErr w:type="spellStart"/>
      <w:r w:rsidRPr="00DC58C6">
        <w:rPr>
          <w:rFonts w:ascii="Arial" w:eastAsia="Calibri" w:hAnsi="Arial" w:cs="Arial"/>
        </w:rPr>
        <w:t>potpisati</w:t>
      </w:r>
      <w:proofErr w:type="spellEnd"/>
      <w:r w:rsidRPr="00DC58C6">
        <w:rPr>
          <w:rFonts w:ascii="Arial" w:eastAsia="Calibri" w:hAnsi="Arial" w:cs="Arial"/>
        </w:rPr>
        <w:t xml:space="preserve"> </w:t>
      </w:r>
      <w:proofErr w:type="spellStart"/>
      <w:r w:rsidRPr="00DC58C6">
        <w:rPr>
          <w:rFonts w:ascii="Arial" w:eastAsia="Calibri" w:hAnsi="Arial" w:cs="Arial"/>
        </w:rPr>
        <w:t>izjavu</w:t>
      </w:r>
      <w:proofErr w:type="spellEnd"/>
      <w:r w:rsidRPr="00DC58C6">
        <w:rPr>
          <w:rFonts w:ascii="Arial" w:eastAsia="Calibri" w:hAnsi="Arial" w:cs="Arial"/>
        </w:rPr>
        <w:t xml:space="preserve"> </w:t>
      </w:r>
      <w:r w:rsidR="00BC4C9C">
        <w:rPr>
          <w:rFonts w:ascii="Arial" w:eastAsia="Calibri" w:hAnsi="Arial" w:cs="Arial"/>
        </w:rPr>
        <w:t xml:space="preserve">o </w:t>
      </w:r>
      <w:proofErr w:type="spellStart"/>
      <w:r w:rsidR="00BC4C9C">
        <w:rPr>
          <w:rFonts w:ascii="Arial" w:eastAsia="Calibri" w:hAnsi="Arial" w:cs="Arial"/>
        </w:rPr>
        <w:t>postojanju</w:t>
      </w:r>
      <w:proofErr w:type="spellEnd"/>
      <w:r w:rsidR="00BC4C9C">
        <w:rPr>
          <w:rFonts w:ascii="Arial" w:eastAsia="Calibri" w:hAnsi="Arial" w:cs="Arial"/>
        </w:rPr>
        <w:t xml:space="preserve"> </w:t>
      </w:r>
      <w:proofErr w:type="spellStart"/>
      <w:r w:rsidR="00BC4C9C">
        <w:rPr>
          <w:rFonts w:ascii="Arial" w:eastAsia="Calibri" w:hAnsi="Arial" w:cs="Arial"/>
        </w:rPr>
        <w:t>ili</w:t>
      </w:r>
      <w:proofErr w:type="spellEnd"/>
      <w:r w:rsidR="00BC4C9C">
        <w:rPr>
          <w:rFonts w:ascii="Arial" w:eastAsia="Calibri" w:hAnsi="Arial" w:cs="Arial"/>
        </w:rPr>
        <w:t xml:space="preserve"> </w:t>
      </w:r>
      <w:proofErr w:type="spellStart"/>
      <w:r w:rsidR="00BC4C9C">
        <w:rPr>
          <w:rFonts w:ascii="Arial" w:eastAsia="Calibri" w:hAnsi="Arial" w:cs="Arial"/>
        </w:rPr>
        <w:t>nepostojanju</w:t>
      </w:r>
      <w:proofErr w:type="spellEnd"/>
      <w:r w:rsidR="00BC4C9C">
        <w:rPr>
          <w:rFonts w:ascii="Arial" w:eastAsia="Calibri" w:hAnsi="Arial" w:cs="Arial"/>
        </w:rPr>
        <w:t xml:space="preserve"> </w:t>
      </w:r>
      <w:proofErr w:type="spellStart"/>
      <w:r w:rsidR="00BC4C9C">
        <w:rPr>
          <w:rFonts w:ascii="Arial" w:eastAsia="Calibri" w:hAnsi="Arial" w:cs="Arial"/>
        </w:rPr>
        <w:t>s</w:t>
      </w:r>
      <w:r w:rsidRPr="00DC58C6">
        <w:rPr>
          <w:rFonts w:ascii="Arial" w:eastAsia="Calibri" w:hAnsi="Arial" w:cs="Arial"/>
        </w:rPr>
        <w:t>ukob</w:t>
      </w:r>
      <w:r w:rsidR="00BC4C9C">
        <w:rPr>
          <w:rFonts w:ascii="Arial" w:eastAsia="Calibri" w:hAnsi="Arial" w:cs="Arial"/>
        </w:rPr>
        <w:t>a</w:t>
      </w:r>
      <w:proofErr w:type="spellEnd"/>
      <w:r w:rsidRPr="00DC58C6">
        <w:rPr>
          <w:rFonts w:ascii="Arial" w:eastAsia="Calibri" w:hAnsi="Arial" w:cs="Arial"/>
        </w:rPr>
        <w:t xml:space="preserve"> </w:t>
      </w:r>
      <w:proofErr w:type="spellStart"/>
      <w:r w:rsidRPr="00DC58C6">
        <w:rPr>
          <w:rFonts w:ascii="Arial" w:eastAsia="Calibri" w:hAnsi="Arial" w:cs="Arial"/>
        </w:rPr>
        <w:t>interesa</w:t>
      </w:r>
      <w:proofErr w:type="spellEnd"/>
      <w:r w:rsidRPr="00DC58C6">
        <w:rPr>
          <w:rFonts w:ascii="Arial" w:eastAsia="Calibri" w:hAnsi="Arial" w:cs="Arial"/>
        </w:rPr>
        <w:t xml:space="preserve"> </w:t>
      </w:r>
      <w:proofErr w:type="spellStart"/>
      <w:r w:rsidRPr="00DC58C6">
        <w:rPr>
          <w:rFonts w:ascii="Arial" w:eastAsia="Calibri" w:hAnsi="Arial" w:cs="Arial"/>
        </w:rPr>
        <w:t>te</w:t>
      </w:r>
      <w:proofErr w:type="spellEnd"/>
      <w:r w:rsidRPr="00DC58C6">
        <w:rPr>
          <w:rFonts w:ascii="Arial" w:eastAsia="Calibri" w:hAnsi="Arial" w:cs="Arial"/>
        </w:rPr>
        <w:t xml:space="preserve"> </w:t>
      </w:r>
      <w:proofErr w:type="spellStart"/>
      <w:r w:rsidRPr="00DC58C6">
        <w:rPr>
          <w:rFonts w:ascii="Arial" w:eastAsia="Calibri" w:hAnsi="Arial" w:cs="Arial"/>
        </w:rPr>
        <w:t>ju</w:t>
      </w:r>
      <w:proofErr w:type="spellEnd"/>
      <w:r w:rsidRPr="00DC58C6">
        <w:rPr>
          <w:rFonts w:ascii="Arial" w:eastAsia="Calibri" w:hAnsi="Arial" w:cs="Arial"/>
        </w:rPr>
        <w:t xml:space="preserve"> </w:t>
      </w:r>
      <w:proofErr w:type="spellStart"/>
      <w:r w:rsidRPr="00DC58C6">
        <w:rPr>
          <w:rFonts w:ascii="Arial" w:eastAsia="Calibri" w:hAnsi="Arial" w:cs="Arial"/>
        </w:rPr>
        <w:t>ažurirati</w:t>
      </w:r>
      <w:proofErr w:type="spellEnd"/>
      <w:r w:rsidRPr="00DC58C6">
        <w:rPr>
          <w:rFonts w:ascii="Arial" w:eastAsia="Calibri" w:hAnsi="Arial" w:cs="Arial"/>
        </w:rPr>
        <w:t xml:space="preserve"> bez </w:t>
      </w:r>
      <w:proofErr w:type="spellStart"/>
      <w:r w:rsidRPr="00DC58C6">
        <w:rPr>
          <w:rFonts w:ascii="Arial" w:eastAsia="Calibri" w:hAnsi="Arial" w:cs="Arial"/>
        </w:rPr>
        <w:t>odgađanja</w:t>
      </w:r>
      <w:proofErr w:type="spellEnd"/>
      <w:r w:rsidRPr="00DC58C6">
        <w:rPr>
          <w:rFonts w:ascii="Arial" w:eastAsia="Calibri" w:hAnsi="Arial" w:cs="Arial"/>
        </w:rPr>
        <w:t xml:space="preserve"> </w:t>
      </w:r>
      <w:proofErr w:type="spellStart"/>
      <w:r w:rsidRPr="00DC58C6">
        <w:rPr>
          <w:rFonts w:ascii="Arial" w:eastAsia="Calibri" w:hAnsi="Arial" w:cs="Arial"/>
        </w:rPr>
        <w:t>ako</w:t>
      </w:r>
      <w:proofErr w:type="spellEnd"/>
      <w:r w:rsidRPr="00DC58C6">
        <w:rPr>
          <w:rFonts w:ascii="Arial" w:eastAsia="Calibri" w:hAnsi="Arial" w:cs="Arial"/>
        </w:rPr>
        <w:t xml:space="preserve"> </w:t>
      </w:r>
      <w:proofErr w:type="spellStart"/>
      <w:r w:rsidRPr="00DC58C6">
        <w:rPr>
          <w:rFonts w:ascii="Arial" w:eastAsia="Calibri" w:hAnsi="Arial" w:cs="Arial"/>
        </w:rPr>
        <w:t>nastupe</w:t>
      </w:r>
      <w:proofErr w:type="spellEnd"/>
      <w:r w:rsidRPr="00DC58C6">
        <w:rPr>
          <w:rFonts w:ascii="Arial" w:eastAsia="Calibri" w:hAnsi="Arial" w:cs="Arial"/>
        </w:rPr>
        <w:t xml:space="preserve"> </w:t>
      </w:r>
      <w:proofErr w:type="spellStart"/>
      <w:r w:rsidRPr="00DC58C6">
        <w:rPr>
          <w:rFonts w:ascii="Arial" w:eastAsia="Calibri" w:hAnsi="Arial" w:cs="Arial"/>
        </w:rPr>
        <w:t>promjene</w:t>
      </w:r>
      <w:proofErr w:type="spellEnd"/>
      <w:r w:rsidRPr="00DC58C6">
        <w:rPr>
          <w:rFonts w:ascii="Arial" w:eastAsia="Calibri" w:hAnsi="Arial" w:cs="Arial"/>
        </w:rPr>
        <w:t>.</w:t>
      </w:r>
    </w:p>
    <w:p w14:paraId="00A1B6E1" w14:textId="26364B55" w:rsidR="00261C92" w:rsidRDefault="005A3F10" w:rsidP="009C285A">
      <w:pPr>
        <w:spacing w:before="100" w:beforeAutospacing="1" w:after="100" w:afterAutospacing="1" w:line="240" w:lineRule="auto"/>
        <w:jc w:val="both"/>
        <w:rPr>
          <w:rFonts w:ascii="Arial" w:eastAsia="Calibri" w:hAnsi="Arial" w:cs="Arial"/>
        </w:rPr>
      </w:pPr>
      <w:r w:rsidRPr="00DC58C6">
        <w:rPr>
          <w:rFonts w:ascii="Arial" w:eastAsia="Calibri" w:hAnsi="Arial" w:cs="Arial"/>
        </w:rPr>
        <w:t xml:space="preserve">(2) </w:t>
      </w:r>
      <w:proofErr w:type="spellStart"/>
      <w:r w:rsidRPr="00DC58C6">
        <w:rPr>
          <w:rFonts w:ascii="Arial" w:eastAsia="Calibri" w:hAnsi="Arial" w:cs="Arial"/>
        </w:rPr>
        <w:t>Naručitelj</w:t>
      </w:r>
      <w:proofErr w:type="spellEnd"/>
      <w:r w:rsidRPr="00DC58C6">
        <w:rPr>
          <w:rFonts w:ascii="Arial" w:eastAsia="Calibri" w:hAnsi="Arial" w:cs="Arial"/>
        </w:rPr>
        <w:t xml:space="preserve"> je </w:t>
      </w:r>
      <w:proofErr w:type="spellStart"/>
      <w:r w:rsidRPr="00DC58C6">
        <w:rPr>
          <w:rFonts w:ascii="Arial" w:eastAsia="Calibri" w:hAnsi="Arial" w:cs="Arial"/>
        </w:rPr>
        <w:t>obvezan</w:t>
      </w:r>
      <w:proofErr w:type="spellEnd"/>
      <w:r w:rsidRPr="00DC58C6">
        <w:rPr>
          <w:rFonts w:ascii="Arial" w:eastAsia="Calibri" w:hAnsi="Arial" w:cs="Arial"/>
        </w:rPr>
        <w:t xml:space="preserve"> </w:t>
      </w:r>
      <w:proofErr w:type="spellStart"/>
      <w:r w:rsidRPr="00DC58C6">
        <w:rPr>
          <w:rFonts w:ascii="Arial" w:eastAsia="Calibri" w:hAnsi="Arial" w:cs="Arial"/>
        </w:rPr>
        <w:t>na</w:t>
      </w:r>
      <w:proofErr w:type="spellEnd"/>
      <w:r w:rsidRPr="00DC58C6">
        <w:rPr>
          <w:rFonts w:ascii="Arial" w:eastAsia="Calibri" w:hAnsi="Arial" w:cs="Arial"/>
        </w:rPr>
        <w:t xml:space="preserve"> </w:t>
      </w:r>
      <w:proofErr w:type="spellStart"/>
      <w:r w:rsidRPr="00DC58C6">
        <w:rPr>
          <w:rFonts w:ascii="Arial" w:eastAsia="Calibri" w:hAnsi="Arial" w:cs="Arial"/>
        </w:rPr>
        <w:t>temelju</w:t>
      </w:r>
      <w:proofErr w:type="spellEnd"/>
      <w:r w:rsidRPr="00DC58C6">
        <w:rPr>
          <w:rFonts w:ascii="Arial" w:eastAsia="Calibri" w:hAnsi="Arial" w:cs="Arial"/>
        </w:rPr>
        <w:t xml:space="preserve"> </w:t>
      </w:r>
      <w:proofErr w:type="spellStart"/>
      <w:r w:rsidRPr="00DC58C6">
        <w:rPr>
          <w:rFonts w:ascii="Arial" w:eastAsia="Calibri" w:hAnsi="Arial" w:cs="Arial"/>
        </w:rPr>
        <w:t>izjava</w:t>
      </w:r>
      <w:proofErr w:type="spellEnd"/>
      <w:r w:rsidRPr="00DC58C6">
        <w:rPr>
          <w:rFonts w:ascii="Arial" w:eastAsia="Calibri" w:hAnsi="Arial" w:cs="Arial"/>
        </w:rPr>
        <w:t xml:space="preserve"> </w:t>
      </w:r>
      <w:proofErr w:type="spellStart"/>
      <w:r w:rsidRPr="00DC58C6">
        <w:rPr>
          <w:rFonts w:ascii="Arial" w:eastAsia="Calibri" w:hAnsi="Arial" w:cs="Arial"/>
        </w:rPr>
        <w:t>svojih</w:t>
      </w:r>
      <w:proofErr w:type="spellEnd"/>
      <w:r w:rsidRPr="00DC58C6">
        <w:rPr>
          <w:rFonts w:ascii="Arial" w:eastAsia="Calibri" w:hAnsi="Arial" w:cs="Arial"/>
        </w:rPr>
        <w:t xml:space="preserve"> </w:t>
      </w:r>
      <w:proofErr w:type="spellStart"/>
      <w:r w:rsidRPr="00DC58C6">
        <w:rPr>
          <w:rFonts w:ascii="Arial" w:eastAsia="Calibri" w:hAnsi="Arial" w:cs="Arial"/>
        </w:rPr>
        <w:t>predstavnika</w:t>
      </w:r>
      <w:proofErr w:type="spellEnd"/>
      <w:r w:rsidRPr="00DC58C6">
        <w:rPr>
          <w:rFonts w:ascii="Arial" w:eastAsia="Calibri" w:hAnsi="Arial" w:cs="Arial"/>
        </w:rPr>
        <w:t xml:space="preserve"> u </w:t>
      </w:r>
      <w:proofErr w:type="spellStart"/>
      <w:r w:rsidRPr="00DC58C6">
        <w:rPr>
          <w:rFonts w:ascii="Arial" w:eastAsia="Calibri" w:hAnsi="Arial" w:cs="Arial"/>
        </w:rPr>
        <w:t>pozivu</w:t>
      </w:r>
      <w:proofErr w:type="spellEnd"/>
      <w:r w:rsidRPr="00DC58C6">
        <w:rPr>
          <w:rFonts w:ascii="Arial" w:eastAsia="Calibri" w:hAnsi="Arial" w:cs="Arial"/>
        </w:rPr>
        <w:t xml:space="preserve"> </w:t>
      </w:r>
      <w:proofErr w:type="spellStart"/>
      <w:r w:rsidRPr="00DC58C6">
        <w:rPr>
          <w:rFonts w:ascii="Arial" w:eastAsia="Calibri" w:hAnsi="Arial" w:cs="Arial"/>
        </w:rPr>
        <w:t>na</w:t>
      </w:r>
      <w:proofErr w:type="spellEnd"/>
      <w:r w:rsidRPr="00DC58C6">
        <w:rPr>
          <w:rFonts w:ascii="Arial" w:eastAsia="Calibri" w:hAnsi="Arial" w:cs="Arial"/>
        </w:rPr>
        <w:t xml:space="preserve"> </w:t>
      </w:r>
      <w:proofErr w:type="spellStart"/>
      <w:r w:rsidRPr="00DC58C6">
        <w:rPr>
          <w:rFonts w:ascii="Arial" w:eastAsia="Calibri" w:hAnsi="Arial" w:cs="Arial"/>
        </w:rPr>
        <w:t>dostavu</w:t>
      </w:r>
      <w:proofErr w:type="spellEnd"/>
      <w:r w:rsidRPr="00DC58C6">
        <w:rPr>
          <w:rFonts w:ascii="Arial" w:eastAsia="Calibri" w:hAnsi="Arial" w:cs="Arial"/>
        </w:rPr>
        <w:t xml:space="preserve"> </w:t>
      </w:r>
      <w:proofErr w:type="spellStart"/>
      <w:r w:rsidRPr="00DC58C6">
        <w:rPr>
          <w:rFonts w:ascii="Arial" w:eastAsia="Calibri" w:hAnsi="Arial" w:cs="Arial"/>
        </w:rPr>
        <w:t>ponuda</w:t>
      </w:r>
      <w:proofErr w:type="spellEnd"/>
      <w:r w:rsidRPr="00DC58C6">
        <w:rPr>
          <w:rFonts w:ascii="Arial" w:eastAsia="Calibri" w:hAnsi="Arial" w:cs="Arial"/>
        </w:rPr>
        <w:t xml:space="preserve"> za </w:t>
      </w:r>
      <w:proofErr w:type="spellStart"/>
      <w:r w:rsidRPr="00DC58C6">
        <w:rPr>
          <w:rFonts w:ascii="Arial" w:eastAsia="Calibri" w:hAnsi="Arial" w:cs="Arial"/>
        </w:rPr>
        <w:t>pojedini</w:t>
      </w:r>
      <w:proofErr w:type="spellEnd"/>
      <w:r w:rsidRPr="00DC58C6">
        <w:rPr>
          <w:rFonts w:ascii="Arial" w:eastAsia="Calibri" w:hAnsi="Arial" w:cs="Arial"/>
        </w:rPr>
        <w:t xml:space="preserve"> </w:t>
      </w:r>
      <w:proofErr w:type="spellStart"/>
      <w:r w:rsidRPr="00DC58C6">
        <w:rPr>
          <w:rFonts w:ascii="Arial" w:eastAsia="Calibri" w:hAnsi="Arial" w:cs="Arial"/>
        </w:rPr>
        <w:t>postupak</w:t>
      </w:r>
      <w:proofErr w:type="spellEnd"/>
      <w:r w:rsidRPr="00DC58C6">
        <w:rPr>
          <w:rFonts w:ascii="Arial" w:eastAsia="Calibri" w:hAnsi="Arial" w:cs="Arial"/>
        </w:rPr>
        <w:t xml:space="preserve"> </w:t>
      </w:r>
      <w:proofErr w:type="spellStart"/>
      <w:r w:rsidRPr="00DC58C6">
        <w:rPr>
          <w:rFonts w:ascii="Arial" w:eastAsia="Calibri" w:hAnsi="Arial" w:cs="Arial"/>
        </w:rPr>
        <w:t>jednostavne</w:t>
      </w:r>
      <w:proofErr w:type="spellEnd"/>
      <w:r w:rsidRPr="00DC58C6">
        <w:rPr>
          <w:rFonts w:ascii="Arial" w:eastAsia="Calibri" w:hAnsi="Arial" w:cs="Arial"/>
        </w:rPr>
        <w:t xml:space="preserve"> </w:t>
      </w:r>
      <w:proofErr w:type="spellStart"/>
      <w:r w:rsidRPr="00DC58C6">
        <w:rPr>
          <w:rFonts w:ascii="Arial" w:eastAsia="Calibri" w:hAnsi="Arial" w:cs="Arial"/>
        </w:rPr>
        <w:t>nabave</w:t>
      </w:r>
      <w:proofErr w:type="spellEnd"/>
      <w:r w:rsidRPr="00DC58C6">
        <w:rPr>
          <w:rFonts w:ascii="Arial" w:eastAsia="Calibri" w:hAnsi="Arial" w:cs="Arial"/>
        </w:rPr>
        <w:t xml:space="preserve"> </w:t>
      </w:r>
      <w:proofErr w:type="spellStart"/>
      <w:r w:rsidRPr="00DC58C6">
        <w:rPr>
          <w:rFonts w:ascii="Arial" w:eastAsia="Calibri" w:hAnsi="Arial" w:cs="Arial"/>
        </w:rPr>
        <w:t>navesti</w:t>
      </w:r>
      <w:proofErr w:type="spellEnd"/>
      <w:r w:rsidRPr="00DC58C6">
        <w:rPr>
          <w:rFonts w:ascii="Arial" w:eastAsia="Calibri" w:hAnsi="Arial" w:cs="Arial"/>
        </w:rPr>
        <w:t xml:space="preserve"> </w:t>
      </w:r>
      <w:proofErr w:type="spellStart"/>
      <w:r w:rsidRPr="00DC58C6">
        <w:rPr>
          <w:rFonts w:ascii="Arial" w:eastAsia="Calibri" w:hAnsi="Arial" w:cs="Arial"/>
        </w:rPr>
        <w:t>popis</w:t>
      </w:r>
      <w:proofErr w:type="spellEnd"/>
      <w:r w:rsidRPr="00DC58C6">
        <w:rPr>
          <w:rFonts w:ascii="Arial" w:eastAsia="Calibri" w:hAnsi="Arial" w:cs="Arial"/>
        </w:rPr>
        <w:t xml:space="preserve"> </w:t>
      </w:r>
      <w:proofErr w:type="spellStart"/>
      <w:r w:rsidRPr="00DC58C6">
        <w:rPr>
          <w:rFonts w:ascii="Arial" w:eastAsia="Calibri" w:hAnsi="Arial" w:cs="Arial"/>
        </w:rPr>
        <w:t>gospodarskih</w:t>
      </w:r>
      <w:proofErr w:type="spellEnd"/>
      <w:r w:rsidRPr="00DC58C6">
        <w:rPr>
          <w:rFonts w:ascii="Arial" w:eastAsia="Calibri" w:hAnsi="Arial" w:cs="Arial"/>
        </w:rPr>
        <w:t xml:space="preserve"> </w:t>
      </w:r>
      <w:proofErr w:type="spellStart"/>
      <w:r w:rsidRPr="00DC58C6">
        <w:rPr>
          <w:rFonts w:ascii="Arial" w:eastAsia="Calibri" w:hAnsi="Arial" w:cs="Arial"/>
        </w:rPr>
        <w:t>subjekata</w:t>
      </w:r>
      <w:proofErr w:type="spellEnd"/>
      <w:r w:rsidRPr="00DC58C6">
        <w:rPr>
          <w:rFonts w:ascii="Arial" w:eastAsia="Calibri" w:hAnsi="Arial" w:cs="Arial"/>
        </w:rPr>
        <w:t xml:space="preserve"> s </w:t>
      </w:r>
      <w:proofErr w:type="spellStart"/>
      <w:r w:rsidRPr="00DC58C6">
        <w:rPr>
          <w:rFonts w:ascii="Arial" w:eastAsia="Calibri" w:hAnsi="Arial" w:cs="Arial"/>
        </w:rPr>
        <w:t>kojima</w:t>
      </w:r>
      <w:proofErr w:type="spellEnd"/>
      <w:r w:rsidRPr="00DC58C6">
        <w:rPr>
          <w:rFonts w:ascii="Arial" w:eastAsia="Calibri" w:hAnsi="Arial" w:cs="Arial"/>
        </w:rPr>
        <w:t xml:space="preserve"> je </w:t>
      </w:r>
      <w:proofErr w:type="spellStart"/>
      <w:r w:rsidRPr="00DC58C6">
        <w:rPr>
          <w:rFonts w:ascii="Arial" w:eastAsia="Calibri" w:hAnsi="Arial" w:cs="Arial"/>
        </w:rPr>
        <w:t>predstavnik</w:t>
      </w:r>
      <w:proofErr w:type="spellEnd"/>
      <w:r w:rsidRPr="00DC58C6">
        <w:rPr>
          <w:rFonts w:ascii="Arial" w:eastAsia="Calibri" w:hAnsi="Arial" w:cs="Arial"/>
        </w:rPr>
        <w:t xml:space="preserve"> </w:t>
      </w:r>
      <w:proofErr w:type="spellStart"/>
      <w:r w:rsidRPr="00DC58C6">
        <w:rPr>
          <w:rFonts w:ascii="Arial" w:eastAsia="Calibri" w:hAnsi="Arial" w:cs="Arial"/>
        </w:rPr>
        <w:t>Naručitelja</w:t>
      </w:r>
      <w:proofErr w:type="spellEnd"/>
      <w:r w:rsidRPr="00DC58C6">
        <w:rPr>
          <w:rFonts w:ascii="Arial" w:eastAsia="Calibri" w:hAnsi="Arial" w:cs="Arial"/>
        </w:rPr>
        <w:t xml:space="preserve"> u </w:t>
      </w:r>
      <w:proofErr w:type="spellStart"/>
      <w:r w:rsidRPr="00DC58C6">
        <w:rPr>
          <w:rFonts w:ascii="Arial" w:eastAsia="Calibri" w:hAnsi="Arial" w:cs="Arial"/>
        </w:rPr>
        <w:t>sukobu</w:t>
      </w:r>
      <w:proofErr w:type="spellEnd"/>
      <w:r w:rsidRPr="00DC58C6">
        <w:rPr>
          <w:rFonts w:ascii="Arial" w:eastAsia="Calibri" w:hAnsi="Arial" w:cs="Arial"/>
        </w:rPr>
        <w:t xml:space="preserve"> </w:t>
      </w:r>
      <w:proofErr w:type="spellStart"/>
      <w:r w:rsidRPr="00DC58C6">
        <w:rPr>
          <w:rFonts w:ascii="Arial" w:eastAsia="Calibri" w:hAnsi="Arial" w:cs="Arial"/>
        </w:rPr>
        <w:t>interesa</w:t>
      </w:r>
      <w:proofErr w:type="spellEnd"/>
      <w:r w:rsidRPr="00DC58C6">
        <w:rPr>
          <w:rFonts w:ascii="Arial" w:eastAsia="Calibri" w:hAnsi="Arial" w:cs="Arial"/>
        </w:rPr>
        <w:t xml:space="preserve"> </w:t>
      </w:r>
      <w:proofErr w:type="spellStart"/>
      <w:r w:rsidRPr="00DC58C6">
        <w:rPr>
          <w:rFonts w:ascii="Arial" w:eastAsia="Calibri" w:hAnsi="Arial" w:cs="Arial"/>
        </w:rPr>
        <w:t>ili</w:t>
      </w:r>
      <w:proofErr w:type="spellEnd"/>
      <w:r w:rsidRPr="00DC58C6">
        <w:rPr>
          <w:rFonts w:ascii="Arial" w:eastAsia="Calibri" w:hAnsi="Arial" w:cs="Arial"/>
        </w:rPr>
        <w:t xml:space="preserve"> </w:t>
      </w:r>
      <w:proofErr w:type="spellStart"/>
      <w:r w:rsidRPr="00DC58C6">
        <w:rPr>
          <w:rFonts w:ascii="Arial" w:eastAsia="Calibri" w:hAnsi="Arial" w:cs="Arial"/>
        </w:rPr>
        <w:t>navesti</w:t>
      </w:r>
      <w:proofErr w:type="spellEnd"/>
      <w:r w:rsidRPr="00DC58C6">
        <w:rPr>
          <w:rFonts w:ascii="Arial" w:eastAsia="Calibri" w:hAnsi="Arial" w:cs="Arial"/>
        </w:rPr>
        <w:t xml:space="preserve"> da </w:t>
      </w:r>
      <w:proofErr w:type="spellStart"/>
      <w:r w:rsidRPr="00DC58C6">
        <w:rPr>
          <w:rFonts w:ascii="Arial" w:eastAsia="Calibri" w:hAnsi="Arial" w:cs="Arial"/>
        </w:rPr>
        <w:t>takvi</w:t>
      </w:r>
      <w:proofErr w:type="spellEnd"/>
      <w:r w:rsidRPr="00DC58C6">
        <w:rPr>
          <w:rFonts w:ascii="Arial" w:eastAsia="Calibri" w:hAnsi="Arial" w:cs="Arial"/>
        </w:rPr>
        <w:t xml:space="preserve"> </w:t>
      </w:r>
      <w:proofErr w:type="spellStart"/>
      <w:r w:rsidRPr="00DC58C6">
        <w:rPr>
          <w:rFonts w:ascii="Arial" w:eastAsia="Calibri" w:hAnsi="Arial" w:cs="Arial"/>
        </w:rPr>
        <w:t>subjekti</w:t>
      </w:r>
      <w:proofErr w:type="spellEnd"/>
      <w:r w:rsidRPr="00DC58C6">
        <w:rPr>
          <w:rFonts w:ascii="Arial" w:eastAsia="Calibri" w:hAnsi="Arial" w:cs="Arial"/>
        </w:rPr>
        <w:t xml:space="preserve"> ne </w:t>
      </w:r>
      <w:proofErr w:type="spellStart"/>
      <w:r w:rsidRPr="00DC58C6">
        <w:rPr>
          <w:rFonts w:ascii="Arial" w:eastAsia="Calibri" w:hAnsi="Arial" w:cs="Arial"/>
        </w:rPr>
        <w:t>postoje</w:t>
      </w:r>
      <w:proofErr w:type="spellEnd"/>
      <w:r w:rsidR="0045042B">
        <w:rPr>
          <w:rFonts w:ascii="Arial" w:eastAsia="Calibri" w:hAnsi="Arial" w:cs="Arial"/>
        </w:rPr>
        <w:t>.</w:t>
      </w:r>
    </w:p>
    <w:p w14:paraId="73E18D2D" w14:textId="77777777" w:rsidR="009F6EDB" w:rsidRPr="00DC58C6" w:rsidRDefault="009F6EDB" w:rsidP="009C285A">
      <w:pPr>
        <w:spacing w:before="100" w:beforeAutospacing="1" w:after="100" w:afterAutospacing="1" w:line="240" w:lineRule="auto"/>
        <w:jc w:val="both"/>
        <w:rPr>
          <w:rFonts w:ascii="Arial" w:eastAsia="Calibri" w:hAnsi="Arial" w:cs="Arial"/>
        </w:rPr>
      </w:pPr>
    </w:p>
    <w:p w14:paraId="7E4E3392" w14:textId="6AC52198" w:rsidR="00C7401F" w:rsidRPr="00DC58C6" w:rsidRDefault="005A4419" w:rsidP="009F6EDB">
      <w:pPr>
        <w:pStyle w:val="Heading2"/>
        <w:spacing w:line="240" w:lineRule="auto"/>
        <w:jc w:val="center"/>
        <w:rPr>
          <w:rFonts w:ascii="Arial" w:hAnsi="Arial" w:cs="Arial"/>
          <w:color w:val="auto"/>
          <w:sz w:val="22"/>
          <w:szCs w:val="22"/>
        </w:rPr>
      </w:pPr>
      <w:r w:rsidRPr="00DC58C6">
        <w:rPr>
          <w:rFonts w:ascii="Arial" w:hAnsi="Arial" w:cs="Arial"/>
          <w:color w:val="auto"/>
          <w:sz w:val="22"/>
          <w:szCs w:val="22"/>
        </w:rPr>
        <w:t>PROVOĐENJE POSTUPAKA JEDNOSTAVNE NABAVE</w:t>
      </w:r>
    </w:p>
    <w:p w14:paraId="6A1F3C08" w14:textId="77777777" w:rsidR="00651C86" w:rsidRPr="00DC58C6" w:rsidRDefault="00651C86" w:rsidP="009F6EDB">
      <w:pPr>
        <w:spacing w:line="240" w:lineRule="auto"/>
        <w:jc w:val="center"/>
        <w:rPr>
          <w:rFonts w:ascii="Arial" w:hAnsi="Arial" w:cs="Arial"/>
        </w:rPr>
      </w:pPr>
    </w:p>
    <w:p w14:paraId="0E0DC83F" w14:textId="7B65512C" w:rsidR="005A4419" w:rsidRPr="00DC58C6" w:rsidRDefault="005A4419" w:rsidP="009C285A">
      <w:pPr>
        <w:spacing w:line="240" w:lineRule="auto"/>
        <w:jc w:val="center"/>
        <w:rPr>
          <w:rFonts w:ascii="Arial" w:hAnsi="Arial" w:cs="Arial"/>
          <w:b/>
          <w:bCs/>
        </w:rPr>
      </w:pPr>
      <w:proofErr w:type="spellStart"/>
      <w:r w:rsidRPr="00DC58C6">
        <w:rPr>
          <w:rFonts w:ascii="Arial" w:hAnsi="Arial" w:cs="Arial"/>
          <w:b/>
          <w:bCs/>
        </w:rPr>
        <w:t>Članak</w:t>
      </w:r>
      <w:proofErr w:type="spellEnd"/>
      <w:r w:rsidRPr="00DC58C6">
        <w:rPr>
          <w:rFonts w:ascii="Arial" w:hAnsi="Arial" w:cs="Arial"/>
          <w:b/>
          <w:bCs/>
        </w:rPr>
        <w:t xml:space="preserve"> </w:t>
      </w:r>
      <w:r w:rsidR="0086799F" w:rsidRPr="00DC58C6">
        <w:rPr>
          <w:rFonts w:ascii="Arial" w:hAnsi="Arial" w:cs="Arial"/>
          <w:b/>
          <w:bCs/>
        </w:rPr>
        <w:t>5</w:t>
      </w:r>
      <w:r w:rsidRPr="00DC58C6">
        <w:rPr>
          <w:rFonts w:ascii="Arial" w:hAnsi="Arial" w:cs="Arial"/>
          <w:b/>
          <w:bCs/>
        </w:rPr>
        <w:t>.</w:t>
      </w:r>
    </w:p>
    <w:p w14:paraId="0A537A50" w14:textId="5A5E5293" w:rsidR="0086799F" w:rsidRPr="00DC58C6" w:rsidRDefault="0086799F" w:rsidP="009C285A">
      <w:pPr>
        <w:spacing w:line="240" w:lineRule="auto"/>
        <w:jc w:val="both"/>
        <w:rPr>
          <w:rFonts w:ascii="Arial" w:hAnsi="Arial" w:cs="Arial"/>
          <w:lang w:val="hr-HR"/>
        </w:rPr>
      </w:pPr>
      <w:r w:rsidRPr="00DC58C6">
        <w:rPr>
          <w:rFonts w:ascii="Arial" w:hAnsi="Arial" w:cs="Arial"/>
          <w:lang w:val="hr-HR"/>
        </w:rPr>
        <w:t>(1) Postup</w:t>
      </w:r>
      <w:r w:rsidR="00BC4C9C">
        <w:rPr>
          <w:rFonts w:ascii="Arial" w:hAnsi="Arial" w:cs="Arial"/>
          <w:lang w:val="hr-HR"/>
        </w:rPr>
        <w:t xml:space="preserve">ke </w:t>
      </w:r>
      <w:r w:rsidRPr="00DC58C6">
        <w:rPr>
          <w:rFonts w:ascii="Arial" w:hAnsi="Arial" w:cs="Arial"/>
          <w:lang w:val="hr-HR"/>
        </w:rPr>
        <w:t>jednostavne nabave organizira i provod</w:t>
      </w:r>
      <w:r w:rsidR="00BC4C9C">
        <w:rPr>
          <w:rFonts w:ascii="Arial" w:hAnsi="Arial" w:cs="Arial"/>
          <w:lang w:val="hr-HR"/>
        </w:rPr>
        <w:t>i</w:t>
      </w:r>
      <w:r w:rsidRPr="00DC58C6">
        <w:rPr>
          <w:rFonts w:ascii="Arial" w:hAnsi="Arial" w:cs="Arial"/>
          <w:lang w:val="hr-HR"/>
        </w:rPr>
        <w:t xml:space="preserve"> ustrojstven</w:t>
      </w:r>
      <w:r w:rsidR="00BC4C9C">
        <w:rPr>
          <w:rFonts w:ascii="Arial" w:hAnsi="Arial" w:cs="Arial"/>
          <w:lang w:val="hr-HR"/>
        </w:rPr>
        <w:t>a</w:t>
      </w:r>
      <w:r w:rsidRPr="00DC58C6">
        <w:rPr>
          <w:rFonts w:ascii="Arial" w:hAnsi="Arial" w:cs="Arial"/>
          <w:lang w:val="hr-HR"/>
        </w:rPr>
        <w:t xml:space="preserve"> jedinic</w:t>
      </w:r>
      <w:r w:rsidR="00BC4C9C">
        <w:rPr>
          <w:rFonts w:ascii="Arial" w:hAnsi="Arial" w:cs="Arial"/>
          <w:lang w:val="hr-HR"/>
        </w:rPr>
        <w:t>a</w:t>
      </w:r>
      <w:r w:rsidRPr="00DC58C6">
        <w:rPr>
          <w:rFonts w:ascii="Arial" w:hAnsi="Arial" w:cs="Arial"/>
          <w:lang w:val="hr-HR"/>
        </w:rPr>
        <w:t xml:space="preserve"> nadležn</w:t>
      </w:r>
      <w:r w:rsidR="00BC4C9C">
        <w:rPr>
          <w:rFonts w:ascii="Arial" w:hAnsi="Arial" w:cs="Arial"/>
          <w:lang w:val="hr-HR"/>
        </w:rPr>
        <w:t>a</w:t>
      </w:r>
      <w:r w:rsidRPr="00DC58C6">
        <w:rPr>
          <w:rFonts w:ascii="Arial" w:hAnsi="Arial" w:cs="Arial"/>
          <w:lang w:val="hr-HR"/>
        </w:rPr>
        <w:t xml:space="preserve"> za poslove javne nabave, u suradnji s drugim ustrojstvenim jedinicama i zaposlenicima </w:t>
      </w:r>
      <w:r w:rsidR="00AC1298">
        <w:rPr>
          <w:rFonts w:ascii="Arial" w:hAnsi="Arial" w:cs="Arial"/>
          <w:lang w:val="hr-HR"/>
        </w:rPr>
        <w:t>N</w:t>
      </w:r>
      <w:r w:rsidRPr="00DC58C6">
        <w:rPr>
          <w:rFonts w:ascii="Arial" w:hAnsi="Arial" w:cs="Arial"/>
          <w:lang w:val="hr-HR"/>
        </w:rPr>
        <w:t>aručitelja, sukladno njihovom djelokrugu rada i ovlastima.</w:t>
      </w:r>
    </w:p>
    <w:p w14:paraId="3F881712" w14:textId="6B74FC07" w:rsidR="0086799F" w:rsidRPr="00DC58C6" w:rsidRDefault="0086799F" w:rsidP="009C285A">
      <w:pPr>
        <w:spacing w:line="240" w:lineRule="auto"/>
        <w:jc w:val="both"/>
        <w:rPr>
          <w:rFonts w:ascii="Arial" w:hAnsi="Arial" w:cs="Arial"/>
          <w:lang w:val="hr-HR"/>
        </w:rPr>
      </w:pPr>
      <w:r w:rsidRPr="00DC58C6">
        <w:rPr>
          <w:rFonts w:ascii="Arial" w:hAnsi="Arial" w:cs="Arial"/>
          <w:lang w:val="hr-HR"/>
        </w:rPr>
        <w:t xml:space="preserve">(2) Pokretanje postupka jednostavne </w:t>
      </w:r>
      <w:r w:rsidRPr="00BC4C9C">
        <w:rPr>
          <w:rFonts w:ascii="Arial" w:hAnsi="Arial" w:cs="Arial"/>
          <w:lang w:val="hr-HR"/>
        </w:rPr>
        <w:t xml:space="preserve">nabave mogu predložiti svi zaposlenici </w:t>
      </w:r>
      <w:r w:rsidR="00AC1298">
        <w:rPr>
          <w:rFonts w:ascii="Arial" w:hAnsi="Arial" w:cs="Arial"/>
          <w:lang w:val="hr-HR"/>
        </w:rPr>
        <w:t>N</w:t>
      </w:r>
      <w:r w:rsidRPr="00BC4C9C">
        <w:rPr>
          <w:rFonts w:ascii="Arial" w:hAnsi="Arial" w:cs="Arial"/>
          <w:lang w:val="hr-HR"/>
        </w:rPr>
        <w:t>aručitelja sukladno Proceduri stvaranja ugovornih obveza.</w:t>
      </w:r>
    </w:p>
    <w:p w14:paraId="62E9D65E" w14:textId="566C5271" w:rsidR="0086799F" w:rsidRPr="00DC58C6" w:rsidRDefault="0086799F" w:rsidP="009C285A">
      <w:pPr>
        <w:spacing w:line="240" w:lineRule="auto"/>
        <w:jc w:val="both"/>
        <w:rPr>
          <w:rFonts w:ascii="Arial" w:hAnsi="Arial" w:cs="Arial"/>
          <w:lang w:val="hr-HR"/>
        </w:rPr>
      </w:pPr>
      <w:r w:rsidRPr="00DC58C6">
        <w:rPr>
          <w:rFonts w:ascii="Arial" w:hAnsi="Arial" w:cs="Arial"/>
          <w:lang w:val="hr-HR"/>
        </w:rPr>
        <w:t xml:space="preserve">(3) </w:t>
      </w:r>
      <w:r w:rsidR="008A096E">
        <w:rPr>
          <w:rFonts w:ascii="Arial" w:hAnsi="Arial" w:cs="Arial"/>
          <w:lang w:val="hr-HR"/>
        </w:rPr>
        <w:t xml:space="preserve">Dekan </w:t>
      </w:r>
      <w:r w:rsidRPr="00DC58C6">
        <w:rPr>
          <w:rFonts w:ascii="Arial" w:hAnsi="Arial" w:cs="Arial"/>
          <w:lang w:val="hr-HR"/>
        </w:rPr>
        <w:t>usvaja Plan nabave i njegove izmjene i dopune tijekom godine, donosi i potpisuje odluke u postupcima jednostavne nabave te potpisuje narudžbenice i ugovore o nabavi.</w:t>
      </w:r>
    </w:p>
    <w:p w14:paraId="330E5AF6" w14:textId="2A0FF587" w:rsidR="00BC4C9C" w:rsidRDefault="00BC4C9C" w:rsidP="009C285A">
      <w:pPr>
        <w:pStyle w:val="Heading1"/>
        <w:spacing w:before="0" w:after="120" w:line="240" w:lineRule="auto"/>
        <w:rPr>
          <w:rFonts w:ascii="Arial" w:eastAsia="Calibri" w:hAnsi="Arial" w:cs="Arial"/>
          <w:color w:val="auto"/>
          <w:sz w:val="22"/>
          <w:szCs w:val="22"/>
        </w:rPr>
      </w:pPr>
    </w:p>
    <w:p w14:paraId="414B149C" w14:textId="77777777" w:rsidR="009F6EDB" w:rsidRPr="009F6EDB" w:rsidRDefault="009F6EDB" w:rsidP="009F6EDB"/>
    <w:p w14:paraId="41B41EE4" w14:textId="66C59DB1" w:rsidR="00651C86" w:rsidRPr="00DC58C6" w:rsidRDefault="00651C86" w:rsidP="009F6EDB">
      <w:pPr>
        <w:pStyle w:val="Heading1"/>
        <w:spacing w:before="0" w:after="120" w:line="240" w:lineRule="auto"/>
        <w:jc w:val="center"/>
        <w:rPr>
          <w:rFonts w:ascii="Arial" w:eastAsia="Calibri" w:hAnsi="Arial" w:cs="Arial"/>
          <w:color w:val="auto"/>
          <w:sz w:val="22"/>
          <w:szCs w:val="22"/>
        </w:rPr>
      </w:pPr>
      <w:r w:rsidRPr="00DC58C6">
        <w:rPr>
          <w:rFonts w:ascii="Arial" w:eastAsia="Calibri" w:hAnsi="Arial" w:cs="Arial"/>
          <w:color w:val="auto"/>
          <w:sz w:val="22"/>
          <w:szCs w:val="22"/>
        </w:rPr>
        <w:t>POKRETANJE I PRIPREMA POSTUP</w:t>
      </w:r>
      <w:r w:rsidR="009F6EDB">
        <w:rPr>
          <w:rFonts w:ascii="Arial" w:eastAsia="Calibri" w:hAnsi="Arial" w:cs="Arial"/>
          <w:color w:val="auto"/>
          <w:sz w:val="22"/>
          <w:szCs w:val="22"/>
        </w:rPr>
        <w:t>A</w:t>
      </w:r>
      <w:r w:rsidRPr="00DC58C6">
        <w:rPr>
          <w:rFonts w:ascii="Arial" w:eastAsia="Calibri" w:hAnsi="Arial" w:cs="Arial"/>
          <w:color w:val="auto"/>
          <w:sz w:val="22"/>
          <w:szCs w:val="22"/>
        </w:rPr>
        <w:t>KA JEDNOSTAVNE NABAVE</w:t>
      </w:r>
    </w:p>
    <w:p w14:paraId="20275EA5" w14:textId="77777777" w:rsidR="0086799F" w:rsidRPr="00DC58C6" w:rsidRDefault="0086799F" w:rsidP="009C285A">
      <w:pPr>
        <w:spacing w:line="240" w:lineRule="auto"/>
        <w:rPr>
          <w:rFonts w:ascii="Arial" w:hAnsi="Arial" w:cs="Arial"/>
        </w:rPr>
      </w:pPr>
    </w:p>
    <w:p w14:paraId="3611E307" w14:textId="04403A02" w:rsidR="00651C86" w:rsidRPr="00DC58C6" w:rsidRDefault="00651C86" w:rsidP="009C285A">
      <w:pPr>
        <w:pStyle w:val="Heading1"/>
        <w:spacing w:before="0" w:after="120" w:line="240" w:lineRule="auto"/>
        <w:jc w:val="center"/>
        <w:rPr>
          <w:rFonts w:ascii="Arial" w:hAnsi="Arial" w:cs="Arial"/>
          <w:color w:val="auto"/>
          <w:sz w:val="22"/>
          <w:szCs w:val="22"/>
        </w:rPr>
      </w:pPr>
      <w:proofErr w:type="spellStart"/>
      <w:r w:rsidRPr="00DC58C6">
        <w:rPr>
          <w:rFonts w:ascii="Arial" w:eastAsia="Calibri" w:hAnsi="Arial" w:cs="Arial"/>
          <w:color w:val="auto"/>
          <w:sz w:val="22"/>
          <w:szCs w:val="22"/>
        </w:rPr>
        <w:t>Članak</w:t>
      </w:r>
      <w:proofErr w:type="spellEnd"/>
      <w:r w:rsidRPr="00DC58C6">
        <w:rPr>
          <w:rFonts w:ascii="Arial" w:eastAsia="Calibri" w:hAnsi="Arial" w:cs="Arial"/>
          <w:color w:val="auto"/>
          <w:sz w:val="22"/>
          <w:szCs w:val="22"/>
        </w:rPr>
        <w:t xml:space="preserve"> </w:t>
      </w:r>
      <w:r w:rsidR="0086799F" w:rsidRPr="00DC58C6">
        <w:rPr>
          <w:rFonts w:ascii="Arial" w:eastAsia="Calibri" w:hAnsi="Arial" w:cs="Arial"/>
          <w:color w:val="auto"/>
          <w:sz w:val="22"/>
          <w:szCs w:val="22"/>
        </w:rPr>
        <w:t>6</w:t>
      </w:r>
      <w:r w:rsidRPr="00DC58C6">
        <w:rPr>
          <w:rFonts w:ascii="Arial" w:hAnsi="Arial" w:cs="Arial"/>
          <w:color w:val="auto"/>
          <w:sz w:val="22"/>
          <w:szCs w:val="22"/>
        </w:rPr>
        <w:t>.</w:t>
      </w:r>
    </w:p>
    <w:p w14:paraId="673F40FB" w14:textId="48C44C95" w:rsidR="00651C86" w:rsidRPr="00DC58C6" w:rsidRDefault="00651C86" w:rsidP="009C285A">
      <w:pPr>
        <w:spacing w:after="120" w:line="240" w:lineRule="auto"/>
        <w:jc w:val="both"/>
        <w:rPr>
          <w:rFonts w:ascii="Arial" w:eastAsia="Calibri" w:hAnsi="Arial" w:cs="Arial"/>
        </w:rPr>
      </w:pPr>
      <w:r w:rsidRPr="00DC58C6">
        <w:rPr>
          <w:rFonts w:ascii="Arial" w:eastAsia="Calibri" w:hAnsi="Arial" w:cs="Arial"/>
        </w:rPr>
        <w:t xml:space="preserve">(1) </w:t>
      </w:r>
      <w:proofErr w:type="spellStart"/>
      <w:r w:rsidRPr="00DC58C6">
        <w:rPr>
          <w:rFonts w:ascii="Arial" w:eastAsia="Calibri" w:hAnsi="Arial" w:cs="Arial"/>
        </w:rPr>
        <w:t>Vrste</w:t>
      </w:r>
      <w:proofErr w:type="spellEnd"/>
      <w:r w:rsidRPr="00DC58C6">
        <w:rPr>
          <w:rFonts w:ascii="Arial" w:eastAsia="Calibri" w:hAnsi="Arial" w:cs="Arial"/>
        </w:rPr>
        <w:t xml:space="preserve"> </w:t>
      </w:r>
      <w:proofErr w:type="spellStart"/>
      <w:r w:rsidRPr="00DC58C6">
        <w:rPr>
          <w:rFonts w:ascii="Arial" w:eastAsia="Calibri" w:hAnsi="Arial" w:cs="Arial"/>
        </w:rPr>
        <w:t>postup</w:t>
      </w:r>
      <w:r w:rsidR="00BC4C9C">
        <w:rPr>
          <w:rFonts w:ascii="Arial" w:eastAsia="Calibri" w:hAnsi="Arial" w:cs="Arial"/>
        </w:rPr>
        <w:t>a</w:t>
      </w:r>
      <w:r w:rsidRPr="00DC58C6">
        <w:rPr>
          <w:rFonts w:ascii="Arial" w:eastAsia="Calibri" w:hAnsi="Arial" w:cs="Arial"/>
        </w:rPr>
        <w:t>ka</w:t>
      </w:r>
      <w:proofErr w:type="spellEnd"/>
      <w:r w:rsidRPr="00DC58C6">
        <w:rPr>
          <w:rFonts w:ascii="Arial" w:eastAsia="Calibri" w:hAnsi="Arial" w:cs="Arial"/>
        </w:rPr>
        <w:t xml:space="preserve"> </w:t>
      </w:r>
      <w:proofErr w:type="spellStart"/>
      <w:r w:rsidRPr="00DC58C6">
        <w:rPr>
          <w:rFonts w:ascii="Arial" w:eastAsia="Calibri" w:hAnsi="Arial" w:cs="Arial"/>
        </w:rPr>
        <w:t>jednostavne</w:t>
      </w:r>
      <w:proofErr w:type="spellEnd"/>
      <w:r w:rsidRPr="00DC58C6">
        <w:rPr>
          <w:rFonts w:ascii="Arial" w:eastAsia="Calibri" w:hAnsi="Arial" w:cs="Arial"/>
        </w:rPr>
        <w:t xml:space="preserve"> </w:t>
      </w:r>
      <w:proofErr w:type="spellStart"/>
      <w:r w:rsidRPr="00DC58C6">
        <w:rPr>
          <w:rFonts w:ascii="Arial" w:eastAsia="Calibri" w:hAnsi="Arial" w:cs="Arial"/>
        </w:rPr>
        <w:t>nabave</w:t>
      </w:r>
      <w:proofErr w:type="spellEnd"/>
      <w:r w:rsidRPr="00DC58C6">
        <w:rPr>
          <w:rFonts w:ascii="Arial" w:eastAsia="Calibri" w:hAnsi="Arial" w:cs="Arial"/>
        </w:rPr>
        <w:t xml:space="preserve"> </w:t>
      </w:r>
      <w:proofErr w:type="spellStart"/>
      <w:r w:rsidRPr="00DC58C6">
        <w:rPr>
          <w:rFonts w:ascii="Arial" w:eastAsia="Calibri" w:hAnsi="Arial" w:cs="Arial"/>
        </w:rPr>
        <w:t>su</w:t>
      </w:r>
      <w:proofErr w:type="spellEnd"/>
      <w:r w:rsidRPr="00DC58C6">
        <w:rPr>
          <w:rFonts w:ascii="Arial" w:eastAsia="Calibri" w:hAnsi="Arial" w:cs="Arial"/>
        </w:rPr>
        <w:t>:</w:t>
      </w:r>
    </w:p>
    <w:p w14:paraId="00ACDB4B" w14:textId="492153EC" w:rsidR="00651C86" w:rsidRPr="00DC58C6" w:rsidRDefault="00651C86" w:rsidP="009C285A">
      <w:pPr>
        <w:numPr>
          <w:ilvl w:val="0"/>
          <w:numId w:val="11"/>
        </w:numPr>
        <w:spacing w:after="0" w:line="240" w:lineRule="auto"/>
        <w:jc w:val="both"/>
        <w:rPr>
          <w:rFonts w:ascii="Arial" w:hAnsi="Arial" w:cs="Arial"/>
        </w:rPr>
      </w:pPr>
      <w:proofErr w:type="spellStart"/>
      <w:r w:rsidRPr="00DC58C6">
        <w:rPr>
          <w:rFonts w:ascii="Arial" w:eastAsia="Calibri" w:hAnsi="Arial" w:cs="Arial"/>
        </w:rPr>
        <w:t>jednostavna</w:t>
      </w:r>
      <w:proofErr w:type="spellEnd"/>
      <w:r w:rsidRPr="00DC58C6">
        <w:rPr>
          <w:rFonts w:ascii="Arial" w:eastAsia="Calibri" w:hAnsi="Arial" w:cs="Arial"/>
        </w:rPr>
        <w:t xml:space="preserve"> </w:t>
      </w:r>
      <w:proofErr w:type="spellStart"/>
      <w:r w:rsidRPr="00DC58C6">
        <w:rPr>
          <w:rFonts w:ascii="Arial" w:eastAsia="Calibri" w:hAnsi="Arial" w:cs="Arial"/>
        </w:rPr>
        <w:t>nabava</w:t>
      </w:r>
      <w:proofErr w:type="spellEnd"/>
      <w:r w:rsidRPr="00DC58C6">
        <w:rPr>
          <w:rFonts w:ascii="Arial" w:eastAsia="Calibri" w:hAnsi="Arial" w:cs="Arial"/>
        </w:rPr>
        <w:t xml:space="preserve"> </w:t>
      </w:r>
      <w:proofErr w:type="spellStart"/>
      <w:r w:rsidRPr="00DC58C6">
        <w:rPr>
          <w:rFonts w:ascii="Arial" w:eastAsia="Calibri" w:hAnsi="Arial" w:cs="Arial"/>
        </w:rPr>
        <w:t>roba</w:t>
      </w:r>
      <w:proofErr w:type="spellEnd"/>
      <w:r w:rsidRPr="00DC58C6">
        <w:rPr>
          <w:rFonts w:ascii="Arial" w:hAnsi="Arial" w:cs="Arial"/>
        </w:rPr>
        <w:t>,</w:t>
      </w:r>
      <w:r w:rsidRPr="00DC58C6">
        <w:rPr>
          <w:rFonts w:ascii="Arial" w:eastAsia="Calibri" w:hAnsi="Arial" w:cs="Arial"/>
        </w:rPr>
        <w:t xml:space="preserve"> </w:t>
      </w:r>
      <w:proofErr w:type="spellStart"/>
      <w:r w:rsidRPr="00DC58C6">
        <w:rPr>
          <w:rFonts w:ascii="Arial" w:eastAsia="Calibri" w:hAnsi="Arial" w:cs="Arial"/>
        </w:rPr>
        <w:t>usluga</w:t>
      </w:r>
      <w:proofErr w:type="spellEnd"/>
      <w:r w:rsidRPr="00DC58C6">
        <w:rPr>
          <w:rFonts w:ascii="Arial" w:eastAsia="Calibri" w:hAnsi="Arial" w:cs="Arial"/>
        </w:rPr>
        <w:t xml:space="preserve"> i </w:t>
      </w:r>
      <w:proofErr w:type="spellStart"/>
      <w:r w:rsidRPr="00DC58C6">
        <w:rPr>
          <w:rFonts w:ascii="Arial" w:eastAsia="Calibri" w:hAnsi="Arial" w:cs="Arial"/>
        </w:rPr>
        <w:t>radova</w:t>
      </w:r>
      <w:proofErr w:type="spellEnd"/>
      <w:r w:rsidRPr="00DC58C6">
        <w:rPr>
          <w:rFonts w:ascii="Arial" w:eastAsia="Calibri" w:hAnsi="Arial" w:cs="Arial"/>
        </w:rPr>
        <w:t xml:space="preserve"> </w:t>
      </w:r>
      <w:proofErr w:type="spellStart"/>
      <w:r w:rsidRPr="00DC58C6">
        <w:rPr>
          <w:rFonts w:ascii="Arial" w:eastAsia="Calibri" w:hAnsi="Arial" w:cs="Arial"/>
        </w:rPr>
        <w:t>procijenjene</w:t>
      </w:r>
      <w:proofErr w:type="spellEnd"/>
      <w:r w:rsidRPr="00DC58C6">
        <w:rPr>
          <w:rFonts w:ascii="Arial" w:eastAsia="Calibri" w:hAnsi="Arial" w:cs="Arial"/>
        </w:rPr>
        <w:t xml:space="preserve"> </w:t>
      </w:r>
      <w:proofErr w:type="spellStart"/>
      <w:r w:rsidRPr="00DC58C6">
        <w:rPr>
          <w:rFonts w:ascii="Arial" w:eastAsia="Calibri" w:hAnsi="Arial" w:cs="Arial"/>
        </w:rPr>
        <w:t>vrijednosti</w:t>
      </w:r>
      <w:proofErr w:type="spellEnd"/>
      <w:r w:rsidRPr="00DC58C6">
        <w:rPr>
          <w:rFonts w:ascii="Arial" w:eastAsia="Calibri" w:hAnsi="Arial" w:cs="Arial"/>
        </w:rPr>
        <w:t xml:space="preserve"> do 15.000,00 </w:t>
      </w:r>
      <w:r w:rsidR="008A096E">
        <w:rPr>
          <w:rFonts w:ascii="Arial" w:eastAsia="Calibri" w:hAnsi="Arial" w:cs="Arial"/>
        </w:rPr>
        <w:t xml:space="preserve">EUR </w:t>
      </w:r>
    </w:p>
    <w:p w14:paraId="02657443" w14:textId="29A15087" w:rsidR="00651C86" w:rsidRPr="00DC58C6" w:rsidRDefault="00651C86" w:rsidP="009C285A">
      <w:pPr>
        <w:numPr>
          <w:ilvl w:val="0"/>
          <w:numId w:val="11"/>
        </w:numPr>
        <w:spacing w:after="0" w:line="240" w:lineRule="auto"/>
        <w:jc w:val="both"/>
        <w:rPr>
          <w:rFonts w:ascii="Arial" w:hAnsi="Arial" w:cs="Arial"/>
        </w:rPr>
      </w:pPr>
      <w:proofErr w:type="spellStart"/>
      <w:r w:rsidRPr="00DC58C6">
        <w:rPr>
          <w:rFonts w:ascii="Arial" w:eastAsia="Calibri" w:hAnsi="Arial" w:cs="Arial"/>
        </w:rPr>
        <w:t>jednostavna</w:t>
      </w:r>
      <w:proofErr w:type="spellEnd"/>
      <w:r w:rsidRPr="00DC58C6">
        <w:rPr>
          <w:rFonts w:ascii="Arial" w:eastAsia="Calibri" w:hAnsi="Arial" w:cs="Arial"/>
        </w:rPr>
        <w:t xml:space="preserve"> </w:t>
      </w:r>
      <w:proofErr w:type="spellStart"/>
      <w:r w:rsidRPr="00DC58C6">
        <w:rPr>
          <w:rFonts w:ascii="Arial" w:eastAsia="Calibri" w:hAnsi="Arial" w:cs="Arial"/>
        </w:rPr>
        <w:t>nabava</w:t>
      </w:r>
      <w:proofErr w:type="spellEnd"/>
      <w:r w:rsidRPr="00DC58C6">
        <w:rPr>
          <w:rFonts w:ascii="Arial" w:eastAsia="Calibri" w:hAnsi="Arial" w:cs="Arial"/>
        </w:rPr>
        <w:t xml:space="preserve"> </w:t>
      </w:r>
      <w:proofErr w:type="spellStart"/>
      <w:r w:rsidRPr="00DC58C6">
        <w:rPr>
          <w:rFonts w:ascii="Arial" w:eastAsia="Calibri" w:hAnsi="Arial" w:cs="Arial"/>
        </w:rPr>
        <w:t>roba</w:t>
      </w:r>
      <w:proofErr w:type="spellEnd"/>
      <w:r w:rsidRPr="00DC58C6">
        <w:rPr>
          <w:rFonts w:ascii="Arial" w:eastAsia="Calibri" w:hAnsi="Arial" w:cs="Arial"/>
        </w:rPr>
        <w:t xml:space="preserve"> i </w:t>
      </w:r>
      <w:proofErr w:type="spellStart"/>
      <w:r w:rsidRPr="00DC58C6">
        <w:rPr>
          <w:rFonts w:ascii="Arial" w:eastAsia="Calibri" w:hAnsi="Arial" w:cs="Arial"/>
        </w:rPr>
        <w:t>usluga</w:t>
      </w:r>
      <w:proofErr w:type="spellEnd"/>
      <w:r w:rsidRPr="00DC58C6">
        <w:rPr>
          <w:rFonts w:ascii="Arial" w:eastAsia="Calibri" w:hAnsi="Arial" w:cs="Arial"/>
        </w:rPr>
        <w:t xml:space="preserve"> </w:t>
      </w:r>
      <w:proofErr w:type="spellStart"/>
      <w:r w:rsidRPr="00DC58C6">
        <w:rPr>
          <w:rFonts w:ascii="Arial" w:eastAsia="Calibri" w:hAnsi="Arial" w:cs="Arial"/>
        </w:rPr>
        <w:t>procijenjene</w:t>
      </w:r>
      <w:proofErr w:type="spellEnd"/>
      <w:r w:rsidRPr="00DC58C6">
        <w:rPr>
          <w:rFonts w:ascii="Arial" w:eastAsia="Calibri" w:hAnsi="Arial" w:cs="Arial"/>
        </w:rPr>
        <w:t xml:space="preserve"> </w:t>
      </w:r>
      <w:proofErr w:type="spellStart"/>
      <w:r w:rsidRPr="00DC58C6">
        <w:rPr>
          <w:rFonts w:ascii="Arial" w:eastAsia="Calibri" w:hAnsi="Arial" w:cs="Arial"/>
        </w:rPr>
        <w:t>vrijednosti</w:t>
      </w:r>
      <w:proofErr w:type="spellEnd"/>
      <w:r w:rsidRPr="00DC58C6">
        <w:rPr>
          <w:rFonts w:ascii="Arial" w:eastAsia="Calibri" w:hAnsi="Arial" w:cs="Arial"/>
        </w:rPr>
        <w:t xml:space="preserve"> </w:t>
      </w:r>
      <w:proofErr w:type="spellStart"/>
      <w:r w:rsidRPr="00DC58C6">
        <w:rPr>
          <w:rFonts w:ascii="Arial" w:eastAsia="Calibri" w:hAnsi="Arial" w:cs="Arial"/>
        </w:rPr>
        <w:t>veće</w:t>
      </w:r>
      <w:proofErr w:type="spellEnd"/>
      <w:r w:rsidRPr="00DC58C6">
        <w:rPr>
          <w:rFonts w:ascii="Arial" w:eastAsia="Calibri" w:hAnsi="Arial" w:cs="Arial"/>
        </w:rPr>
        <w:t xml:space="preserve"> od 15</w:t>
      </w:r>
      <w:r w:rsidRPr="00DC58C6">
        <w:rPr>
          <w:rFonts w:ascii="Arial" w:hAnsi="Arial" w:cs="Arial"/>
        </w:rPr>
        <w:t>.000</w:t>
      </w:r>
      <w:r w:rsidRPr="00DC58C6">
        <w:rPr>
          <w:rFonts w:ascii="Arial" w:eastAsia="Calibri" w:hAnsi="Arial" w:cs="Arial"/>
        </w:rPr>
        <w:t xml:space="preserve">,00 </w:t>
      </w:r>
      <w:r w:rsidR="008A096E">
        <w:rPr>
          <w:rFonts w:ascii="Arial" w:eastAsia="Calibri" w:hAnsi="Arial" w:cs="Arial"/>
        </w:rPr>
        <w:t xml:space="preserve">EUR </w:t>
      </w:r>
      <w:r w:rsidRPr="00DC58C6">
        <w:rPr>
          <w:rFonts w:ascii="Arial" w:eastAsia="Calibri" w:hAnsi="Arial" w:cs="Arial"/>
        </w:rPr>
        <w:t xml:space="preserve">do 25.000,00 </w:t>
      </w:r>
      <w:r w:rsidR="008A096E">
        <w:rPr>
          <w:rFonts w:ascii="Arial" w:eastAsia="Calibri" w:hAnsi="Arial" w:cs="Arial"/>
        </w:rPr>
        <w:t>EUR</w:t>
      </w:r>
      <w:r w:rsidRPr="00DC58C6">
        <w:rPr>
          <w:rFonts w:ascii="Arial" w:eastAsia="Calibri" w:hAnsi="Arial" w:cs="Arial"/>
        </w:rPr>
        <w:t xml:space="preserve"> </w:t>
      </w:r>
      <w:proofErr w:type="spellStart"/>
      <w:r w:rsidRPr="00DC58C6">
        <w:rPr>
          <w:rFonts w:ascii="Arial" w:eastAsia="Calibri" w:hAnsi="Arial" w:cs="Arial"/>
        </w:rPr>
        <w:t>te</w:t>
      </w:r>
      <w:proofErr w:type="spellEnd"/>
      <w:r w:rsidRPr="00DC58C6">
        <w:rPr>
          <w:rFonts w:ascii="Arial" w:eastAsia="Calibri" w:hAnsi="Arial" w:cs="Arial"/>
        </w:rPr>
        <w:t xml:space="preserve"> </w:t>
      </w:r>
      <w:proofErr w:type="spellStart"/>
      <w:r w:rsidRPr="00DC58C6">
        <w:rPr>
          <w:rFonts w:ascii="Arial" w:eastAsia="Calibri" w:hAnsi="Arial" w:cs="Arial"/>
        </w:rPr>
        <w:t>radova</w:t>
      </w:r>
      <w:proofErr w:type="spellEnd"/>
      <w:r w:rsidRPr="00DC58C6">
        <w:rPr>
          <w:rFonts w:ascii="Arial" w:eastAsia="Calibri" w:hAnsi="Arial" w:cs="Arial"/>
        </w:rPr>
        <w:t xml:space="preserve"> </w:t>
      </w:r>
      <w:proofErr w:type="spellStart"/>
      <w:r w:rsidRPr="00DC58C6">
        <w:rPr>
          <w:rFonts w:ascii="Arial" w:eastAsia="Calibri" w:hAnsi="Arial" w:cs="Arial"/>
        </w:rPr>
        <w:t>procijenjene</w:t>
      </w:r>
      <w:proofErr w:type="spellEnd"/>
      <w:r w:rsidRPr="00DC58C6">
        <w:rPr>
          <w:rFonts w:ascii="Arial" w:eastAsia="Calibri" w:hAnsi="Arial" w:cs="Arial"/>
        </w:rPr>
        <w:t xml:space="preserve"> </w:t>
      </w:r>
      <w:proofErr w:type="spellStart"/>
      <w:r w:rsidRPr="00DC58C6">
        <w:rPr>
          <w:rFonts w:ascii="Arial" w:eastAsia="Calibri" w:hAnsi="Arial" w:cs="Arial"/>
        </w:rPr>
        <w:t>vrijednosti</w:t>
      </w:r>
      <w:proofErr w:type="spellEnd"/>
      <w:r w:rsidRPr="00DC58C6">
        <w:rPr>
          <w:rFonts w:ascii="Arial" w:eastAsia="Calibri" w:hAnsi="Arial" w:cs="Arial"/>
        </w:rPr>
        <w:t xml:space="preserve"> </w:t>
      </w:r>
      <w:proofErr w:type="spellStart"/>
      <w:r w:rsidRPr="00DC58C6">
        <w:rPr>
          <w:rFonts w:ascii="Arial" w:eastAsia="Calibri" w:hAnsi="Arial" w:cs="Arial"/>
        </w:rPr>
        <w:t>veće</w:t>
      </w:r>
      <w:proofErr w:type="spellEnd"/>
      <w:r w:rsidRPr="00DC58C6">
        <w:rPr>
          <w:rFonts w:ascii="Arial" w:eastAsia="Calibri" w:hAnsi="Arial" w:cs="Arial"/>
        </w:rPr>
        <w:t xml:space="preserve"> od 15.000,00 </w:t>
      </w:r>
      <w:r w:rsidR="008A096E">
        <w:rPr>
          <w:rFonts w:ascii="Arial" w:eastAsia="Calibri" w:hAnsi="Arial" w:cs="Arial"/>
        </w:rPr>
        <w:t>EUR</w:t>
      </w:r>
      <w:r w:rsidRPr="00DC58C6">
        <w:rPr>
          <w:rFonts w:ascii="Arial" w:eastAsia="Calibri" w:hAnsi="Arial" w:cs="Arial"/>
        </w:rPr>
        <w:t xml:space="preserve"> do 45.000,00 </w:t>
      </w:r>
      <w:r w:rsidR="008A096E">
        <w:rPr>
          <w:rFonts w:ascii="Arial" w:eastAsia="Calibri" w:hAnsi="Arial" w:cs="Arial"/>
        </w:rPr>
        <w:t>EUR</w:t>
      </w:r>
    </w:p>
    <w:p w14:paraId="0929E1AC" w14:textId="7B3C4122" w:rsidR="00651C86" w:rsidRPr="00DC58C6" w:rsidRDefault="00651C86" w:rsidP="009C285A">
      <w:pPr>
        <w:pStyle w:val="ListParagraph"/>
        <w:widowControl w:val="0"/>
        <w:numPr>
          <w:ilvl w:val="0"/>
          <w:numId w:val="11"/>
        </w:numPr>
        <w:spacing w:after="0" w:line="240" w:lineRule="auto"/>
        <w:jc w:val="both"/>
        <w:rPr>
          <w:rFonts w:ascii="Arial" w:eastAsia="Calibri" w:hAnsi="Arial" w:cs="Arial"/>
        </w:rPr>
      </w:pPr>
      <w:proofErr w:type="spellStart"/>
      <w:r w:rsidRPr="00DC58C6">
        <w:rPr>
          <w:rFonts w:ascii="Arial" w:eastAsia="Calibri" w:hAnsi="Arial" w:cs="Arial"/>
        </w:rPr>
        <w:t>jednostavna</w:t>
      </w:r>
      <w:proofErr w:type="spellEnd"/>
      <w:r w:rsidRPr="00DC58C6">
        <w:rPr>
          <w:rFonts w:ascii="Arial" w:eastAsia="Calibri" w:hAnsi="Arial" w:cs="Arial"/>
        </w:rPr>
        <w:t xml:space="preserve"> </w:t>
      </w:r>
      <w:proofErr w:type="spellStart"/>
      <w:r w:rsidRPr="00DC58C6">
        <w:rPr>
          <w:rFonts w:ascii="Arial" w:eastAsia="Calibri" w:hAnsi="Arial" w:cs="Arial"/>
        </w:rPr>
        <w:t>nabava</w:t>
      </w:r>
      <w:proofErr w:type="spellEnd"/>
      <w:r w:rsidRPr="00DC58C6">
        <w:rPr>
          <w:rFonts w:ascii="Arial" w:eastAsia="Calibri" w:hAnsi="Arial" w:cs="Arial"/>
        </w:rPr>
        <w:t xml:space="preserve"> </w:t>
      </w:r>
      <w:proofErr w:type="spellStart"/>
      <w:r w:rsidRPr="00DC58C6">
        <w:rPr>
          <w:rFonts w:ascii="Arial" w:eastAsia="Calibri" w:hAnsi="Arial" w:cs="Arial"/>
        </w:rPr>
        <w:t>roba</w:t>
      </w:r>
      <w:proofErr w:type="spellEnd"/>
      <w:r w:rsidRPr="00DC58C6">
        <w:rPr>
          <w:rFonts w:ascii="Arial" w:eastAsia="Calibri" w:hAnsi="Arial" w:cs="Arial"/>
        </w:rPr>
        <w:t xml:space="preserve"> i </w:t>
      </w:r>
      <w:proofErr w:type="spellStart"/>
      <w:r w:rsidRPr="00DC58C6">
        <w:rPr>
          <w:rFonts w:ascii="Arial" w:eastAsia="Calibri" w:hAnsi="Arial" w:cs="Arial"/>
        </w:rPr>
        <w:t>usluga</w:t>
      </w:r>
      <w:proofErr w:type="spellEnd"/>
      <w:r w:rsidRPr="00DC58C6">
        <w:rPr>
          <w:rFonts w:ascii="Arial" w:eastAsia="Calibri" w:hAnsi="Arial" w:cs="Arial"/>
        </w:rPr>
        <w:t xml:space="preserve"> </w:t>
      </w:r>
      <w:proofErr w:type="spellStart"/>
      <w:r w:rsidRPr="00DC58C6">
        <w:rPr>
          <w:rFonts w:ascii="Arial" w:eastAsia="Calibri" w:hAnsi="Arial" w:cs="Arial"/>
        </w:rPr>
        <w:t>procijenjene</w:t>
      </w:r>
      <w:proofErr w:type="spellEnd"/>
      <w:r w:rsidRPr="00DC58C6">
        <w:rPr>
          <w:rFonts w:ascii="Arial" w:eastAsia="Calibri" w:hAnsi="Arial" w:cs="Arial"/>
        </w:rPr>
        <w:t xml:space="preserve"> </w:t>
      </w:r>
      <w:proofErr w:type="spellStart"/>
      <w:r w:rsidRPr="00DC58C6">
        <w:rPr>
          <w:rFonts w:ascii="Arial" w:eastAsia="Calibri" w:hAnsi="Arial" w:cs="Arial"/>
        </w:rPr>
        <w:t>vrijednosti</w:t>
      </w:r>
      <w:proofErr w:type="spellEnd"/>
      <w:r w:rsidRPr="00DC58C6">
        <w:rPr>
          <w:rFonts w:ascii="Arial" w:eastAsia="Calibri" w:hAnsi="Arial" w:cs="Arial"/>
        </w:rPr>
        <w:t xml:space="preserve"> </w:t>
      </w:r>
      <w:proofErr w:type="spellStart"/>
      <w:r w:rsidRPr="00DC58C6">
        <w:rPr>
          <w:rFonts w:ascii="Arial" w:eastAsia="Calibri" w:hAnsi="Arial" w:cs="Arial"/>
        </w:rPr>
        <w:t>veće</w:t>
      </w:r>
      <w:proofErr w:type="spellEnd"/>
      <w:r w:rsidRPr="00DC58C6">
        <w:rPr>
          <w:rFonts w:ascii="Arial" w:eastAsia="Calibri" w:hAnsi="Arial" w:cs="Arial"/>
        </w:rPr>
        <w:t xml:space="preserve"> od 25.000,00 </w:t>
      </w:r>
      <w:r w:rsidR="008A096E">
        <w:rPr>
          <w:rFonts w:ascii="Arial" w:eastAsia="Calibri" w:hAnsi="Arial" w:cs="Arial"/>
        </w:rPr>
        <w:t>EUR</w:t>
      </w:r>
      <w:r w:rsidR="00F96CA1">
        <w:rPr>
          <w:rFonts w:ascii="Arial" w:eastAsia="Calibri" w:hAnsi="Arial" w:cs="Arial"/>
        </w:rPr>
        <w:t xml:space="preserve">, </w:t>
      </w:r>
      <w:r w:rsidRPr="00DC58C6">
        <w:rPr>
          <w:rFonts w:ascii="Arial" w:eastAsia="Calibri" w:hAnsi="Arial" w:cs="Arial"/>
        </w:rPr>
        <w:t xml:space="preserve">a </w:t>
      </w:r>
      <w:proofErr w:type="spellStart"/>
      <w:r w:rsidRPr="00DC58C6">
        <w:rPr>
          <w:rFonts w:ascii="Arial" w:eastAsia="Calibri" w:hAnsi="Arial" w:cs="Arial"/>
        </w:rPr>
        <w:t>manje</w:t>
      </w:r>
      <w:proofErr w:type="spellEnd"/>
      <w:r w:rsidRPr="00DC58C6">
        <w:rPr>
          <w:rFonts w:ascii="Arial" w:eastAsia="Calibri" w:hAnsi="Arial" w:cs="Arial"/>
        </w:rPr>
        <w:t xml:space="preserve"> od 50.000,00 </w:t>
      </w:r>
      <w:r w:rsidR="008A096E">
        <w:rPr>
          <w:rFonts w:ascii="Arial" w:eastAsia="Calibri" w:hAnsi="Arial" w:cs="Arial"/>
        </w:rPr>
        <w:t>EUR</w:t>
      </w:r>
      <w:r w:rsidRPr="00DC58C6">
        <w:rPr>
          <w:rFonts w:ascii="Arial" w:eastAsia="Calibri" w:hAnsi="Arial" w:cs="Arial"/>
        </w:rPr>
        <w:t xml:space="preserve"> </w:t>
      </w:r>
      <w:proofErr w:type="spellStart"/>
      <w:r w:rsidRPr="00DC58C6">
        <w:rPr>
          <w:rFonts w:ascii="Arial" w:eastAsia="Calibri" w:hAnsi="Arial" w:cs="Arial"/>
        </w:rPr>
        <w:t>te</w:t>
      </w:r>
      <w:proofErr w:type="spellEnd"/>
      <w:r w:rsidRPr="00DC58C6">
        <w:rPr>
          <w:rFonts w:ascii="Arial" w:eastAsia="Calibri" w:hAnsi="Arial" w:cs="Arial"/>
        </w:rPr>
        <w:t xml:space="preserve"> </w:t>
      </w:r>
      <w:proofErr w:type="spellStart"/>
      <w:r w:rsidRPr="00DC58C6">
        <w:rPr>
          <w:rFonts w:ascii="Arial" w:eastAsia="Calibri" w:hAnsi="Arial" w:cs="Arial"/>
        </w:rPr>
        <w:t>radova</w:t>
      </w:r>
      <w:proofErr w:type="spellEnd"/>
      <w:r w:rsidRPr="00DC58C6">
        <w:rPr>
          <w:rFonts w:ascii="Arial" w:eastAsia="Calibri" w:hAnsi="Arial" w:cs="Arial"/>
        </w:rPr>
        <w:t xml:space="preserve"> </w:t>
      </w:r>
      <w:proofErr w:type="spellStart"/>
      <w:r w:rsidRPr="00DC58C6">
        <w:rPr>
          <w:rFonts w:ascii="Arial" w:eastAsia="Calibri" w:hAnsi="Arial" w:cs="Arial"/>
        </w:rPr>
        <w:t>procijenjene</w:t>
      </w:r>
      <w:proofErr w:type="spellEnd"/>
      <w:r w:rsidRPr="00DC58C6">
        <w:rPr>
          <w:rFonts w:ascii="Arial" w:eastAsia="Calibri" w:hAnsi="Arial" w:cs="Arial"/>
        </w:rPr>
        <w:t xml:space="preserve"> </w:t>
      </w:r>
      <w:proofErr w:type="spellStart"/>
      <w:r w:rsidRPr="00DC58C6">
        <w:rPr>
          <w:rFonts w:ascii="Arial" w:eastAsia="Calibri" w:hAnsi="Arial" w:cs="Arial"/>
        </w:rPr>
        <w:t>vrijednosti</w:t>
      </w:r>
      <w:proofErr w:type="spellEnd"/>
      <w:r w:rsidRPr="00DC58C6">
        <w:rPr>
          <w:rFonts w:ascii="Arial" w:eastAsia="Calibri" w:hAnsi="Arial" w:cs="Arial"/>
        </w:rPr>
        <w:t xml:space="preserve"> </w:t>
      </w:r>
      <w:proofErr w:type="spellStart"/>
      <w:r w:rsidRPr="00DC58C6">
        <w:rPr>
          <w:rFonts w:ascii="Arial" w:eastAsia="Calibri" w:hAnsi="Arial" w:cs="Arial"/>
        </w:rPr>
        <w:t>veće</w:t>
      </w:r>
      <w:proofErr w:type="spellEnd"/>
      <w:r w:rsidRPr="00DC58C6">
        <w:rPr>
          <w:rFonts w:ascii="Arial" w:eastAsia="Calibri" w:hAnsi="Arial" w:cs="Arial"/>
        </w:rPr>
        <w:t xml:space="preserve"> od 45.000,00 </w:t>
      </w:r>
      <w:r w:rsidR="008A096E">
        <w:rPr>
          <w:rFonts w:ascii="Arial" w:eastAsia="Calibri" w:hAnsi="Arial" w:cs="Arial"/>
        </w:rPr>
        <w:t>EUR</w:t>
      </w:r>
      <w:r w:rsidRPr="00DC58C6">
        <w:rPr>
          <w:rFonts w:ascii="Arial" w:eastAsia="Calibri" w:hAnsi="Arial" w:cs="Arial"/>
        </w:rPr>
        <w:t xml:space="preserve">, a </w:t>
      </w:r>
      <w:proofErr w:type="spellStart"/>
      <w:r w:rsidRPr="00DC58C6">
        <w:rPr>
          <w:rFonts w:ascii="Arial" w:eastAsia="Calibri" w:hAnsi="Arial" w:cs="Arial"/>
        </w:rPr>
        <w:t>manje</w:t>
      </w:r>
      <w:proofErr w:type="spellEnd"/>
      <w:r w:rsidRPr="00DC58C6">
        <w:rPr>
          <w:rFonts w:ascii="Arial" w:eastAsia="Calibri" w:hAnsi="Arial" w:cs="Arial"/>
        </w:rPr>
        <w:t xml:space="preserve"> od 100.000,00 </w:t>
      </w:r>
      <w:r w:rsidR="008A096E">
        <w:rPr>
          <w:rFonts w:ascii="Arial" w:eastAsia="Calibri" w:hAnsi="Arial" w:cs="Arial"/>
        </w:rPr>
        <w:t>EUR</w:t>
      </w:r>
      <w:r w:rsidRPr="00DC58C6">
        <w:rPr>
          <w:rFonts w:ascii="Arial" w:eastAsia="Calibri" w:hAnsi="Arial" w:cs="Arial"/>
        </w:rPr>
        <w:t>.</w:t>
      </w:r>
    </w:p>
    <w:p w14:paraId="4243E4FA" w14:textId="08668E19" w:rsidR="00651C86" w:rsidRDefault="00651C86" w:rsidP="009C285A">
      <w:pPr>
        <w:spacing w:line="240" w:lineRule="auto"/>
        <w:rPr>
          <w:rFonts w:ascii="Arial" w:hAnsi="Arial" w:cs="Arial"/>
        </w:rPr>
      </w:pPr>
    </w:p>
    <w:p w14:paraId="616612BF" w14:textId="77777777" w:rsidR="0039566C" w:rsidRPr="00DC58C6" w:rsidRDefault="0039566C" w:rsidP="009C285A">
      <w:pPr>
        <w:spacing w:line="240" w:lineRule="auto"/>
        <w:rPr>
          <w:rFonts w:ascii="Arial" w:hAnsi="Arial" w:cs="Arial"/>
        </w:rPr>
      </w:pPr>
    </w:p>
    <w:p w14:paraId="40094C40" w14:textId="77777777" w:rsidR="00CC28E0" w:rsidRPr="00DC58C6" w:rsidRDefault="00CC28E0" w:rsidP="009C285A">
      <w:pPr>
        <w:spacing w:line="240" w:lineRule="auto"/>
        <w:rPr>
          <w:rFonts w:ascii="Arial" w:hAnsi="Arial" w:cs="Arial"/>
        </w:rPr>
      </w:pPr>
    </w:p>
    <w:p w14:paraId="4A237EB9" w14:textId="3D062807" w:rsidR="00CC28E0" w:rsidRPr="00DC58C6" w:rsidRDefault="00CC28E0" w:rsidP="009C285A">
      <w:pPr>
        <w:spacing w:line="240" w:lineRule="auto"/>
        <w:jc w:val="center"/>
        <w:rPr>
          <w:rFonts w:ascii="Arial" w:hAnsi="Arial" w:cs="Arial"/>
          <w:b/>
          <w:bCs/>
        </w:rPr>
      </w:pPr>
      <w:r w:rsidRPr="00DC58C6">
        <w:rPr>
          <w:rFonts w:ascii="Arial" w:hAnsi="Arial" w:cs="Arial"/>
          <w:b/>
          <w:bCs/>
        </w:rPr>
        <w:t>JEDNOSTAVNA NABAVA PROCIJENJENE VRIJEDNOSTI DO 15.000,00 EUR</w:t>
      </w:r>
    </w:p>
    <w:p w14:paraId="691AA332" w14:textId="3AA72C49" w:rsidR="00CC28E0" w:rsidRPr="00DC58C6" w:rsidRDefault="00CC28E0" w:rsidP="009C285A">
      <w:pPr>
        <w:spacing w:line="240" w:lineRule="auto"/>
        <w:jc w:val="center"/>
        <w:rPr>
          <w:rFonts w:ascii="Arial" w:hAnsi="Arial" w:cs="Arial"/>
          <w:b/>
          <w:bCs/>
        </w:rPr>
      </w:pPr>
      <w:proofErr w:type="spellStart"/>
      <w:r w:rsidRPr="00DC58C6">
        <w:rPr>
          <w:rFonts w:ascii="Arial" w:hAnsi="Arial" w:cs="Arial"/>
          <w:b/>
          <w:bCs/>
        </w:rPr>
        <w:t>Članak</w:t>
      </w:r>
      <w:proofErr w:type="spellEnd"/>
      <w:r w:rsidRPr="00DC58C6">
        <w:rPr>
          <w:rFonts w:ascii="Arial" w:hAnsi="Arial" w:cs="Arial"/>
          <w:b/>
          <w:bCs/>
        </w:rPr>
        <w:t xml:space="preserve"> </w:t>
      </w:r>
      <w:r w:rsidR="00FA21D6" w:rsidRPr="00DC58C6">
        <w:rPr>
          <w:rFonts w:ascii="Arial" w:hAnsi="Arial" w:cs="Arial"/>
          <w:b/>
          <w:bCs/>
        </w:rPr>
        <w:t>7</w:t>
      </w:r>
      <w:r w:rsidRPr="00DC58C6">
        <w:rPr>
          <w:rFonts w:ascii="Arial" w:hAnsi="Arial" w:cs="Arial"/>
          <w:b/>
          <w:bCs/>
        </w:rPr>
        <w:t>.</w:t>
      </w:r>
    </w:p>
    <w:p w14:paraId="2D8E416A" w14:textId="4EEB812A" w:rsidR="006841B8" w:rsidRPr="00DC58C6" w:rsidRDefault="006841B8" w:rsidP="009C285A">
      <w:pPr>
        <w:spacing w:line="240" w:lineRule="auto"/>
        <w:jc w:val="both"/>
        <w:rPr>
          <w:rFonts w:ascii="Arial" w:eastAsia="Calibri" w:hAnsi="Arial" w:cs="Arial"/>
          <w:bCs/>
          <w:lang w:val="hr-HR"/>
        </w:rPr>
      </w:pPr>
      <w:r w:rsidRPr="00DC58C6">
        <w:rPr>
          <w:rFonts w:ascii="Arial" w:eastAsia="Calibri" w:hAnsi="Arial" w:cs="Arial"/>
          <w:bCs/>
          <w:lang w:val="hr-HR"/>
        </w:rPr>
        <w:t xml:space="preserve">(1) Postupak jednostavne nabave roba, usluga i radova procijenjene vrijednosti do 15.000,00 </w:t>
      </w:r>
      <w:r w:rsidR="008A096E">
        <w:rPr>
          <w:rFonts w:ascii="Arial" w:eastAsia="Calibri" w:hAnsi="Arial" w:cs="Arial"/>
          <w:bCs/>
          <w:lang w:val="hr-HR"/>
        </w:rPr>
        <w:t>EUR</w:t>
      </w:r>
      <w:r w:rsidRPr="00DC58C6">
        <w:rPr>
          <w:rFonts w:ascii="Arial" w:eastAsia="Calibri" w:hAnsi="Arial" w:cs="Arial"/>
          <w:bCs/>
          <w:lang w:val="hr-HR"/>
        </w:rPr>
        <w:t xml:space="preserve"> započinje podnošenjem zahtjeva za jednostavnu nabavu</w:t>
      </w:r>
      <w:r w:rsidR="009F6EDB">
        <w:rPr>
          <w:rFonts w:ascii="Arial" w:eastAsia="Calibri" w:hAnsi="Arial" w:cs="Arial"/>
          <w:bCs/>
          <w:lang w:val="hr-HR"/>
        </w:rPr>
        <w:t xml:space="preserve"> prema strukturiranom obrascu. </w:t>
      </w:r>
    </w:p>
    <w:p w14:paraId="45705C58" w14:textId="49BBA71B" w:rsidR="006841B8" w:rsidRPr="00DC58C6" w:rsidRDefault="006841B8" w:rsidP="009C285A">
      <w:pPr>
        <w:spacing w:line="240" w:lineRule="auto"/>
        <w:jc w:val="both"/>
        <w:rPr>
          <w:rFonts w:ascii="Arial" w:eastAsia="Calibri" w:hAnsi="Arial" w:cs="Arial"/>
          <w:bCs/>
          <w:lang w:val="hr-HR"/>
        </w:rPr>
      </w:pPr>
      <w:r w:rsidRPr="00DC58C6">
        <w:rPr>
          <w:rFonts w:ascii="Arial" w:eastAsia="Calibri" w:hAnsi="Arial" w:cs="Arial"/>
          <w:bCs/>
          <w:lang w:val="hr-HR"/>
        </w:rPr>
        <w:t xml:space="preserve">(2) Nabava roba, usluga i radova procijenjene vrijednosti do 15.000,00 </w:t>
      </w:r>
      <w:r w:rsidR="008A096E">
        <w:rPr>
          <w:rFonts w:ascii="Arial" w:eastAsia="Calibri" w:hAnsi="Arial" w:cs="Arial"/>
          <w:bCs/>
          <w:lang w:val="hr-HR"/>
        </w:rPr>
        <w:t xml:space="preserve">EUR </w:t>
      </w:r>
      <w:r w:rsidRPr="00DC58C6">
        <w:rPr>
          <w:rFonts w:ascii="Arial" w:eastAsia="Calibri" w:hAnsi="Arial" w:cs="Arial"/>
          <w:bCs/>
          <w:lang w:val="hr-HR"/>
        </w:rPr>
        <w:t>provodi se izravnim odabirom gospodarskog subjekta, u pravilu na temelju jedne ponude, predračuna ili drugog odgovarajućeg dokumenta.</w:t>
      </w:r>
    </w:p>
    <w:p w14:paraId="4B740A73" w14:textId="1E42167F" w:rsidR="006841B8" w:rsidRPr="00DC58C6" w:rsidRDefault="006841B8" w:rsidP="009C285A">
      <w:pPr>
        <w:spacing w:line="240" w:lineRule="auto"/>
        <w:jc w:val="both"/>
        <w:rPr>
          <w:rFonts w:ascii="Arial" w:eastAsia="Calibri" w:hAnsi="Arial" w:cs="Arial"/>
          <w:bCs/>
          <w:lang w:val="hr-HR"/>
        </w:rPr>
      </w:pPr>
      <w:r w:rsidRPr="00DC58C6">
        <w:rPr>
          <w:rFonts w:ascii="Arial" w:eastAsia="Calibri" w:hAnsi="Arial" w:cs="Arial"/>
          <w:bCs/>
          <w:lang w:val="hr-HR"/>
        </w:rPr>
        <w:t>(3)  Narudžbenica sadrži najmanje predmet nabave, jedinicu mjere i količinu, jediničnu cijenu i ukupnu cijenu, a može sadržavati i rok isporuke, rok plaćanja te druge bitne elemente za izvršenje ugovornog odnosa. Narudžbenici se u pravilu prilaže ponuda</w:t>
      </w:r>
      <w:r w:rsidR="00BC4C9C">
        <w:rPr>
          <w:rFonts w:ascii="Arial" w:eastAsia="Calibri" w:hAnsi="Arial" w:cs="Arial"/>
          <w:bCs/>
          <w:lang w:val="hr-HR"/>
        </w:rPr>
        <w:t>, osim ako to iz objektivnih razloga nije moguće.</w:t>
      </w:r>
    </w:p>
    <w:p w14:paraId="3DC1CD32" w14:textId="6658F974" w:rsidR="006841B8" w:rsidRPr="00DC58C6" w:rsidRDefault="006841B8" w:rsidP="009C285A">
      <w:pPr>
        <w:spacing w:line="240" w:lineRule="auto"/>
        <w:jc w:val="both"/>
        <w:rPr>
          <w:rFonts w:ascii="Arial" w:eastAsia="Calibri" w:hAnsi="Arial" w:cs="Arial"/>
          <w:bCs/>
          <w:lang w:val="hr-HR"/>
        </w:rPr>
      </w:pPr>
      <w:r w:rsidRPr="00DC58C6">
        <w:rPr>
          <w:rFonts w:ascii="Arial" w:eastAsia="Calibri" w:hAnsi="Arial" w:cs="Arial"/>
          <w:bCs/>
          <w:lang w:val="hr-HR"/>
        </w:rPr>
        <w:t>(</w:t>
      </w:r>
      <w:r w:rsidR="00BC4C9C">
        <w:rPr>
          <w:rFonts w:ascii="Arial" w:eastAsia="Calibri" w:hAnsi="Arial" w:cs="Arial"/>
          <w:bCs/>
          <w:lang w:val="hr-HR"/>
        </w:rPr>
        <w:t>4</w:t>
      </w:r>
      <w:r w:rsidRPr="00DC58C6">
        <w:rPr>
          <w:rFonts w:ascii="Arial" w:eastAsia="Calibri" w:hAnsi="Arial" w:cs="Arial"/>
          <w:bCs/>
          <w:lang w:val="hr-HR"/>
        </w:rPr>
        <w:t xml:space="preserve">) U provedbi postupka jednostavne nabave </w:t>
      </w:r>
      <w:r w:rsidR="009C285A">
        <w:rPr>
          <w:rFonts w:ascii="Arial" w:eastAsia="Calibri" w:hAnsi="Arial" w:cs="Arial"/>
          <w:bCs/>
          <w:lang w:val="hr-HR"/>
        </w:rPr>
        <w:t>N</w:t>
      </w:r>
      <w:r w:rsidRPr="00DC58C6">
        <w:rPr>
          <w:rFonts w:ascii="Arial" w:eastAsia="Calibri" w:hAnsi="Arial" w:cs="Arial"/>
          <w:bCs/>
          <w:lang w:val="hr-HR"/>
        </w:rPr>
        <w:t>aručitelj omogućava primjenu elektroničkih sredstava komunikacije.</w:t>
      </w:r>
    </w:p>
    <w:p w14:paraId="042CE20C" w14:textId="2C2EACAC" w:rsidR="00E62804" w:rsidRDefault="00E62804" w:rsidP="009C285A">
      <w:pPr>
        <w:spacing w:after="120" w:line="240" w:lineRule="auto"/>
        <w:jc w:val="both"/>
        <w:rPr>
          <w:rFonts w:ascii="Arial" w:eastAsia="Calibri" w:hAnsi="Arial" w:cs="Arial"/>
        </w:rPr>
      </w:pPr>
    </w:p>
    <w:p w14:paraId="15A30553" w14:textId="77777777" w:rsidR="009F6EDB" w:rsidRPr="00DC58C6" w:rsidRDefault="009F6EDB" w:rsidP="009C285A">
      <w:pPr>
        <w:spacing w:after="120" w:line="240" w:lineRule="auto"/>
        <w:jc w:val="both"/>
        <w:rPr>
          <w:rFonts w:ascii="Arial" w:eastAsia="Calibri" w:hAnsi="Arial" w:cs="Arial"/>
        </w:rPr>
      </w:pPr>
    </w:p>
    <w:p w14:paraId="75D9150D" w14:textId="303A653E" w:rsidR="00E62804" w:rsidRPr="00DC58C6" w:rsidRDefault="00E62804" w:rsidP="009C285A">
      <w:pPr>
        <w:pStyle w:val="Heading1"/>
        <w:spacing w:before="0" w:after="120" w:line="240" w:lineRule="auto"/>
        <w:jc w:val="center"/>
        <w:rPr>
          <w:rFonts w:ascii="Arial" w:eastAsia="Calibri" w:hAnsi="Arial" w:cs="Arial"/>
          <w:color w:val="auto"/>
          <w:sz w:val="22"/>
          <w:szCs w:val="22"/>
        </w:rPr>
      </w:pPr>
      <w:r w:rsidRPr="00DC58C6">
        <w:rPr>
          <w:rFonts w:ascii="Arial" w:eastAsia="Calibri" w:hAnsi="Arial" w:cs="Arial"/>
          <w:color w:val="auto"/>
          <w:sz w:val="22"/>
          <w:szCs w:val="22"/>
        </w:rPr>
        <w:t>JEDNOSTAVNA NABAVA PROCIJENJENE VRIJEDNOSTI VEĆE OD 15.000,00 EUR DO 25.000,00 EUR</w:t>
      </w:r>
      <w:r w:rsidR="008A096E">
        <w:rPr>
          <w:rFonts w:ascii="Arial" w:eastAsia="Calibri" w:hAnsi="Arial" w:cs="Arial"/>
          <w:color w:val="auto"/>
          <w:sz w:val="22"/>
          <w:szCs w:val="22"/>
        </w:rPr>
        <w:t xml:space="preserve"> </w:t>
      </w:r>
      <w:r w:rsidRPr="00DC58C6">
        <w:rPr>
          <w:rFonts w:ascii="Arial" w:eastAsia="Calibri" w:hAnsi="Arial" w:cs="Arial"/>
          <w:color w:val="auto"/>
          <w:sz w:val="22"/>
          <w:szCs w:val="22"/>
        </w:rPr>
        <w:t>ZA ROBE I USLUGE, ODNOSNO DO 45.000,00 EUR ZA RADOVE</w:t>
      </w:r>
    </w:p>
    <w:p w14:paraId="4F163BEC" w14:textId="77777777" w:rsidR="00651C86" w:rsidRPr="00DC58C6" w:rsidRDefault="00651C86" w:rsidP="009C285A">
      <w:pPr>
        <w:spacing w:line="240" w:lineRule="auto"/>
        <w:rPr>
          <w:rFonts w:ascii="Arial" w:hAnsi="Arial" w:cs="Arial"/>
        </w:rPr>
      </w:pPr>
    </w:p>
    <w:p w14:paraId="2409920E" w14:textId="46100002" w:rsidR="00E62804" w:rsidRPr="00DC58C6" w:rsidRDefault="00E62804" w:rsidP="009C285A">
      <w:pPr>
        <w:pStyle w:val="Heading1"/>
        <w:spacing w:before="0" w:after="120" w:line="240" w:lineRule="auto"/>
        <w:jc w:val="center"/>
        <w:rPr>
          <w:rFonts w:ascii="Arial" w:hAnsi="Arial" w:cs="Arial"/>
          <w:color w:val="auto"/>
          <w:sz w:val="22"/>
          <w:szCs w:val="22"/>
        </w:rPr>
      </w:pPr>
      <w:proofErr w:type="spellStart"/>
      <w:r w:rsidRPr="00DC58C6">
        <w:rPr>
          <w:rFonts w:ascii="Arial" w:eastAsia="Calibri" w:hAnsi="Arial" w:cs="Arial"/>
          <w:color w:val="auto"/>
          <w:sz w:val="22"/>
          <w:szCs w:val="22"/>
        </w:rPr>
        <w:t>Članak</w:t>
      </w:r>
      <w:proofErr w:type="spellEnd"/>
      <w:r w:rsidRPr="00DC58C6">
        <w:rPr>
          <w:rFonts w:ascii="Arial" w:eastAsia="Calibri" w:hAnsi="Arial" w:cs="Arial"/>
          <w:color w:val="auto"/>
          <w:sz w:val="22"/>
          <w:szCs w:val="22"/>
        </w:rPr>
        <w:t xml:space="preserve"> </w:t>
      </w:r>
      <w:r w:rsidR="00076707" w:rsidRPr="00DC58C6">
        <w:rPr>
          <w:rFonts w:ascii="Arial" w:eastAsia="Calibri" w:hAnsi="Arial" w:cs="Arial"/>
          <w:color w:val="auto"/>
          <w:sz w:val="22"/>
          <w:szCs w:val="22"/>
        </w:rPr>
        <w:t>8</w:t>
      </w:r>
      <w:r w:rsidRPr="00DC58C6">
        <w:rPr>
          <w:rFonts w:ascii="Arial" w:hAnsi="Arial" w:cs="Arial"/>
          <w:color w:val="auto"/>
          <w:sz w:val="22"/>
          <w:szCs w:val="22"/>
        </w:rPr>
        <w:t>.</w:t>
      </w:r>
    </w:p>
    <w:p w14:paraId="7A9B1DE2" w14:textId="746D0B73" w:rsidR="00076707" w:rsidRPr="00DC58C6" w:rsidRDefault="00076707" w:rsidP="009C285A">
      <w:pPr>
        <w:spacing w:line="240" w:lineRule="auto"/>
        <w:jc w:val="both"/>
        <w:rPr>
          <w:rFonts w:ascii="Arial" w:hAnsi="Arial" w:cs="Arial"/>
          <w:lang w:val="hr-HR"/>
        </w:rPr>
      </w:pPr>
      <w:r w:rsidRPr="00DC58C6">
        <w:rPr>
          <w:rFonts w:ascii="Arial" w:hAnsi="Arial" w:cs="Arial"/>
          <w:lang w:val="hr-HR"/>
        </w:rPr>
        <w:t xml:space="preserve">(1) Za nabavu roba ili usluga procijenjene vrijednosti veće od 15.000,00 </w:t>
      </w:r>
      <w:r w:rsidR="008A096E">
        <w:rPr>
          <w:rFonts w:ascii="Arial" w:hAnsi="Arial" w:cs="Arial"/>
          <w:lang w:val="hr-HR"/>
        </w:rPr>
        <w:t>EUR</w:t>
      </w:r>
      <w:r w:rsidRPr="00DC58C6">
        <w:rPr>
          <w:rFonts w:ascii="Arial" w:hAnsi="Arial" w:cs="Arial"/>
          <w:lang w:val="hr-HR"/>
        </w:rPr>
        <w:t xml:space="preserve"> do 25.000,00 </w:t>
      </w:r>
      <w:r w:rsidR="008A096E">
        <w:rPr>
          <w:rFonts w:ascii="Arial" w:hAnsi="Arial" w:cs="Arial"/>
          <w:lang w:val="hr-HR"/>
        </w:rPr>
        <w:t>EUR</w:t>
      </w:r>
      <w:r w:rsidRPr="00DC58C6">
        <w:rPr>
          <w:rFonts w:ascii="Arial" w:hAnsi="Arial" w:cs="Arial"/>
          <w:lang w:val="hr-HR"/>
        </w:rPr>
        <w:t xml:space="preserve"> te za nabavu radova procijenjene vrijednosti veće od 15.000,00 </w:t>
      </w:r>
      <w:r w:rsidR="008A096E">
        <w:rPr>
          <w:rFonts w:ascii="Arial" w:hAnsi="Arial" w:cs="Arial"/>
          <w:lang w:val="hr-HR"/>
        </w:rPr>
        <w:t xml:space="preserve">EUR </w:t>
      </w:r>
      <w:r w:rsidRPr="00DC58C6">
        <w:rPr>
          <w:rFonts w:ascii="Arial" w:hAnsi="Arial" w:cs="Arial"/>
          <w:lang w:val="hr-HR"/>
        </w:rPr>
        <w:t xml:space="preserve">do 45.000,00 </w:t>
      </w:r>
      <w:r w:rsidR="008A096E">
        <w:rPr>
          <w:rFonts w:ascii="Arial" w:hAnsi="Arial" w:cs="Arial"/>
          <w:lang w:val="hr-HR"/>
        </w:rPr>
        <w:t>EUR</w:t>
      </w:r>
      <w:r w:rsidRPr="00DC58C6">
        <w:rPr>
          <w:rFonts w:ascii="Arial" w:hAnsi="Arial" w:cs="Arial"/>
          <w:lang w:val="hr-HR"/>
        </w:rPr>
        <w:t>, Povjerenstvo provodi postupak jednostavne nabave putem modula jednostavne nabave u EOJN RH.</w:t>
      </w:r>
    </w:p>
    <w:p w14:paraId="2BD65B18" w14:textId="4E1F5CA9" w:rsidR="00076707" w:rsidRPr="00DC58C6" w:rsidRDefault="00076707" w:rsidP="009C285A">
      <w:pPr>
        <w:spacing w:line="240" w:lineRule="auto"/>
        <w:jc w:val="both"/>
        <w:rPr>
          <w:rFonts w:ascii="Arial" w:hAnsi="Arial" w:cs="Arial"/>
          <w:lang w:val="hr-HR"/>
        </w:rPr>
      </w:pPr>
      <w:r w:rsidRPr="00DC58C6">
        <w:rPr>
          <w:rFonts w:ascii="Arial" w:hAnsi="Arial" w:cs="Arial"/>
          <w:lang w:val="hr-HR"/>
        </w:rPr>
        <w:t xml:space="preserve">(2) Poziv na dostavu ponuda upućuje se putem modula jednostavne nabave u EOJN RH </w:t>
      </w:r>
      <w:r w:rsidR="00125317">
        <w:rPr>
          <w:rFonts w:ascii="Arial" w:hAnsi="Arial" w:cs="Arial"/>
          <w:lang w:val="hr-HR"/>
        </w:rPr>
        <w:t>u pravilu</w:t>
      </w:r>
      <w:r w:rsidRPr="00DC58C6">
        <w:rPr>
          <w:rFonts w:ascii="Arial" w:hAnsi="Arial" w:cs="Arial"/>
          <w:lang w:val="hr-HR"/>
        </w:rPr>
        <w:t xml:space="preserve"> jednom</w:t>
      </w:r>
      <w:r w:rsidR="00125317">
        <w:rPr>
          <w:rFonts w:ascii="Arial" w:hAnsi="Arial" w:cs="Arial"/>
          <w:lang w:val="hr-HR"/>
        </w:rPr>
        <w:t xml:space="preserve"> </w:t>
      </w:r>
      <w:r w:rsidRPr="00DC58C6">
        <w:rPr>
          <w:rFonts w:ascii="Arial" w:hAnsi="Arial" w:cs="Arial"/>
          <w:lang w:val="hr-HR"/>
        </w:rPr>
        <w:t>gospodarsk</w:t>
      </w:r>
      <w:r w:rsidR="00125317">
        <w:rPr>
          <w:rFonts w:ascii="Arial" w:hAnsi="Arial" w:cs="Arial"/>
          <w:lang w:val="hr-HR"/>
        </w:rPr>
        <w:t>om</w:t>
      </w:r>
      <w:r w:rsidRPr="00DC58C6">
        <w:rPr>
          <w:rFonts w:ascii="Arial" w:hAnsi="Arial" w:cs="Arial"/>
          <w:lang w:val="hr-HR"/>
        </w:rPr>
        <w:t xml:space="preserve"> subjekt</w:t>
      </w:r>
      <w:r w:rsidR="00125317">
        <w:rPr>
          <w:rFonts w:ascii="Arial" w:hAnsi="Arial" w:cs="Arial"/>
          <w:lang w:val="hr-HR"/>
        </w:rPr>
        <w:t>u</w:t>
      </w:r>
      <w:r w:rsidRPr="00DC58C6">
        <w:rPr>
          <w:rFonts w:ascii="Arial" w:hAnsi="Arial" w:cs="Arial"/>
          <w:lang w:val="hr-HR"/>
        </w:rPr>
        <w:t xml:space="preserve"> koji obavlja djelatnost povezanu s predmetom nabave.</w:t>
      </w:r>
    </w:p>
    <w:p w14:paraId="089089AF" w14:textId="7382A1C9" w:rsidR="002002F3" w:rsidRPr="00C80A49" w:rsidRDefault="00076707" w:rsidP="009C285A">
      <w:pPr>
        <w:spacing w:line="240" w:lineRule="auto"/>
        <w:jc w:val="both"/>
        <w:rPr>
          <w:rFonts w:ascii="Arial" w:hAnsi="Arial" w:cs="Arial"/>
          <w:lang w:val="hr-HR"/>
        </w:rPr>
      </w:pPr>
      <w:r w:rsidRPr="00DC58C6">
        <w:rPr>
          <w:rFonts w:ascii="Arial" w:hAnsi="Arial" w:cs="Arial"/>
          <w:lang w:val="hr-HR"/>
        </w:rPr>
        <w:t>(3) Povjerenstvo može</w:t>
      </w:r>
      <w:r w:rsidR="00BC4C9C">
        <w:rPr>
          <w:rFonts w:ascii="Arial" w:hAnsi="Arial" w:cs="Arial"/>
          <w:lang w:val="hr-HR"/>
        </w:rPr>
        <w:t xml:space="preserve"> </w:t>
      </w:r>
      <w:r w:rsidRPr="00DC58C6">
        <w:rPr>
          <w:rFonts w:ascii="Arial" w:hAnsi="Arial" w:cs="Arial"/>
          <w:lang w:val="hr-HR"/>
        </w:rPr>
        <w:t>odlučiti i o javnoj objavi poziva na dostavu ponuda u modulu jednostavne nabave u EOJN RH.</w:t>
      </w:r>
    </w:p>
    <w:p w14:paraId="0A5ABDDA" w14:textId="59C95ED4" w:rsidR="00F9522D" w:rsidRPr="00DC58C6" w:rsidRDefault="00F9522D" w:rsidP="009C285A">
      <w:pPr>
        <w:spacing w:line="240" w:lineRule="auto"/>
        <w:jc w:val="center"/>
        <w:rPr>
          <w:rFonts w:ascii="Arial" w:hAnsi="Arial" w:cs="Arial"/>
          <w:b/>
          <w:bCs/>
        </w:rPr>
      </w:pPr>
      <w:proofErr w:type="spellStart"/>
      <w:r w:rsidRPr="00DC58C6">
        <w:rPr>
          <w:rFonts w:ascii="Arial" w:hAnsi="Arial" w:cs="Arial"/>
          <w:b/>
          <w:bCs/>
        </w:rPr>
        <w:t>Članak</w:t>
      </w:r>
      <w:proofErr w:type="spellEnd"/>
      <w:r w:rsidRPr="00DC58C6">
        <w:rPr>
          <w:rFonts w:ascii="Arial" w:hAnsi="Arial" w:cs="Arial"/>
          <w:b/>
          <w:bCs/>
        </w:rPr>
        <w:t xml:space="preserve"> </w:t>
      </w:r>
      <w:r w:rsidR="00076707" w:rsidRPr="00DC58C6">
        <w:rPr>
          <w:rFonts w:ascii="Arial" w:hAnsi="Arial" w:cs="Arial"/>
          <w:b/>
          <w:bCs/>
        </w:rPr>
        <w:t>9</w:t>
      </w:r>
      <w:r w:rsidRPr="00DC58C6">
        <w:rPr>
          <w:rFonts w:ascii="Arial" w:hAnsi="Arial" w:cs="Arial"/>
          <w:b/>
          <w:bCs/>
        </w:rPr>
        <w:t>.</w:t>
      </w:r>
    </w:p>
    <w:p w14:paraId="56320280" w14:textId="300E711A" w:rsidR="00F9522D" w:rsidRPr="00DC58C6" w:rsidRDefault="00F9522D" w:rsidP="009C285A">
      <w:pPr>
        <w:spacing w:line="240" w:lineRule="auto"/>
        <w:jc w:val="both"/>
        <w:rPr>
          <w:rFonts w:ascii="Arial" w:hAnsi="Arial" w:cs="Arial"/>
        </w:rPr>
      </w:pPr>
      <w:r w:rsidRPr="00DC58C6">
        <w:rPr>
          <w:rFonts w:ascii="Arial" w:hAnsi="Arial" w:cs="Arial"/>
        </w:rPr>
        <w:t>(</w:t>
      </w:r>
      <w:r w:rsidR="0006117D" w:rsidRPr="00DC58C6">
        <w:rPr>
          <w:rFonts w:ascii="Arial" w:hAnsi="Arial" w:cs="Arial"/>
        </w:rPr>
        <w:t>1</w:t>
      </w:r>
      <w:r w:rsidRPr="00DC58C6">
        <w:rPr>
          <w:rFonts w:ascii="Arial" w:hAnsi="Arial" w:cs="Arial"/>
        </w:rPr>
        <w:t xml:space="preserve">) </w:t>
      </w:r>
      <w:proofErr w:type="spellStart"/>
      <w:r w:rsidRPr="00DC58C6">
        <w:rPr>
          <w:rFonts w:ascii="Arial" w:hAnsi="Arial" w:cs="Arial"/>
        </w:rPr>
        <w:t>Postupak</w:t>
      </w:r>
      <w:proofErr w:type="spellEnd"/>
      <w:r w:rsidRPr="00DC58C6">
        <w:rPr>
          <w:rFonts w:ascii="Arial" w:hAnsi="Arial" w:cs="Arial"/>
        </w:rPr>
        <w:t xml:space="preserve"> </w:t>
      </w:r>
      <w:proofErr w:type="spellStart"/>
      <w:r w:rsidRPr="00DC58C6">
        <w:rPr>
          <w:rFonts w:ascii="Arial" w:hAnsi="Arial" w:cs="Arial"/>
        </w:rPr>
        <w:t>nabave</w:t>
      </w:r>
      <w:proofErr w:type="spellEnd"/>
      <w:r w:rsidRPr="00DC58C6">
        <w:rPr>
          <w:rFonts w:ascii="Arial" w:hAnsi="Arial" w:cs="Arial"/>
        </w:rPr>
        <w:t xml:space="preserve"> </w:t>
      </w:r>
      <w:proofErr w:type="spellStart"/>
      <w:r w:rsidRPr="00DC58C6">
        <w:rPr>
          <w:rFonts w:ascii="Arial" w:hAnsi="Arial" w:cs="Arial"/>
        </w:rPr>
        <w:t>roba</w:t>
      </w:r>
      <w:proofErr w:type="spellEnd"/>
      <w:r w:rsidRPr="00DC58C6">
        <w:rPr>
          <w:rFonts w:ascii="Arial" w:hAnsi="Arial" w:cs="Arial"/>
        </w:rPr>
        <w:t xml:space="preserve">, </w:t>
      </w:r>
      <w:proofErr w:type="spellStart"/>
      <w:r w:rsidRPr="00DC58C6">
        <w:rPr>
          <w:rFonts w:ascii="Arial" w:hAnsi="Arial" w:cs="Arial"/>
        </w:rPr>
        <w:t>usluga</w:t>
      </w:r>
      <w:proofErr w:type="spellEnd"/>
      <w:r w:rsidRPr="00DC58C6">
        <w:rPr>
          <w:rFonts w:ascii="Arial" w:hAnsi="Arial" w:cs="Arial"/>
        </w:rPr>
        <w:t xml:space="preserve"> i </w:t>
      </w:r>
      <w:proofErr w:type="spellStart"/>
      <w:r w:rsidRPr="00DC58C6">
        <w:rPr>
          <w:rFonts w:ascii="Arial" w:hAnsi="Arial" w:cs="Arial"/>
        </w:rPr>
        <w:t>radova</w:t>
      </w:r>
      <w:proofErr w:type="spellEnd"/>
      <w:r w:rsidRPr="00DC58C6">
        <w:rPr>
          <w:rFonts w:ascii="Arial" w:hAnsi="Arial" w:cs="Arial"/>
        </w:rPr>
        <w:t xml:space="preserve"> </w:t>
      </w:r>
      <w:proofErr w:type="spellStart"/>
      <w:r w:rsidRPr="00DC58C6">
        <w:rPr>
          <w:rFonts w:ascii="Arial" w:hAnsi="Arial" w:cs="Arial"/>
        </w:rPr>
        <w:t>procijenjene</w:t>
      </w:r>
      <w:proofErr w:type="spellEnd"/>
      <w:r w:rsidRPr="00DC58C6">
        <w:rPr>
          <w:rFonts w:ascii="Arial" w:hAnsi="Arial" w:cs="Arial"/>
        </w:rPr>
        <w:t xml:space="preserve"> </w:t>
      </w:r>
      <w:proofErr w:type="spellStart"/>
      <w:r w:rsidRPr="00DC58C6">
        <w:rPr>
          <w:rFonts w:ascii="Arial" w:hAnsi="Arial" w:cs="Arial"/>
        </w:rPr>
        <w:t>vrijednosti</w:t>
      </w:r>
      <w:proofErr w:type="spellEnd"/>
      <w:r w:rsidRPr="00DC58C6">
        <w:rPr>
          <w:rFonts w:ascii="Arial" w:hAnsi="Arial" w:cs="Arial"/>
        </w:rPr>
        <w:t xml:space="preserve"> </w:t>
      </w:r>
      <w:proofErr w:type="spellStart"/>
      <w:r w:rsidRPr="00DC58C6">
        <w:rPr>
          <w:rFonts w:ascii="Arial" w:hAnsi="Arial" w:cs="Arial"/>
        </w:rPr>
        <w:t>veće</w:t>
      </w:r>
      <w:proofErr w:type="spellEnd"/>
      <w:r w:rsidRPr="00DC58C6">
        <w:rPr>
          <w:rFonts w:ascii="Arial" w:hAnsi="Arial" w:cs="Arial"/>
        </w:rPr>
        <w:t xml:space="preserve"> od 15.000,00 </w:t>
      </w:r>
      <w:r w:rsidR="008A096E">
        <w:rPr>
          <w:rFonts w:ascii="Arial" w:hAnsi="Arial" w:cs="Arial"/>
        </w:rPr>
        <w:t xml:space="preserve">EUR </w:t>
      </w:r>
      <w:proofErr w:type="spellStart"/>
      <w:r w:rsidRPr="00DC58C6">
        <w:rPr>
          <w:rFonts w:ascii="Arial" w:hAnsi="Arial" w:cs="Arial"/>
        </w:rPr>
        <w:t>započinje</w:t>
      </w:r>
      <w:proofErr w:type="spellEnd"/>
      <w:r w:rsidRPr="00DC58C6">
        <w:rPr>
          <w:rFonts w:ascii="Arial" w:hAnsi="Arial" w:cs="Arial"/>
        </w:rPr>
        <w:t xml:space="preserve"> </w:t>
      </w:r>
      <w:proofErr w:type="spellStart"/>
      <w:r w:rsidRPr="00DC58C6">
        <w:rPr>
          <w:rFonts w:ascii="Arial" w:hAnsi="Arial" w:cs="Arial"/>
        </w:rPr>
        <w:t>donošenjem</w:t>
      </w:r>
      <w:proofErr w:type="spellEnd"/>
      <w:r w:rsidRPr="00DC58C6">
        <w:rPr>
          <w:rFonts w:ascii="Arial" w:hAnsi="Arial" w:cs="Arial"/>
        </w:rPr>
        <w:t xml:space="preserve"> </w:t>
      </w:r>
      <w:proofErr w:type="spellStart"/>
      <w:r w:rsidRPr="00DC58C6">
        <w:rPr>
          <w:rFonts w:ascii="Arial" w:hAnsi="Arial" w:cs="Arial"/>
        </w:rPr>
        <w:t>odluke</w:t>
      </w:r>
      <w:proofErr w:type="spellEnd"/>
      <w:r w:rsidRPr="00DC58C6">
        <w:rPr>
          <w:rFonts w:ascii="Arial" w:hAnsi="Arial" w:cs="Arial"/>
        </w:rPr>
        <w:t xml:space="preserve"> o </w:t>
      </w:r>
      <w:proofErr w:type="spellStart"/>
      <w:r w:rsidRPr="00DC58C6">
        <w:rPr>
          <w:rFonts w:ascii="Arial" w:hAnsi="Arial" w:cs="Arial"/>
        </w:rPr>
        <w:t>početku</w:t>
      </w:r>
      <w:proofErr w:type="spellEnd"/>
      <w:r w:rsidRPr="00DC58C6">
        <w:rPr>
          <w:rFonts w:ascii="Arial" w:hAnsi="Arial" w:cs="Arial"/>
        </w:rPr>
        <w:t xml:space="preserve"> </w:t>
      </w:r>
      <w:proofErr w:type="spellStart"/>
      <w:r w:rsidRPr="00DC58C6">
        <w:rPr>
          <w:rFonts w:ascii="Arial" w:hAnsi="Arial" w:cs="Arial"/>
        </w:rPr>
        <w:t>postupka</w:t>
      </w:r>
      <w:proofErr w:type="spellEnd"/>
      <w:r w:rsidRPr="00DC58C6">
        <w:rPr>
          <w:rFonts w:ascii="Arial" w:hAnsi="Arial" w:cs="Arial"/>
        </w:rPr>
        <w:t xml:space="preserve"> </w:t>
      </w:r>
      <w:proofErr w:type="spellStart"/>
      <w:r w:rsidRPr="00DC58C6">
        <w:rPr>
          <w:rFonts w:ascii="Arial" w:hAnsi="Arial" w:cs="Arial"/>
        </w:rPr>
        <w:t>nabave</w:t>
      </w:r>
      <w:proofErr w:type="spellEnd"/>
      <w:r w:rsidRPr="00DC58C6">
        <w:rPr>
          <w:rFonts w:ascii="Arial" w:hAnsi="Arial" w:cs="Arial"/>
        </w:rPr>
        <w:t xml:space="preserve">. </w:t>
      </w:r>
    </w:p>
    <w:p w14:paraId="5796CC14" w14:textId="752C3D59" w:rsidR="00F9522D" w:rsidRPr="00DC58C6" w:rsidRDefault="00F9522D" w:rsidP="009C285A">
      <w:pPr>
        <w:spacing w:line="240" w:lineRule="auto"/>
        <w:jc w:val="both"/>
        <w:rPr>
          <w:rFonts w:ascii="Arial" w:hAnsi="Arial" w:cs="Arial"/>
        </w:rPr>
      </w:pPr>
      <w:r w:rsidRPr="00DC58C6">
        <w:rPr>
          <w:rFonts w:ascii="Arial" w:hAnsi="Arial" w:cs="Arial"/>
        </w:rPr>
        <w:t>(</w:t>
      </w:r>
      <w:r w:rsidR="0006117D" w:rsidRPr="00DC58C6">
        <w:rPr>
          <w:rFonts w:ascii="Arial" w:hAnsi="Arial" w:cs="Arial"/>
        </w:rPr>
        <w:t>2</w:t>
      </w:r>
      <w:r w:rsidRPr="00DC58C6">
        <w:rPr>
          <w:rFonts w:ascii="Arial" w:hAnsi="Arial" w:cs="Arial"/>
        </w:rPr>
        <w:t xml:space="preserve">) </w:t>
      </w:r>
      <w:proofErr w:type="spellStart"/>
      <w:r w:rsidRPr="00DC58C6">
        <w:rPr>
          <w:rFonts w:ascii="Arial" w:hAnsi="Arial" w:cs="Arial"/>
        </w:rPr>
        <w:t>Odluku</w:t>
      </w:r>
      <w:proofErr w:type="spellEnd"/>
      <w:r w:rsidRPr="00DC58C6">
        <w:rPr>
          <w:rFonts w:ascii="Arial" w:hAnsi="Arial" w:cs="Arial"/>
        </w:rPr>
        <w:t xml:space="preserve"> o </w:t>
      </w:r>
      <w:proofErr w:type="spellStart"/>
      <w:r w:rsidRPr="00DC58C6">
        <w:rPr>
          <w:rFonts w:ascii="Arial" w:hAnsi="Arial" w:cs="Arial"/>
        </w:rPr>
        <w:t>početku</w:t>
      </w:r>
      <w:proofErr w:type="spellEnd"/>
      <w:r w:rsidRPr="00DC58C6">
        <w:rPr>
          <w:rFonts w:ascii="Arial" w:hAnsi="Arial" w:cs="Arial"/>
        </w:rPr>
        <w:t xml:space="preserve"> </w:t>
      </w:r>
      <w:proofErr w:type="spellStart"/>
      <w:r w:rsidRPr="00DC58C6">
        <w:rPr>
          <w:rFonts w:ascii="Arial" w:hAnsi="Arial" w:cs="Arial"/>
        </w:rPr>
        <w:t>postupka</w:t>
      </w:r>
      <w:proofErr w:type="spellEnd"/>
      <w:r w:rsidRPr="00DC58C6">
        <w:rPr>
          <w:rFonts w:ascii="Arial" w:hAnsi="Arial" w:cs="Arial"/>
        </w:rPr>
        <w:t xml:space="preserve"> </w:t>
      </w:r>
      <w:proofErr w:type="spellStart"/>
      <w:r w:rsidRPr="00DC58C6">
        <w:rPr>
          <w:rFonts w:ascii="Arial" w:hAnsi="Arial" w:cs="Arial"/>
        </w:rPr>
        <w:t>nabave</w:t>
      </w:r>
      <w:proofErr w:type="spellEnd"/>
      <w:r w:rsidRPr="00DC58C6">
        <w:rPr>
          <w:rFonts w:ascii="Arial" w:hAnsi="Arial" w:cs="Arial"/>
        </w:rPr>
        <w:t xml:space="preserve"> </w:t>
      </w:r>
      <w:proofErr w:type="spellStart"/>
      <w:r w:rsidRPr="00DC58C6">
        <w:rPr>
          <w:rFonts w:ascii="Arial" w:hAnsi="Arial" w:cs="Arial"/>
        </w:rPr>
        <w:t>donosi</w:t>
      </w:r>
      <w:proofErr w:type="spellEnd"/>
      <w:r w:rsidRPr="00DC58C6">
        <w:rPr>
          <w:rFonts w:ascii="Arial" w:hAnsi="Arial" w:cs="Arial"/>
        </w:rPr>
        <w:t xml:space="preserve"> </w:t>
      </w:r>
      <w:proofErr w:type="spellStart"/>
      <w:r w:rsidR="00BC4C9C">
        <w:rPr>
          <w:rFonts w:ascii="Arial" w:hAnsi="Arial" w:cs="Arial"/>
        </w:rPr>
        <w:t>dekan</w:t>
      </w:r>
      <w:proofErr w:type="spellEnd"/>
      <w:r w:rsidRPr="00DC58C6">
        <w:rPr>
          <w:rFonts w:ascii="Arial" w:hAnsi="Arial" w:cs="Arial"/>
        </w:rPr>
        <w:t xml:space="preserve">. </w:t>
      </w:r>
    </w:p>
    <w:p w14:paraId="6EFBEFD9" w14:textId="463F7295" w:rsidR="00F400E8" w:rsidRPr="009F6EDB" w:rsidRDefault="00F9522D" w:rsidP="009F6EDB">
      <w:pPr>
        <w:spacing w:line="240" w:lineRule="auto"/>
        <w:jc w:val="both"/>
        <w:rPr>
          <w:rFonts w:ascii="Arial" w:hAnsi="Arial" w:cs="Arial"/>
        </w:rPr>
      </w:pPr>
      <w:r w:rsidRPr="00DC58C6">
        <w:rPr>
          <w:rFonts w:ascii="Arial" w:hAnsi="Arial" w:cs="Arial"/>
        </w:rPr>
        <w:t>(</w:t>
      </w:r>
      <w:r w:rsidR="0006117D" w:rsidRPr="00DC58C6">
        <w:rPr>
          <w:rFonts w:ascii="Arial" w:hAnsi="Arial" w:cs="Arial"/>
        </w:rPr>
        <w:t>3</w:t>
      </w:r>
      <w:r w:rsidRPr="00DC58C6">
        <w:rPr>
          <w:rFonts w:ascii="Arial" w:hAnsi="Arial" w:cs="Arial"/>
        </w:rPr>
        <w:t xml:space="preserve">) </w:t>
      </w:r>
      <w:proofErr w:type="spellStart"/>
      <w:r w:rsidRPr="00DC58C6">
        <w:rPr>
          <w:rFonts w:ascii="Arial" w:hAnsi="Arial" w:cs="Arial"/>
        </w:rPr>
        <w:t>Odluka</w:t>
      </w:r>
      <w:proofErr w:type="spellEnd"/>
      <w:r w:rsidRPr="00DC58C6">
        <w:rPr>
          <w:rFonts w:ascii="Arial" w:hAnsi="Arial" w:cs="Arial"/>
        </w:rPr>
        <w:t xml:space="preserve"> o </w:t>
      </w:r>
      <w:proofErr w:type="spellStart"/>
      <w:r w:rsidRPr="00DC58C6">
        <w:rPr>
          <w:rFonts w:ascii="Arial" w:hAnsi="Arial" w:cs="Arial"/>
        </w:rPr>
        <w:t>početku</w:t>
      </w:r>
      <w:proofErr w:type="spellEnd"/>
      <w:r w:rsidRPr="00DC58C6">
        <w:rPr>
          <w:rFonts w:ascii="Arial" w:hAnsi="Arial" w:cs="Arial"/>
        </w:rPr>
        <w:t xml:space="preserve"> </w:t>
      </w:r>
      <w:proofErr w:type="spellStart"/>
      <w:r w:rsidRPr="00DC58C6">
        <w:rPr>
          <w:rFonts w:ascii="Arial" w:hAnsi="Arial" w:cs="Arial"/>
        </w:rPr>
        <w:t>postupka</w:t>
      </w:r>
      <w:proofErr w:type="spellEnd"/>
      <w:r w:rsidRPr="00DC58C6">
        <w:rPr>
          <w:rFonts w:ascii="Arial" w:hAnsi="Arial" w:cs="Arial"/>
        </w:rPr>
        <w:t xml:space="preserve"> </w:t>
      </w:r>
      <w:proofErr w:type="spellStart"/>
      <w:r w:rsidRPr="00DC58C6">
        <w:rPr>
          <w:rFonts w:ascii="Arial" w:hAnsi="Arial" w:cs="Arial"/>
        </w:rPr>
        <w:t>nabave</w:t>
      </w:r>
      <w:proofErr w:type="spellEnd"/>
      <w:r w:rsidRPr="00DC58C6">
        <w:rPr>
          <w:rFonts w:ascii="Arial" w:hAnsi="Arial" w:cs="Arial"/>
        </w:rPr>
        <w:t xml:space="preserve"> </w:t>
      </w:r>
      <w:proofErr w:type="spellStart"/>
      <w:r w:rsidRPr="00DC58C6">
        <w:rPr>
          <w:rFonts w:ascii="Arial" w:hAnsi="Arial" w:cs="Arial"/>
        </w:rPr>
        <w:t>sadrži</w:t>
      </w:r>
      <w:proofErr w:type="spellEnd"/>
      <w:r w:rsidRPr="00DC58C6">
        <w:rPr>
          <w:rFonts w:ascii="Arial" w:hAnsi="Arial" w:cs="Arial"/>
        </w:rPr>
        <w:t xml:space="preserve"> </w:t>
      </w:r>
      <w:proofErr w:type="spellStart"/>
      <w:r w:rsidRPr="00DC58C6">
        <w:rPr>
          <w:rFonts w:ascii="Arial" w:hAnsi="Arial" w:cs="Arial"/>
        </w:rPr>
        <w:t>najmanje</w:t>
      </w:r>
      <w:proofErr w:type="spellEnd"/>
      <w:r w:rsidRPr="00DC58C6">
        <w:rPr>
          <w:rFonts w:ascii="Arial" w:hAnsi="Arial" w:cs="Arial"/>
        </w:rPr>
        <w:t xml:space="preserve"> </w:t>
      </w:r>
      <w:proofErr w:type="spellStart"/>
      <w:r w:rsidRPr="00DC58C6">
        <w:rPr>
          <w:rFonts w:ascii="Arial" w:hAnsi="Arial" w:cs="Arial"/>
        </w:rPr>
        <w:t>odredbe</w:t>
      </w:r>
      <w:proofErr w:type="spellEnd"/>
      <w:r w:rsidRPr="00DC58C6">
        <w:rPr>
          <w:rFonts w:ascii="Arial" w:hAnsi="Arial" w:cs="Arial"/>
        </w:rPr>
        <w:t xml:space="preserve"> o </w:t>
      </w:r>
      <w:proofErr w:type="spellStart"/>
      <w:r w:rsidRPr="00DC58C6">
        <w:rPr>
          <w:rFonts w:ascii="Arial" w:hAnsi="Arial" w:cs="Arial"/>
        </w:rPr>
        <w:t>predmetu</w:t>
      </w:r>
      <w:proofErr w:type="spellEnd"/>
      <w:r w:rsidRPr="00DC58C6">
        <w:rPr>
          <w:rFonts w:ascii="Arial" w:hAnsi="Arial" w:cs="Arial"/>
        </w:rPr>
        <w:t xml:space="preserve"> </w:t>
      </w:r>
      <w:proofErr w:type="spellStart"/>
      <w:r w:rsidRPr="00DC58C6">
        <w:rPr>
          <w:rFonts w:ascii="Arial" w:hAnsi="Arial" w:cs="Arial"/>
        </w:rPr>
        <w:t>nabave</w:t>
      </w:r>
      <w:proofErr w:type="spellEnd"/>
      <w:r w:rsidRPr="00DC58C6">
        <w:rPr>
          <w:rFonts w:ascii="Arial" w:hAnsi="Arial" w:cs="Arial"/>
        </w:rPr>
        <w:t xml:space="preserve"> i </w:t>
      </w:r>
      <w:proofErr w:type="spellStart"/>
      <w:r w:rsidRPr="00DC58C6">
        <w:rPr>
          <w:rFonts w:ascii="Arial" w:hAnsi="Arial" w:cs="Arial"/>
        </w:rPr>
        <w:t>procijenjenoj</w:t>
      </w:r>
      <w:proofErr w:type="spellEnd"/>
      <w:r w:rsidRPr="00DC58C6">
        <w:rPr>
          <w:rFonts w:ascii="Arial" w:hAnsi="Arial" w:cs="Arial"/>
        </w:rPr>
        <w:t xml:space="preserve"> </w:t>
      </w:r>
      <w:proofErr w:type="spellStart"/>
      <w:r w:rsidRPr="00DC58C6">
        <w:rPr>
          <w:rFonts w:ascii="Arial" w:hAnsi="Arial" w:cs="Arial"/>
        </w:rPr>
        <w:t>vrijednosti</w:t>
      </w:r>
      <w:proofErr w:type="spellEnd"/>
      <w:r w:rsidRPr="00DC58C6">
        <w:rPr>
          <w:rFonts w:ascii="Arial" w:hAnsi="Arial" w:cs="Arial"/>
        </w:rPr>
        <w:t xml:space="preserve"> </w:t>
      </w:r>
      <w:proofErr w:type="spellStart"/>
      <w:r w:rsidRPr="00DC58C6">
        <w:rPr>
          <w:rFonts w:ascii="Arial" w:hAnsi="Arial" w:cs="Arial"/>
        </w:rPr>
        <w:t>nabave</w:t>
      </w:r>
      <w:proofErr w:type="spellEnd"/>
      <w:r w:rsidRPr="00DC58C6">
        <w:rPr>
          <w:rFonts w:ascii="Arial" w:hAnsi="Arial" w:cs="Arial"/>
        </w:rPr>
        <w:t xml:space="preserve">, </w:t>
      </w:r>
      <w:proofErr w:type="spellStart"/>
      <w:r w:rsidR="00076707" w:rsidRPr="00DC58C6">
        <w:rPr>
          <w:rFonts w:ascii="Arial" w:hAnsi="Arial" w:cs="Arial"/>
        </w:rPr>
        <w:t>te</w:t>
      </w:r>
      <w:proofErr w:type="spellEnd"/>
      <w:r w:rsidR="009C285A">
        <w:rPr>
          <w:rFonts w:ascii="Arial" w:hAnsi="Arial" w:cs="Arial"/>
        </w:rPr>
        <w:t xml:space="preserve">, </w:t>
      </w:r>
      <w:proofErr w:type="spellStart"/>
      <w:r w:rsidR="009C285A">
        <w:rPr>
          <w:rFonts w:ascii="Arial" w:hAnsi="Arial" w:cs="Arial"/>
        </w:rPr>
        <w:t>a</w:t>
      </w:r>
      <w:r w:rsidR="00076707" w:rsidRPr="00DC58C6">
        <w:rPr>
          <w:rFonts w:ascii="Arial" w:hAnsi="Arial" w:cs="Arial"/>
        </w:rPr>
        <w:t>ko</w:t>
      </w:r>
      <w:proofErr w:type="spellEnd"/>
      <w:r w:rsidR="00076707" w:rsidRPr="00DC58C6">
        <w:rPr>
          <w:rFonts w:ascii="Arial" w:hAnsi="Arial" w:cs="Arial"/>
        </w:rPr>
        <w:t xml:space="preserve"> je </w:t>
      </w:r>
      <w:proofErr w:type="spellStart"/>
      <w:r w:rsidR="00076707" w:rsidRPr="00DC58C6">
        <w:rPr>
          <w:rFonts w:ascii="Arial" w:hAnsi="Arial" w:cs="Arial"/>
        </w:rPr>
        <w:t>primjenjivo</w:t>
      </w:r>
      <w:proofErr w:type="spellEnd"/>
      <w:r w:rsidR="00076707" w:rsidRPr="00DC58C6">
        <w:rPr>
          <w:rFonts w:ascii="Arial" w:hAnsi="Arial" w:cs="Arial"/>
        </w:rPr>
        <w:t>,</w:t>
      </w:r>
      <w:r w:rsidRPr="00DC58C6">
        <w:rPr>
          <w:rFonts w:ascii="Arial" w:hAnsi="Arial" w:cs="Arial"/>
        </w:rPr>
        <w:t xml:space="preserve"> </w:t>
      </w:r>
      <w:proofErr w:type="spellStart"/>
      <w:r w:rsidRPr="00DC58C6">
        <w:rPr>
          <w:rFonts w:ascii="Arial" w:hAnsi="Arial" w:cs="Arial"/>
        </w:rPr>
        <w:t>naziv</w:t>
      </w:r>
      <w:proofErr w:type="spellEnd"/>
      <w:r w:rsidRPr="00DC58C6">
        <w:rPr>
          <w:rFonts w:ascii="Arial" w:hAnsi="Arial" w:cs="Arial"/>
        </w:rPr>
        <w:t xml:space="preserve"> i </w:t>
      </w:r>
      <w:proofErr w:type="spellStart"/>
      <w:r w:rsidRPr="00DC58C6">
        <w:rPr>
          <w:rFonts w:ascii="Arial" w:hAnsi="Arial" w:cs="Arial"/>
        </w:rPr>
        <w:t>sjedište</w:t>
      </w:r>
      <w:proofErr w:type="spellEnd"/>
      <w:r w:rsidRPr="00DC58C6">
        <w:rPr>
          <w:rFonts w:ascii="Arial" w:hAnsi="Arial" w:cs="Arial"/>
        </w:rPr>
        <w:t xml:space="preserve"> </w:t>
      </w:r>
      <w:proofErr w:type="spellStart"/>
      <w:r w:rsidRPr="00DC58C6">
        <w:rPr>
          <w:rFonts w:ascii="Arial" w:hAnsi="Arial" w:cs="Arial"/>
        </w:rPr>
        <w:t>gospodarskih</w:t>
      </w:r>
      <w:proofErr w:type="spellEnd"/>
      <w:r w:rsidRPr="00DC58C6">
        <w:rPr>
          <w:rFonts w:ascii="Arial" w:hAnsi="Arial" w:cs="Arial"/>
        </w:rPr>
        <w:t xml:space="preserve"> </w:t>
      </w:r>
      <w:proofErr w:type="spellStart"/>
      <w:r w:rsidRPr="00DC58C6">
        <w:rPr>
          <w:rFonts w:ascii="Arial" w:hAnsi="Arial" w:cs="Arial"/>
        </w:rPr>
        <w:t>subjekata</w:t>
      </w:r>
      <w:proofErr w:type="spellEnd"/>
      <w:r w:rsidRPr="00DC58C6">
        <w:rPr>
          <w:rFonts w:ascii="Arial" w:hAnsi="Arial" w:cs="Arial"/>
        </w:rPr>
        <w:t xml:space="preserve"> </w:t>
      </w:r>
      <w:proofErr w:type="spellStart"/>
      <w:r w:rsidRPr="00DC58C6">
        <w:rPr>
          <w:rFonts w:ascii="Arial" w:hAnsi="Arial" w:cs="Arial"/>
        </w:rPr>
        <w:t>koj</w:t>
      </w:r>
      <w:r w:rsidR="00076707" w:rsidRPr="00DC58C6">
        <w:rPr>
          <w:rFonts w:ascii="Arial" w:hAnsi="Arial" w:cs="Arial"/>
        </w:rPr>
        <w:t>ima</w:t>
      </w:r>
      <w:proofErr w:type="spellEnd"/>
      <w:r w:rsidRPr="00DC58C6">
        <w:rPr>
          <w:rFonts w:ascii="Arial" w:hAnsi="Arial" w:cs="Arial"/>
        </w:rPr>
        <w:t xml:space="preserve"> se </w:t>
      </w:r>
      <w:proofErr w:type="spellStart"/>
      <w:r w:rsidRPr="00DC58C6">
        <w:rPr>
          <w:rFonts w:ascii="Arial" w:hAnsi="Arial" w:cs="Arial"/>
        </w:rPr>
        <w:t>upućuje</w:t>
      </w:r>
      <w:proofErr w:type="spellEnd"/>
      <w:r w:rsidRPr="00DC58C6">
        <w:rPr>
          <w:rFonts w:ascii="Arial" w:hAnsi="Arial" w:cs="Arial"/>
        </w:rPr>
        <w:t xml:space="preserve"> </w:t>
      </w:r>
      <w:proofErr w:type="spellStart"/>
      <w:r w:rsidRPr="00DC58C6">
        <w:rPr>
          <w:rFonts w:ascii="Arial" w:hAnsi="Arial" w:cs="Arial"/>
        </w:rPr>
        <w:t>poziv</w:t>
      </w:r>
      <w:proofErr w:type="spellEnd"/>
      <w:r w:rsidRPr="00DC58C6">
        <w:rPr>
          <w:rFonts w:ascii="Arial" w:hAnsi="Arial" w:cs="Arial"/>
        </w:rPr>
        <w:t xml:space="preserve"> </w:t>
      </w:r>
      <w:proofErr w:type="spellStart"/>
      <w:r w:rsidRPr="00DC58C6">
        <w:rPr>
          <w:rFonts w:ascii="Arial" w:hAnsi="Arial" w:cs="Arial"/>
        </w:rPr>
        <w:t>na</w:t>
      </w:r>
      <w:proofErr w:type="spellEnd"/>
      <w:r w:rsidRPr="00DC58C6">
        <w:rPr>
          <w:rFonts w:ascii="Arial" w:hAnsi="Arial" w:cs="Arial"/>
        </w:rPr>
        <w:t xml:space="preserve"> </w:t>
      </w:r>
      <w:proofErr w:type="spellStart"/>
      <w:r w:rsidRPr="00DC58C6">
        <w:rPr>
          <w:rFonts w:ascii="Arial" w:hAnsi="Arial" w:cs="Arial"/>
        </w:rPr>
        <w:t>dostavu</w:t>
      </w:r>
      <w:proofErr w:type="spellEnd"/>
      <w:r w:rsidRPr="00DC58C6">
        <w:rPr>
          <w:rFonts w:ascii="Arial" w:hAnsi="Arial" w:cs="Arial"/>
        </w:rPr>
        <w:t xml:space="preserve"> </w:t>
      </w:r>
      <w:proofErr w:type="spellStart"/>
      <w:r w:rsidRPr="00DC58C6">
        <w:rPr>
          <w:rFonts w:ascii="Arial" w:hAnsi="Arial" w:cs="Arial"/>
        </w:rPr>
        <w:t>ponud</w:t>
      </w:r>
      <w:r w:rsidR="00076707" w:rsidRPr="00DC58C6">
        <w:rPr>
          <w:rFonts w:ascii="Arial" w:hAnsi="Arial" w:cs="Arial"/>
        </w:rPr>
        <w:t>a</w:t>
      </w:r>
      <w:proofErr w:type="spellEnd"/>
      <w:r w:rsidRPr="00DC58C6">
        <w:rPr>
          <w:rFonts w:ascii="Arial" w:hAnsi="Arial" w:cs="Arial"/>
        </w:rPr>
        <w:t xml:space="preserve">. </w:t>
      </w:r>
    </w:p>
    <w:p w14:paraId="4268B9A9" w14:textId="2E9D98CE" w:rsidR="00F9522D" w:rsidRPr="00DC58C6" w:rsidRDefault="00F9522D" w:rsidP="009C285A">
      <w:pPr>
        <w:spacing w:line="240" w:lineRule="auto"/>
        <w:jc w:val="center"/>
        <w:rPr>
          <w:rFonts w:ascii="Arial" w:hAnsi="Arial" w:cs="Arial"/>
          <w:b/>
          <w:bCs/>
        </w:rPr>
      </w:pPr>
      <w:proofErr w:type="spellStart"/>
      <w:r w:rsidRPr="00DC58C6">
        <w:rPr>
          <w:rFonts w:ascii="Arial" w:hAnsi="Arial" w:cs="Arial"/>
          <w:b/>
          <w:bCs/>
        </w:rPr>
        <w:lastRenderedPageBreak/>
        <w:t>Članak</w:t>
      </w:r>
      <w:proofErr w:type="spellEnd"/>
      <w:r w:rsidRPr="00DC58C6">
        <w:rPr>
          <w:rFonts w:ascii="Arial" w:hAnsi="Arial" w:cs="Arial"/>
          <w:b/>
          <w:bCs/>
        </w:rPr>
        <w:t xml:space="preserve"> 1</w:t>
      </w:r>
      <w:r w:rsidR="00076707" w:rsidRPr="00DC58C6">
        <w:rPr>
          <w:rFonts w:ascii="Arial" w:hAnsi="Arial" w:cs="Arial"/>
          <w:b/>
          <w:bCs/>
        </w:rPr>
        <w:t>0</w:t>
      </w:r>
      <w:r w:rsidRPr="00DC58C6">
        <w:rPr>
          <w:rFonts w:ascii="Arial" w:hAnsi="Arial" w:cs="Arial"/>
          <w:b/>
          <w:bCs/>
        </w:rPr>
        <w:t>.</w:t>
      </w:r>
    </w:p>
    <w:p w14:paraId="46A756B2" w14:textId="64E8F402" w:rsidR="00F9522D" w:rsidRPr="0039566C" w:rsidRDefault="00F9522D" w:rsidP="009C285A">
      <w:pPr>
        <w:spacing w:line="240" w:lineRule="auto"/>
        <w:jc w:val="both"/>
        <w:rPr>
          <w:rFonts w:ascii="Arial" w:hAnsi="Arial" w:cs="Arial"/>
        </w:rPr>
      </w:pPr>
      <w:r w:rsidRPr="00DC58C6">
        <w:rPr>
          <w:rFonts w:ascii="Arial" w:hAnsi="Arial" w:cs="Arial"/>
        </w:rPr>
        <w:t xml:space="preserve">(1) U </w:t>
      </w:r>
      <w:proofErr w:type="spellStart"/>
      <w:r w:rsidRPr="00DC58C6">
        <w:rPr>
          <w:rFonts w:ascii="Arial" w:hAnsi="Arial" w:cs="Arial"/>
        </w:rPr>
        <w:t>odluci</w:t>
      </w:r>
      <w:proofErr w:type="spellEnd"/>
      <w:r w:rsidRPr="00DC58C6">
        <w:rPr>
          <w:rFonts w:ascii="Arial" w:hAnsi="Arial" w:cs="Arial"/>
        </w:rPr>
        <w:t xml:space="preserve"> o </w:t>
      </w:r>
      <w:proofErr w:type="spellStart"/>
      <w:r w:rsidRPr="00DC58C6">
        <w:rPr>
          <w:rFonts w:ascii="Arial" w:hAnsi="Arial" w:cs="Arial"/>
        </w:rPr>
        <w:t>početku</w:t>
      </w:r>
      <w:proofErr w:type="spellEnd"/>
      <w:r w:rsidRPr="00DC58C6">
        <w:rPr>
          <w:rFonts w:ascii="Arial" w:hAnsi="Arial" w:cs="Arial"/>
        </w:rPr>
        <w:t xml:space="preserve"> </w:t>
      </w:r>
      <w:proofErr w:type="spellStart"/>
      <w:r w:rsidRPr="00DC58C6">
        <w:rPr>
          <w:rFonts w:ascii="Arial" w:hAnsi="Arial" w:cs="Arial"/>
        </w:rPr>
        <w:t>postupka</w:t>
      </w:r>
      <w:proofErr w:type="spellEnd"/>
      <w:r w:rsidRPr="00DC58C6">
        <w:rPr>
          <w:rFonts w:ascii="Arial" w:hAnsi="Arial" w:cs="Arial"/>
        </w:rPr>
        <w:t xml:space="preserve"> </w:t>
      </w:r>
      <w:proofErr w:type="spellStart"/>
      <w:r w:rsidRPr="00DC58C6">
        <w:rPr>
          <w:rFonts w:ascii="Arial" w:hAnsi="Arial" w:cs="Arial"/>
        </w:rPr>
        <w:t>nabave</w:t>
      </w:r>
      <w:proofErr w:type="spellEnd"/>
      <w:r w:rsidRPr="00DC58C6">
        <w:rPr>
          <w:rFonts w:ascii="Arial" w:hAnsi="Arial" w:cs="Arial"/>
        </w:rPr>
        <w:t xml:space="preserve"> </w:t>
      </w:r>
      <w:proofErr w:type="spellStart"/>
      <w:r w:rsidRPr="00DC58C6">
        <w:rPr>
          <w:rFonts w:ascii="Arial" w:hAnsi="Arial" w:cs="Arial"/>
        </w:rPr>
        <w:t>imenuje</w:t>
      </w:r>
      <w:proofErr w:type="spellEnd"/>
      <w:r w:rsidRPr="00DC58C6">
        <w:rPr>
          <w:rFonts w:ascii="Arial" w:hAnsi="Arial" w:cs="Arial"/>
        </w:rPr>
        <w:t xml:space="preserve"> se </w:t>
      </w:r>
      <w:proofErr w:type="spellStart"/>
      <w:r w:rsidR="005D4F0A">
        <w:rPr>
          <w:rFonts w:ascii="Arial" w:hAnsi="Arial" w:cs="Arial"/>
        </w:rPr>
        <w:t>stručno</w:t>
      </w:r>
      <w:proofErr w:type="spellEnd"/>
      <w:r w:rsidR="005D4F0A">
        <w:rPr>
          <w:rFonts w:ascii="Arial" w:hAnsi="Arial" w:cs="Arial"/>
        </w:rPr>
        <w:t xml:space="preserve"> </w:t>
      </w:r>
      <w:proofErr w:type="spellStart"/>
      <w:r w:rsidRPr="00DC58C6">
        <w:rPr>
          <w:rFonts w:ascii="Arial" w:hAnsi="Arial" w:cs="Arial"/>
        </w:rPr>
        <w:t>povjerenstvo</w:t>
      </w:r>
      <w:proofErr w:type="spellEnd"/>
      <w:r w:rsidRPr="00DC58C6">
        <w:rPr>
          <w:rFonts w:ascii="Arial" w:hAnsi="Arial" w:cs="Arial"/>
        </w:rPr>
        <w:t xml:space="preserve"> za </w:t>
      </w:r>
      <w:proofErr w:type="spellStart"/>
      <w:r w:rsidRPr="00DC58C6">
        <w:rPr>
          <w:rFonts w:ascii="Arial" w:hAnsi="Arial" w:cs="Arial"/>
        </w:rPr>
        <w:t>nabavu</w:t>
      </w:r>
      <w:proofErr w:type="spellEnd"/>
      <w:r w:rsidRPr="00DC58C6">
        <w:rPr>
          <w:rFonts w:ascii="Arial" w:hAnsi="Arial" w:cs="Arial"/>
        </w:rPr>
        <w:t xml:space="preserve"> (u </w:t>
      </w:r>
      <w:proofErr w:type="spellStart"/>
      <w:r w:rsidRPr="0039566C">
        <w:rPr>
          <w:rFonts w:ascii="Arial" w:hAnsi="Arial" w:cs="Arial"/>
        </w:rPr>
        <w:t>daljnjem</w:t>
      </w:r>
      <w:proofErr w:type="spellEnd"/>
      <w:r w:rsidRPr="0039566C">
        <w:rPr>
          <w:rFonts w:ascii="Arial" w:hAnsi="Arial" w:cs="Arial"/>
        </w:rPr>
        <w:t xml:space="preserve"> </w:t>
      </w:r>
      <w:proofErr w:type="spellStart"/>
      <w:r w:rsidRPr="0039566C">
        <w:rPr>
          <w:rFonts w:ascii="Arial" w:hAnsi="Arial" w:cs="Arial"/>
        </w:rPr>
        <w:t>tekstu</w:t>
      </w:r>
      <w:proofErr w:type="spellEnd"/>
      <w:r w:rsidRPr="0039566C">
        <w:rPr>
          <w:rFonts w:ascii="Arial" w:hAnsi="Arial" w:cs="Arial"/>
        </w:rPr>
        <w:t xml:space="preserve">: </w:t>
      </w:r>
      <w:proofErr w:type="spellStart"/>
      <w:r w:rsidR="0045042B">
        <w:rPr>
          <w:rFonts w:ascii="Arial" w:hAnsi="Arial" w:cs="Arial"/>
        </w:rPr>
        <w:t>P</w:t>
      </w:r>
      <w:r w:rsidRPr="0039566C">
        <w:rPr>
          <w:rFonts w:ascii="Arial" w:hAnsi="Arial" w:cs="Arial"/>
        </w:rPr>
        <w:t>ovjerenstvo</w:t>
      </w:r>
      <w:proofErr w:type="spellEnd"/>
      <w:r w:rsidRPr="0039566C">
        <w:rPr>
          <w:rFonts w:ascii="Arial" w:hAnsi="Arial" w:cs="Arial"/>
        </w:rPr>
        <w:t xml:space="preserve">). </w:t>
      </w:r>
    </w:p>
    <w:p w14:paraId="1CB5BD63" w14:textId="174F1A35" w:rsidR="00F9522D" w:rsidRPr="00DC58C6" w:rsidRDefault="00F9522D" w:rsidP="009C285A">
      <w:pPr>
        <w:spacing w:line="240" w:lineRule="auto"/>
        <w:jc w:val="both"/>
        <w:rPr>
          <w:rFonts w:ascii="Arial" w:hAnsi="Arial" w:cs="Arial"/>
        </w:rPr>
      </w:pPr>
      <w:r w:rsidRPr="0039566C">
        <w:rPr>
          <w:rFonts w:ascii="Arial" w:hAnsi="Arial" w:cs="Arial"/>
        </w:rPr>
        <w:t xml:space="preserve">(2) </w:t>
      </w:r>
      <w:proofErr w:type="spellStart"/>
      <w:r w:rsidR="005D4F0A">
        <w:rPr>
          <w:rFonts w:ascii="Arial" w:hAnsi="Arial" w:cs="Arial"/>
        </w:rPr>
        <w:t>P</w:t>
      </w:r>
      <w:r w:rsidRPr="0039566C">
        <w:rPr>
          <w:rFonts w:ascii="Arial" w:hAnsi="Arial" w:cs="Arial"/>
        </w:rPr>
        <w:t>ovjerenstvo</w:t>
      </w:r>
      <w:proofErr w:type="spellEnd"/>
      <w:r w:rsidRPr="0039566C">
        <w:rPr>
          <w:rFonts w:ascii="Arial" w:hAnsi="Arial" w:cs="Arial"/>
        </w:rPr>
        <w:t xml:space="preserve"> </w:t>
      </w:r>
      <w:proofErr w:type="spellStart"/>
      <w:r w:rsidRPr="0039566C">
        <w:rPr>
          <w:rFonts w:ascii="Arial" w:hAnsi="Arial" w:cs="Arial"/>
        </w:rPr>
        <w:t>ima</w:t>
      </w:r>
      <w:proofErr w:type="spellEnd"/>
      <w:r w:rsidRPr="0039566C">
        <w:rPr>
          <w:rFonts w:ascii="Arial" w:hAnsi="Arial" w:cs="Arial"/>
        </w:rPr>
        <w:t xml:space="preserve"> </w:t>
      </w:r>
      <w:proofErr w:type="spellStart"/>
      <w:r w:rsidRPr="0039566C">
        <w:rPr>
          <w:rFonts w:ascii="Arial" w:hAnsi="Arial" w:cs="Arial"/>
        </w:rPr>
        <w:t>najmanje</w:t>
      </w:r>
      <w:proofErr w:type="spellEnd"/>
      <w:r w:rsidR="00696489" w:rsidRPr="0039566C">
        <w:rPr>
          <w:rFonts w:ascii="Arial" w:hAnsi="Arial" w:cs="Arial"/>
        </w:rPr>
        <w:t xml:space="preserve"> </w:t>
      </w:r>
      <w:proofErr w:type="spellStart"/>
      <w:r w:rsidR="00696489" w:rsidRPr="0039566C">
        <w:rPr>
          <w:rFonts w:ascii="Arial" w:hAnsi="Arial" w:cs="Arial"/>
        </w:rPr>
        <w:t>dva</w:t>
      </w:r>
      <w:proofErr w:type="spellEnd"/>
      <w:r w:rsidRPr="0039566C">
        <w:rPr>
          <w:rFonts w:ascii="Arial" w:hAnsi="Arial" w:cs="Arial"/>
        </w:rPr>
        <w:t xml:space="preserve"> </w:t>
      </w:r>
      <w:proofErr w:type="spellStart"/>
      <w:r w:rsidRPr="0039566C">
        <w:rPr>
          <w:rFonts w:ascii="Arial" w:hAnsi="Arial" w:cs="Arial"/>
        </w:rPr>
        <w:t>člana</w:t>
      </w:r>
      <w:proofErr w:type="spellEnd"/>
      <w:r w:rsidRPr="0039566C">
        <w:rPr>
          <w:rFonts w:ascii="Arial" w:hAnsi="Arial" w:cs="Arial"/>
        </w:rPr>
        <w:t xml:space="preserve">. </w:t>
      </w:r>
      <w:proofErr w:type="spellStart"/>
      <w:r w:rsidRPr="0039566C">
        <w:rPr>
          <w:rFonts w:ascii="Arial" w:hAnsi="Arial" w:cs="Arial"/>
        </w:rPr>
        <w:t>Članovi</w:t>
      </w:r>
      <w:proofErr w:type="spellEnd"/>
      <w:r w:rsidRPr="0039566C">
        <w:rPr>
          <w:rFonts w:ascii="Arial" w:hAnsi="Arial" w:cs="Arial"/>
        </w:rPr>
        <w:t xml:space="preserve"> </w:t>
      </w:r>
      <w:proofErr w:type="spellStart"/>
      <w:r w:rsidR="0045042B">
        <w:rPr>
          <w:rFonts w:ascii="Arial" w:hAnsi="Arial" w:cs="Arial"/>
        </w:rPr>
        <w:t>P</w:t>
      </w:r>
      <w:r w:rsidRPr="0039566C">
        <w:rPr>
          <w:rFonts w:ascii="Arial" w:hAnsi="Arial" w:cs="Arial"/>
        </w:rPr>
        <w:t>ovjerenstva</w:t>
      </w:r>
      <w:proofErr w:type="spellEnd"/>
      <w:r w:rsidRPr="0039566C">
        <w:rPr>
          <w:rFonts w:ascii="Arial" w:hAnsi="Arial" w:cs="Arial"/>
        </w:rPr>
        <w:t xml:space="preserve"> ne </w:t>
      </w:r>
      <w:proofErr w:type="spellStart"/>
      <w:r w:rsidRPr="0039566C">
        <w:rPr>
          <w:rFonts w:ascii="Arial" w:hAnsi="Arial" w:cs="Arial"/>
        </w:rPr>
        <w:t>moraju</w:t>
      </w:r>
      <w:proofErr w:type="spellEnd"/>
      <w:r w:rsidRPr="0039566C">
        <w:rPr>
          <w:rFonts w:ascii="Arial" w:hAnsi="Arial" w:cs="Arial"/>
        </w:rPr>
        <w:t xml:space="preserve"> </w:t>
      </w:r>
      <w:proofErr w:type="spellStart"/>
      <w:r w:rsidRPr="0039566C">
        <w:rPr>
          <w:rFonts w:ascii="Arial" w:hAnsi="Arial" w:cs="Arial"/>
        </w:rPr>
        <w:t>biti</w:t>
      </w:r>
      <w:proofErr w:type="spellEnd"/>
      <w:r w:rsidRPr="0039566C">
        <w:rPr>
          <w:rFonts w:ascii="Arial" w:hAnsi="Arial" w:cs="Arial"/>
        </w:rPr>
        <w:t xml:space="preserve"> </w:t>
      </w:r>
      <w:proofErr w:type="spellStart"/>
      <w:r w:rsidRPr="0039566C">
        <w:rPr>
          <w:rFonts w:ascii="Arial" w:hAnsi="Arial" w:cs="Arial"/>
        </w:rPr>
        <w:t>zaposlenici</w:t>
      </w:r>
      <w:proofErr w:type="spellEnd"/>
      <w:r w:rsidRPr="0039566C">
        <w:rPr>
          <w:rFonts w:ascii="Arial" w:hAnsi="Arial" w:cs="Arial"/>
        </w:rPr>
        <w:t xml:space="preserve"> </w:t>
      </w:r>
      <w:proofErr w:type="spellStart"/>
      <w:r w:rsidR="00AC1298">
        <w:rPr>
          <w:rFonts w:ascii="Arial" w:hAnsi="Arial" w:cs="Arial"/>
        </w:rPr>
        <w:t>N</w:t>
      </w:r>
      <w:r w:rsidRPr="0039566C">
        <w:rPr>
          <w:rFonts w:ascii="Arial" w:hAnsi="Arial" w:cs="Arial"/>
        </w:rPr>
        <w:t>aručitelja</w:t>
      </w:r>
      <w:proofErr w:type="spellEnd"/>
      <w:r w:rsidRPr="0039566C">
        <w:rPr>
          <w:rFonts w:ascii="Arial" w:hAnsi="Arial" w:cs="Arial"/>
        </w:rPr>
        <w:t xml:space="preserve">. </w:t>
      </w:r>
      <w:proofErr w:type="spellStart"/>
      <w:r w:rsidRPr="0039566C">
        <w:rPr>
          <w:rFonts w:ascii="Arial" w:hAnsi="Arial" w:cs="Arial"/>
        </w:rPr>
        <w:t>Najmanje</w:t>
      </w:r>
      <w:proofErr w:type="spellEnd"/>
      <w:r w:rsidRPr="0039566C">
        <w:rPr>
          <w:rFonts w:ascii="Arial" w:hAnsi="Arial" w:cs="Arial"/>
        </w:rPr>
        <w:t xml:space="preserve"> </w:t>
      </w:r>
      <w:proofErr w:type="spellStart"/>
      <w:r w:rsidRPr="0039566C">
        <w:rPr>
          <w:rFonts w:ascii="Arial" w:hAnsi="Arial" w:cs="Arial"/>
        </w:rPr>
        <w:t>jedan</w:t>
      </w:r>
      <w:proofErr w:type="spellEnd"/>
      <w:r w:rsidRPr="0039566C">
        <w:rPr>
          <w:rFonts w:ascii="Arial" w:hAnsi="Arial" w:cs="Arial"/>
        </w:rPr>
        <w:t xml:space="preserve"> </w:t>
      </w:r>
      <w:proofErr w:type="spellStart"/>
      <w:r w:rsidRPr="0039566C">
        <w:rPr>
          <w:rFonts w:ascii="Arial" w:hAnsi="Arial" w:cs="Arial"/>
        </w:rPr>
        <w:t>član</w:t>
      </w:r>
      <w:proofErr w:type="spellEnd"/>
      <w:r w:rsidRPr="0039566C">
        <w:rPr>
          <w:rFonts w:ascii="Arial" w:hAnsi="Arial" w:cs="Arial"/>
        </w:rPr>
        <w:t xml:space="preserve"> </w:t>
      </w:r>
      <w:proofErr w:type="spellStart"/>
      <w:r w:rsidR="0045042B">
        <w:rPr>
          <w:rFonts w:ascii="Arial" w:hAnsi="Arial" w:cs="Arial"/>
        </w:rPr>
        <w:t>P</w:t>
      </w:r>
      <w:r w:rsidRPr="0039566C">
        <w:rPr>
          <w:rFonts w:ascii="Arial" w:hAnsi="Arial" w:cs="Arial"/>
        </w:rPr>
        <w:t>ovjerenstva</w:t>
      </w:r>
      <w:proofErr w:type="spellEnd"/>
      <w:r w:rsidRPr="0039566C">
        <w:rPr>
          <w:rFonts w:ascii="Arial" w:hAnsi="Arial" w:cs="Arial"/>
        </w:rPr>
        <w:t xml:space="preserve"> mora </w:t>
      </w:r>
      <w:proofErr w:type="spellStart"/>
      <w:r w:rsidRPr="0039566C">
        <w:rPr>
          <w:rFonts w:ascii="Arial" w:hAnsi="Arial" w:cs="Arial"/>
        </w:rPr>
        <w:t>posjedovati</w:t>
      </w:r>
      <w:proofErr w:type="spellEnd"/>
      <w:r w:rsidRPr="0039566C">
        <w:rPr>
          <w:rFonts w:ascii="Arial" w:hAnsi="Arial" w:cs="Arial"/>
        </w:rPr>
        <w:t xml:space="preserve"> </w:t>
      </w:r>
      <w:proofErr w:type="spellStart"/>
      <w:r w:rsidRPr="0039566C">
        <w:rPr>
          <w:rFonts w:ascii="Arial" w:hAnsi="Arial" w:cs="Arial"/>
        </w:rPr>
        <w:t>važeći</w:t>
      </w:r>
      <w:proofErr w:type="spellEnd"/>
      <w:r w:rsidRPr="0039566C">
        <w:rPr>
          <w:rFonts w:ascii="Arial" w:hAnsi="Arial" w:cs="Arial"/>
        </w:rPr>
        <w:t xml:space="preserve"> </w:t>
      </w:r>
      <w:proofErr w:type="spellStart"/>
      <w:r w:rsidRPr="0039566C">
        <w:rPr>
          <w:rFonts w:ascii="Arial" w:hAnsi="Arial" w:cs="Arial"/>
        </w:rPr>
        <w:t>certifikat</w:t>
      </w:r>
      <w:proofErr w:type="spellEnd"/>
      <w:r w:rsidRPr="0039566C">
        <w:rPr>
          <w:rFonts w:ascii="Arial" w:hAnsi="Arial" w:cs="Arial"/>
        </w:rPr>
        <w:t xml:space="preserve"> u </w:t>
      </w:r>
      <w:proofErr w:type="spellStart"/>
      <w:r w:rsidRPr="0039566C">
        <w:rPr>
          <w:rFonts w:ascii="Arial" w:hAnsi="Arial" w:cs="Arial"/>
        </w:rPr>
        <w:t>području</w:t>
      </w:r>
      <w:proofErr w:type="spellEnd"/>
      <w:r w:rsidRPr="0039566C">
        <w:rPr>
          <w:rFonts w:ascii="Arial" w:hAnsi="Arial" w:cs="Arial"/>
        </w:rPr>
        <w:t xml:space="preserve"> </w:t>
      </w:r>
      <w:proofErr w:type="spellStart"/>
      <w:r w:rsidRPr="0039566C">
        <w:rPr>
          <w:rFonts w:ascii="Arial" w:hAnsi="Arial" w:cs="Arial"/>
        </w:rPr>
        <w:t>javne</w:t>
      </w:r>
      <w:proofErr w:type="spellEnd"/>
      <w:r w:rsidRPr="0039566C">
        <w:rPr>
          <w:rFonts w:ascii="Arial" w:hAnsi="Arial" w:cs="Arial"/>
        </w:rPr>
        <w:t xml:space="preserve"> </w:t>
      </w:r>
      <w:proofErr w:type="spellStart"/>
      <w:r w:rsidRPr="0039566C">
        <w:rPr>
          <w:rFonts w:ascii="Arial" w:hAnsi="Arial" w:cs="Arial"/>
        </w:rPr>
        <w:t>nabave</w:t>
      </w:r>
      <w:proofErr w:type="spellEnd"/>
      <w:r w:rsidRPr="0039566C">
        <w:rPr>
          <w:rFonts w:ascii="Arial" w:hAnsi="Arial" w:cs="Arial"/>
        </w:rPr>
        <w:t>.</w:t>
      </w:r>
      <w:r w:rsidRPr="00DC58C6">
        <w:rPr>
          <w:rFonts w:ascii="Arial" w:hAnsi="Arial" w:cs="Arial"/>
        </w:rPr>
        <w:t xml:space="preserve"> </w:t>
      </w:r>
    </w:p>
    <w:p w14:paraId="032F46D3" w14:textId="775F65AF" w:rsidR="00F9522D" w:rsidRPr="00DC58C6" w:rsidRDefault="00F9522D" w:rsidP="009C285A">
      <w:pPr>
        <w:spacing w:line="240" w:lineRule="auto"/>
        <w:jc w:val="both"/>
        <w:rPr>
          <w:rFonts w:ascii="Arial" w:hAnsi="Arial" w:cs="Arial"/>
        </w:rPr>
      </w:pPr>
      <w:r w:rsidRPr="00DC58C6">
        <w:rPr>
          <w:rFonts w:ascii="Arial" w:hAnsi="Arial" w:cs="Arial"/>
        </w:rPr>
        <w:t xml:space="preserve">(3) </w:t>
      </w:r>
      <w:proofErr w:type="spellStart"/>
      <w:r w:rsidR="0045042B">
        <w:rPr>
          <w:rFonts w:ascii="Arial" w:hAnsi="Arial" w:cs="Arial"/>
        </w:rPr>
        <w:t>P</w:t>
      </w:r>
      <w:r w:rsidRPr="00DC58C6">
        <w:rPr>
          <w:rFonts w:ascii="Arial" w:hAnsi="Arial" w:cs="Arial"/>
        </w:rPr>
        <w:t>ovjerenstvo</w:t>
      </w:r>
      <w:proofErr w:type="spellEnd"/>
      <w:r w:rsidRPr="00DC58C6">
        <w:rPr>
          <w:rFonts w:ascii="Arial" w:hAnsi="Arial" w:cs="Arial"/>
        </w:rPr>
        <w:t xml:space="preserve"> </w:t>
      </w:r>
      <w:proofErr w:type="spellStart"/>
      <w:r w:rsidRPr="00DC58C6">
        <w:rPr>
          <w:rFonts w:ascii="Arial" w:hAnsi="Arial" w:cs="Arial"/>
        </w:rPr>
        <w:t>priprema</w:t>
      </w:r>
      <w:proofErr w:type="spellEnd"/>
      <w:r w:rsidRPr="00DC58C6">
        <w:rPr>
          <w:rFonts w:ascii="Arial" w:hAnsi="Arial" w:cs="Arial"/>
        </w:rPr>
        <w:t xml:space="preserve"> i </w:t>
      </w:r>
      <w:proofErr w:type="spellStart"/>
      <w:r w:rsidRPr="00DC58C6">
        <w:rPr>
          <w:rFonts w:ascii="Arial" w:hAnsi="Arial" w:cs="Arial"/>
        </w:rPr>
        <w:t>provodi</w:t>
      </w:r>
      <w:proofErr w:type="spellEnd"/>
      <w:r w:rsidRPr="00DC58C6">
        <w:rPr>
          <w:rFonts w:ascii="Arial" w:hAnsi="Arial" w:cs="Arial"/>
        </w:rPr>
        <w:t xml:space="preserve"> </w:t>
      </w:r>
      <w:proofErr w:type="spellStart"/>
      <w:r w:rsidRPr="00DC58C6">
        <w:rPr>
          <w:rFonts w:ascii="Arial" w:hAnsi="Arial" w:cs="Arial"/>
        </w:rPr>
        <w:t>postupak</w:t>
      </w:r>
      <w:proofErr w:type="spellEnd"/>
      <w:r w:rsidRPr="00DC58C6">
        <w:rPr>
          <w:rFonts w:ascii="Arial" w:hAnsi="Arial" w:cs="Arial"/>
        </w:rPr>
        <w:t xml:space="preserve"> </w:t>
      </w:r>
      <w:proofErr w:type="spellStart"/>
      <w:r w:rsidRPr="00DC58C6">
        <w:rPr>
          <w:rFonts w:ascii="Arial" w:hAnsi="Arial" w:cs="Arial"/>
        </w:rPr>
        <w:t>jednostavne</w:t>
      </w:r>
      <w:proofErr w:type="spellEnd"/>
      <w:r w:rsidRPr="00DC58C6">
        <w:rPr>
          <w:rFonts w:ascii="Arial" w:hAnsi="Arial" w:cs="Arial"/>
        </w:rPr>
        <w:t xml:space="preserve"> </w:t>
      </w:r>
      <w:proofErr w:type="spellStart"/>
      <w:r w:rsidRPr="00DC58C6">
        <w:rPr>
          <w:rFonts w:ascii="Arial" w:hAnsi="Arial" w:cs="Arial"/>
        </w:rPr>
        <w:t>nabave</w:t>
      </w:r>
      <w:proofErr w:type="spellEnd"/>
      <w:r w:rsidR="0006117D" w:rsidRPr="00DC58C6">
        <w:rPr>
          <w:rFonts w:ascii="Arial" w:hAnsi="Arial" w:cs="Arial"/>
        </w:rPr>
        <w:t xml:space="preserve"> </w:t>
      </w:r>
      <w:proofErr w:type="spellStart"/>
      <w:r w:rsidR="0006117D" w:rsidRPr="00DC58C6">
        <w:rPr>
          <w:rFonts w:ascii="Arial" w:hAnsi="Arial" w:cs="Arial"/>
        </w:rPr>
        <w:t>te</w:t>
      </w:r>
      <w:proofErr w:type="spellEnd"/>
      <w:r w:rsidR="0006117D" w:rsidRPr="00DC58C6">
        <w:rPr>
          <w:rFonts w:ascii="Arial" w:hAnsi="Arial" w:cs="Arial"/>
        </w:rPr>
        <w:t xml:space="preserve"> </w:t>
      </w:r>
      <w:proofErr w:type="spellStart"/>
      <w:r w:rsidR="0006117D" w:rsidRPr="00DC58C6">
        <w:rPr>
          <w:rFonts w:ascii="Arial" w:hAnsi="Arial" w:cs="Arial"/>
        </w:rPr>
        <w:t>obavlja</w:t>
      </w:r>
      <w:proofErr w:type="spellEnd"/>
      <w:r w:rsidR="0006117D" w:rsidRPr="00DC58C6">
        <w:rPr>
          <w:rFonts w:ascii="Arial" w:hAnsi="Arial" w:cs="Arial"/>
        </w:rPr>
        <w:t xml:space="preserve"> </w:t>
      </w:r>
      <w:proofErr w:type="spellStart"/>
      <w:r w:rsidR="0006117D" w:rsidRPr="00DC58C6">
        <w:rPr>
          <w:rFonts w:ascii="Arial" w:hAnsi="Arial" w:cs="Arial"/>
        </w:rPr>
        <w:t>pregled</w:t>
      </w:r>
      <w:proofErr w:type="spellEnd"/>
      <w:r w:rsidR="0006117D" w:rsidRPr="00DC58C6">
        <w:rPr>
          <w:rFonts w:ascii="Arial" w:hAnsi="Arial" w:cs="Arial"/>
        </w:rPr>
        <w:t xml:space="preserve"> </w:t>
      </w:r>
      <w:r w:rsidR="009C285A">
        <w:rPr>
          <w:rFonts w:ascii="Arial" w:hAnsi="Arial" w:cs="Arial"/>
        </w:rPr>
        <w:t>i</w:t>
      </w:r>
      <w:r w:rsidR="0006117D" w:rsidRPr="00DC58C6">
        <w:rPr>
          <w:rFonts w:ascii="Arial" w:hAnsi="Arial" w:cs="Arial"/>
        </w:rPr>
        <w:t xml:space="preserve"> </w:t>
      </w:r>
      <w:proofErr w:type="spellStart"/>
      <w:r w:rsidR="0006117D" w:rsidRPr="00DC58C6">
        <w:rPr>
          <w:rFonts w:ascii="Arial" w:hAnsi="Arial" w:cs="Arial"/>
        </w:rPr>
        <w:t>ocjenu</w:t>
      </w:r>
      <w:proofErr w:type="spellEnd"/>
      <w:r w:rsidR="0006117D" w:rsidRPr="00DC58C6">
        <w:rPr>
          <w:rFonts w:ascii="Arial" w:hAnsi="Arial" w:cs="Arial"/>
        </w:rPr>
        <w:t xml:space="preserve"> </w:t>
      </w:r>
      <w:proofErr w:type="spellStart"/>
      <w:r w:rsidR="0006117D" w:rsidRPr="00DC58C6">
        <w:rPr>
          <w:rFonts w:ascii="Arial" w:hAnsi="Arial" w:cs="Arial"/>
        </w:rPr>
        <w:t>ponuda</w:t>
      </w:r>
      <w:proofErr w:type="spellEnd"/>
      <w:r w:rsidR="0006117D" w:rsidRPr="00DC58C6">
        <w:rPr>
          <w:rFonts w:ascii="Arial" w:hAnsi="Arial" w:cs="Arial"/>
        </w:rPr>
        <w:t>.</w:t>
      </w:r>
    </w:p>
    <w:p w14:paraId="0B5A3528" w14:textId="39851938" w:rsidR="00E62804" w:rsidRDefault="00E62804" w:rsidP="009C285A">
      <w:pPr>
        <w:spacing w:after="120" w:line="240" w:lineRule="auto"/>
        <w:jc w:val="both"/>
        <w:rPr>
          <w:rFonts w:ascii="Arial" w:eastAsia="Calibri" w:hAnsi="Arial" w:cs="Arial"/>
        </w:rPr>
      </w:pPr>
    </w:p>
    <w:p w14:paraId="42254E03" w14:textId="77777777" w:rsidR="009F6EDB" w:rsidRPr="00DC58C6" w:rsidRDefault="009F6EDB" w:rsidP="009C285A">
      <w:pPr>
        <w:spacing w:after="120" w:line="240" w:lineRule="auto"/>
        <w:jc w:val="both"/>
        <w:rPr>
          <w:rFonts w:ascii="Arial" w:eastAsia="Calibri" w:hAnsi="Arial" w:cs="Arial"/>
        </w:rPr>
      </w:pPr>
    </w:p>
    <w:p w14:paraId="7416D058" w14:textId="53F48587" w:rsidR="00E62804" w:rsidRPr="00DC58C6" w:rsidRDefault="00E62804" w:rsidP="009C285A">
      <w:pPr>
        <w:pStyle w:val="Heading1"/>
        <w:spacing w:before="0" w:after="120" w:line="240" w:lineRule="auto"/>
        <w:jc w:val="center"/>
        <w:rPr>
          <w:rFonts w:ascii="Arial" w:eastAsia="Calibri" w:hAnsi="Arial" w:cs="Arial"/>
          <w:color w:val="auto"/>
          <w:sz w:val="22"/>
          <w:szCs w:val="22"/>
        </w:rPr>
      </w:pPr>
      <w:r w:rsidRPr="00DC58C6">
        <w:rPr>
          <w:rFonts w:ascii="Arial" w:eastAsia="Calibri" w:hAnsi="Arial" w:cs="Arial"/>
          <w:color w:val="auto"/>
          <w:sz w:val="22"/>
          <w:szCs w:val="22"/>
        </w:rPr>
        <w:t>JEDNOSTAVNA NABAVA PROCIJENJENE VRIJEDNOSTI VEĆE OD 25.000,00 EUR A MANJE OD 50.000,00 EUR</w:t>
      </w:r>
      <w:r w:rsidR="008A096E">
        <w:rPr>
          <w:rFonts w:ascii="Arial" w:eastAsia="Calibri" w:hAnsi="Arial" w:cs="Arial"/>
          <w:color w:val="auto"/>
          <w:sz w:val="22"/>
          <w:szCs w:val="22"/>
        </w:rPr>
        <w:t xml:space="preserve"> </w:t>
      </w:r>
      <w:r w:rsidRPr="00DC58C6">
        <w:rPr>
          <w:rFonts w:ascii="Arial" w:eastAsia="Calibri" w:hAnsi="Arial" w:cs="Arial"/>
          <w:color w:val="auto"/>
          <w:sz w:val="22"/>
          <w:szCs w:val="22"/>
        </w:rPr>
        <w:t>ZA ROBE I USLUGE, ODNOSNO VEĆE OD 45.000,00 EUR A MANJE OD 100.000,00 ZA RADOVE</w:t>
      </w:r>
    </w:p>
    <w:p w14:paraId="47DE2516" w14:textId="77777777" w:rsidR="00651C86" w:rsidRPr="00DC58C6" w:rsidRDefault="00651C86" w:rsidP="009C285A">
      <w:pPr>
        <w:spacing w:line="240" w:lineRule="auto"/>
        <w:rPr>
          <w:rFonts w:ascii="Arial" w:hAnsi="Arial" w:cs="Arial"/>
        </w:rPr>
      </w:pPr>
    </w:p>
    <w:p w14:paraId="0F16D665" w14:textId="2559B0F1" w:rsidR="00E62804" w:rsidRPr="00DC58C6" w:rsidRDefault="00651C86" w:rsidP="009C285A">
      <w:pPr>
        <w:spacing w:after="120" w:line="240" w:lineRule="auto"/>
        <w:jc w:val="center"/>
        <w:rPr>
          <w:rFonts w:ascii="Arial" w:eastAsia="Calibri" w:hAnsi="Arial" w:cs="Arial"/>
          <w:b/>
          <w:bCs/>
        </w:rPr>
      </w:pPr>
      <w:proofErr w:type="spellStart"/>
      <w:r w:rsidRPr="00DC58C6">
        <w:rPr>
          <w:rFonts w:ascii="Arial" w:eastAsia="Calibri" w:hAnsi="Arial" w:cs="Arial"/>
          <w:b/>
          <w:bCs/>
        </w:rPr>
        <w:t>Članak</w:t>
      </w:r>
      <w:proofErr w:type="spellEnd"/>
      <w:r w:rsidRPr="00DC58C6">
        <w:rPr>
          <w:rFonts w:ascii="Arial" w:eastAsia="Calibri" w:hAnsi="Arial" w:cs="Arial"/>
          <w:b/>
          <w:bCs/>
        </w:rPr>
        <w:t xml:space="preserve"> 1</w:t>
      </w:r>
      <w:r w:rsidR="0006117D" w:rsidRPr="00DC58C6">
        <w:rPr>
          <w:rFonts w:ascii="Arial" w:eastAsia="Calibri" w:hAnsi="Arial" w:cs="Arial"/>
          <w:b/>
          <w:bCs/>
        </w:rPr>
        <w:t>1</w:t>
      </w:r>
      <w:r w:rsidRPr="00DC58C6">
        <w:rPr>
          <w:rFonts w:ascii="Arial" w:eastAsia="Calibri" w:hAnsi="Arial" w:cs="Arial"/>
          <w:b/>
          <w:bCs/>
        </w:rPr>
        <w:t>.</w:t>
      </w:r>
    </w:p>
    <w:p w14:paraId="30C97320" w14:textId="5F1D9413" w:rsidR="0006117D" w:rsidRPr="00DC58C6" w:rsidRDefault="0006117D" w:rsidP="009C285A">
      <w:pPr>
        <w:pStyle w:val="Heading2"/>
        <w:spacing w:line="240" w:lineRule="auto"/>
        <w:jc w:val="both"/>
        <w:rPr>
          <w:rFonts w:ascii="Arial" w:hAnsi="Arial" w:cs="Arial"/>
          <w:b w:val="0"/>
          <w:bCs w:val="0"/>
          <w:color w:val="auto"/>
          <w:sz w:val="22"/>
          <w:szCs w:val="22"/>
          <w:lang w:val="hr-HR"/>
        </w:rPr>
      </w:pPr>
      <w:r w:rsidRPr="00DC58C6">
        <w:rPr>
          <w:rFonts w:ascii="Arial" w:hAnsi="Arial" w:cs="Arial"/>
          <w:b w:val="0"/>
          <w:bCs w:val="0"/>
          <w:color w:val="auto"/>
          <w:sz w:val="22"/>
          <w:szCs w:val="22"/>
          <w:lang w:val="hr-HR"/>
        </w:rPr>
        <w:t xml:space="preserve">(1) Za nabavu roba ili usluga procijenjene vrijednosti veće od 25.000,00 </w:t>
      </w:r>
      <w:r w:rsidR="008A096E">
        <w:rPr>
          <w:rFonts w:ascii="Arial" w:hAnsi="Arial" w:cs="Arial"/>
          <w:b w:val="0"/>
          <w:bCs w:val="0"/>
          <w:color w:val="auto"/>
          <w:sz w:val="22"/>
          <w:szCs w:val="22"/>
          <w:lang w:val="hr-HR"/>
        </w:rPr>
        <w:t>EUR</w:t>
      </w:r>
      <w:r w:rsidRPr="00DC58C6">
        <w:rPr>
          <w:rFonts w:ascii="Arial" w:hAnsi="Arial" w:cs="Arial"/>
          <w:b w:val="0"/>
          <w:bCs w:val="0"/>
          <w:color w:val="auto"/>
          <w:sz w:val="22"/>
          <w:szCs w:val="22"/>
          <w:lang w:val="hr-HR"/>
        </w:rPr>
        <w:t xml:space="preserve">, a manje od 50.000,00 </w:t>
      </w:r>
      <w:r w:rsidR="008A096E">
        <w:rPr>
          <w:rFonts w:ascii="Arial" w:hAnsi="Arial" w:cs="Arial"/>
          <w:b w:val="0"/>
          <w:bCs w:val="0"/>
          <w:color w:val="auto"/>
          <w:sz w:val="22"/>
          <w:szCs w:val="22"/>
          <w:lang w:val="hr-HR"/>
        </w:rPr>
        <w:t xml:space="preserve">EUR </w:t>
      </w:r>
      <w:r w:rsidRPr="00DC58C6">
        <w:rPr>
          <w:rFonts w:ascii="Arial" w:hAnsi="Arial" w:cs="Arial"/>
          <w:b w:val="0"/>
          <w:bCs w:val="0"/>
          <w:color w:val="auto"/>
          <w:sz w:val="22"/>
          <w:szCs w:val="22"/>
          <w:lang w:val="hr-HR"/>
        </w:rPr>
        <w:t>te za nabavu radova procijenjene vrijednosti veće od 45.000,00</w:t>
      </w:r>
      <w:r w:rsidR="008A096E">
        <w:rPr>
          <w:rFonts w:ascii="Arial" w:hAnsi="Arial" w:cs="Arial"/>
          <w:b w:val="0"/>
          <w:bCs w:val="0"/>
          <w:color w:val="auto"/>
          <w:sz w:val="22"/>
          <w:szCs w:val="22"/>
          <w:lang w:val="hr-HR"/>
        </w:rPr>
        <w:t xml:space="preserve"> EUR</w:t>
      </w:r>
      <w:r w:rsidRPr="00DC58C6">
        <w:rPr>
          <w:rFonts w:ascii="Arial" w:hAnsi="Arial" w:cs="Arial"/>
          <w:b w:val="0"/>
          <w:bCs w:val="0"/>
          <w:color w:val="auto"/>
          <w:sz w:val="22"/>
          <w:szCs w:val="22"/>
          <w:lang w:val="hr-HR"/>
        </w:rPr>
        <w:t xml:space="preserve">, a manje od 100.000,00 </w:t>
      </w:r>
      <w:r w:rsidR="008A096E">
        <w:rPr>
          <w:rFonts w:ascii="Arial" w:hAnsi="Arial" w:cs="Arial"/>
          <w:b w:val="0"/>
          <w:bCs w:val="0"/>
          <w:color w:val="auto"/>
          <w:sz w:val="22"/>
          <w:szCs w:val="22"/>
          <w:lang w:val="hr-HR"/>
        </w:rPr>
        <w:t>EUR</w:t>
      </w:r>
      <w:r w:rsidRPr="00DC58C6">
        <w:rPr>
          <w:rFonts w:ascii="Arial" w:hAnsi="Arial" w:cs="Arial"/>
          <w:b w:val="0"/>
          <w:bCs w:val="0"/>
          <w:color w:val="auto"/>
          <w:sz w:val="22"/>
          <w:szCs w:val="22"/>
          <w:lang w:val="hr-HR"/>
        </w:rPr>
        <w:t>, Povjerenstvo provodi postupak jednostavne nabave putem modula jednostavne nabave u EOJN RH.</w:t>
      </w:r>
    </w:p>
    <w:p w14:paraId="3B52724F" w14:textId="77777777" w:rsidR="0006117D" w:rsidRPr="00DC58C6" w:rsidRDefault="0006117D" w:rsidP="009C285A">
      <w:pPr>
        <w:pStyle w:val="Heading2"/>
        <w:spacing w:line="240" w:lineRule="auto"/>
        <w:jc w:val="both"/>
        <w:rPr>
          <w:rFonts w:ascii="Arial" w:hAnsi="Arial" w:cs="Arial"/>
          <w:b w:val="0"/>
          <w:bCs w:val="0"/>
          <w:color w:val="auto"/>
          <w:sz w:val="22"/>
          <w:szCs w:val="22"/>
          <w:lang w:val="hr-HR"/>
        </w:rPr>
      </w:pPr>
      <w:r w:rsidRPr="00DC58C6">
        <w:rPr>
          <w:rFonts w:ascii="Arial" w:hAnsi="Arial" w:cs="Arial"/>
          <w:b w:val="0"/>
          <w:bCs w:val="0"/>
          <w:color w:val="auto"/>
          <w:sz w:val="22"/>
          <w:szCs w:val="22"/>
          <w:lang w:val="hr-HR"/>
        </w:rPr>
        <w:t>(2) Poziv na dostavu ponuda javno se objavljuje u modulu jednostavne nabave u EOJN RH.</w:t>
      </w:r>
    </w:p>
    <w:p w14:paraId="64F818D0" w14:textId="77777777" w:rsidR="0006117D" w:rsidRPr="00DC58C6" w:rsidRDefault="0006117D" w:rsidP="009C285A">
      <w:pPr>
        <w:pStyle w:val="Heading2"/>
        <w:spacing w:line="240" w:lineRule="auto"/>
        <w:jc w:val="both"/>
        <w:rPr>
          <w:rFonts w:ascii="Arial" w:hAnsi="Arial" w:cs="Arial"/>
          <w:b w:val="0"/>
          <w:bCs w:val="0"/>
          <w:color w:val="auto"/>
          <w:sz w:val="22"/>
          <w:szCs w:val="22"/>
          <w:lang w:val="hr-HR"/>
        </w:rPr>
      </w:pPr>
      <w:r w:rsidRPr="00DC58C6">
        <w:rPr>
          <w:rFonts w:ascii="Arial" w:hAnsi="Arial" w:cs="Arial"/>
          <w:b w:val="0"/>
          <w:bCs w:val="0"/>
          <w:color w:val="auto"/>
          <w:sz w:val="22"/>
          <w:szCs w:val="22"/>
          <w:lang w:val="hr-HR"/>
        </w:rPr>
        <w:t>(3) Postupak jednostavne nabave provodi se sukladno odredbama ovoga Pravilnika.</w:t>
      </w:r>
    </w:p>
    <w:p w14:paraId="792BFBEB" w14:textId="77777777" w:rsidR="00F76AE9" w:rsidRPr="00DC58C6" w:rsidRDefault="00F76AE9" w:rsidP="009C285A">
      <w:pPr>
        <w:spacing w:line="240" w:lineRule="auto"/>
        <w:jc w:val="both"/>
        <w:rPr>
          <w:rFonts w:ascii="Arial" w:hAnsi="Arial" w:cs="Arial"/>
          <w:lang w:val="hr-HR"/>
        </w:rPr>
      </w:pPr>
    </w:p>
    <w:p w14:paraId="16CD9484" w14:textId="0BA28D86" w:rsidR="00C7401F" w:rsidRPr="00DC58C6" w:rsidRDefault="00C7401F" w:rsidP="009C285A">
      <w:pPr>
        <w:pStyle w:val="Heading2"/>
        <w:spacing w:line="240" w:lineRule="auto"/>
        <w:rPr>
          <w:rFonts w:ascii="Arial" w:hAnsi="Arial" w:cs="Arial"/>
          <w:sz w:val="22"/>
          <w:szCs w:val="22"/>
        </w:rPr>
      </w:pPr>
    </w:p>
    <w:p w14:paraId="0D8A57E7" w14:textId="77777777" w:rsidR="00B66E6C" w:rsidRPr="00DC58C6" w:rsidRDefault="00B66E6C" w:rsidP="009C285A">
      <w:pPr>
        <w:pStyle w:val="Heading1"/>
        <w:spacing w:before="0" w:after="120" w:line="240" w:lineRule="auto"/>
        <w:jc w:val="center"/>
        <w:rPr>
          <w:rFonts w:ascii="Arial" w:eastAsia="Calibri" w:hAnsi="Arial" w:cs="Arial"/>
          <w:color w:val="auto"/>
          <w:sz w:val="22"/>
          <w:szCs w:val="22"/>
        </w:rPr>
      </w:pPr>
      <w:r w:rsidRPr="00DC58C6">
        <w:rPr>
          <w:rFonts w:ascii="Arial" w:eastAsia="Calibri" w:hAnsi="Arial" w:cs="Arial"/>
          <w:color w:val="auto"/>
          <w:sz w:val="22"/>
          <w:szCs w:val="22"/>
        </w:rPr>
        <w:t>SADRŽAJ POZIVA NA DOSTAVU PONUDA</w:t>
      </w:r>
    </w:p>
    <w:p w14:paraId="7309E1AB" w14:textId="77777777" w:rsidR="00486871" w:rsidRPr="00DC58C6" w:rsidRDefault="00486871" w:rsidP="009C285A">
      <w:pPr>
        <w:spacing w:line="240" w:lineRule="auto"/>
        <w:rPr>
          <w:rFonts w:ascii="Arial" w:hAnsi="Arial" w:cs="Arial"/>
        </w:rPr>
      </w:pPr>
    </w:p>
    <w:p w14:paraId="0F5B01AD" w14:textId="77777777" w:rsidR="00B66E6C" w:rsidRPr="00DC58C6" w:rsidRDefault="00B66E6C" w:rsidP="009C285A">
      <w:pPr>
        <w:pStyle w:val="Heading1"/>
        <w:spacing w:before="0" w:after="120" w:line="240" w:lineRule="auto"/>
        <w:jc w:val="center"/>
        <w:rPr>
          <w:rFonts w:ascii="Arial" w:hAnsi="Arial" w:cs="Arial"/>
          <w:color w:val="auto"/>
          <w:sz w:val="22"/>
          <w:szCs w:val="22"/>
        </w:rPr>
      </w:pPr>
      <w:proofErr w:type="spellStart"/>
      <w:r w:rsidRPr="00DC58C6">
        <w:rPr>
          <w:rFonts w:ascii="Arial" w:eastAsia="Calibri" w:hAnsi="Arial" w:cs="Arial"/>
          <w:color w:val="auto"/>
          <w:sz w:val="22"/>
          <w:szCs w:val="22"/>
        </w:rPr>
        <w:t>Članak</w:t>
      </w:r>
      <w:proofErr w:type="spellEnd"/>
      <w:r w:rsidRPr="00DC58C6">
        <w:rPr>
          <w:rFonts w:ascii="Arial" w:eastAsia="Calibri" w:hAnsi="Arial" w:cs="Arial"/>
          <w:color w:val="auto"/>
          <w:sz w:val="22"/>
          <w:szCs w:val="22"/>
        </w:rPr>
        <w:t xml:space="preserve"> 12</w:t>
      </w:r>
      <w:r w:rsidRPr="00DC58C6">
        <w:rPr>
          <w:rFonts w:ascii="Arial" w:hAnsi="Arial" w:cs="Arial"/>
          <w:color w:val="auto"/>
          <w:sz w:val="22"/>
          <w:szCs w:val="22"/>
        </w:rPr>
        <w:t>.</w:t>
      </w:r>
    </w:p>
    <w:p w14:paraId="6263C9C3" w14:textId="77777777" w:rsidR="00486871" w:rsidRPr="00DC58C6" w:rsidRDefault="00486871" w:rsidP="009C285A">
      <w:pPr>
        <w:spacing w:line="240" w:lineRule="auto"/>
        <w:jc w:val="both"/>
        <w:rPr>
          <w:rFonts w:ascii="Arial" w:hAnsi="Arial" w:cs="Arial"/>
          <w:lang w:val="hr-HR"/>
        </w:rPr>
      </w:pPr>
      <w:r w:rsidRPr="00DC58C6">
        <w:rPr>
          <w:rFonts w:ascii="Arial" w:hAnsi="Arial" w:cs="Arial"/>
          <w:lang w:val="hr-HR"/>
        </w:rPr>
        <w:t>(1) Poziv na dostavu ponuda, neovisno o tome upućuje li se određenim gospodarskim subjektima ili se javno objavljuje putem modula jednostavne nabave u EOJN RH, sadrži najmanje:</w:t>
      </w:r>
    </w:p>
    <w:p w14:paraId="29402A7D" w14:textId="19E1D2F4" w:rsidR="00486871" w:rsidRPr="00DC58C6" w:rsidRDefault="00486871" w:rsidP="009C285A">
      <w:pPr>
        <w:numPr>
          <w:ilvl w:val="0"/>
          <w:numId w:val="14"/>
        </w:numPr>
        <w:spacing w:after="0" w:line="240" w:lineRule="auto"/>
        <w:jc w:val="both"/>
        <w:rPr>
          <w:rFonts w:ascii="Arial" w:hAnsi="Arial" w:cs="Arial"/>
          <w:lang w:val="hr-HR"/>
        </w:rPr>
      </w:pPr>
      <w:r w:rsidRPr="00DC58C6">
        <w:rPr>
          <w:rFonts w:ascii="Arial" w:hAnsi="Arial" w:cs="Arial"/>
          <w:lang w:val="hr-HR"/>
        </w:rPr>
        <w:t xml:space="preserve">naziv, OIB, adresu i kontakt podatke </w:t>
      </w:r>
      <w:r w:rsidR="00AC1298">
        <w:rPr>
          <w:rFonts w:ascii="Arial" w:hAnsi="Arial" w:cs="Arial"/>
          <w:lang w:val="hr-HR"/>
        </w:rPr>
        <w:t>N</w:t>
      </w:r>
      <w:r w:rsidRPr="00DC58C6">
        <w:rPr>
          <w:rFonts w:ascii="Arial" w:hAnsi="Arial" w:cs="Arial"/>
          <w:lang w:val="hr-HR"/>
        </w:rPr>
        <w:t>aručitelja;</w:t>
      </w:r>
    </w:p>
    <w:p w14:paraId="1DAABF6D" w14:textId="080A3CAC" w:rsidR="00486871" w:rsidRPr="00DC58C6" w:rsidRDefault="00486871" w:rsidP="009C285A">
      <w:pPr>
        <w:numPr>
          <w:ilvl w:val="0"/>
          <w:numId w:val="14"/>
        </w:numPr>
        <w:spacing w:after="0" w:line="240" w:lineRule="auto"/>
        <w:jc w:val="both"/>
        <w:rPr>
          <w:rFonts w:ascii="Arial" w:hAnsi="Arial" w:cs="Arial"/>
          <w:lang w:val="hr-HR"/>
        </w:rPr>
      </w:pPr>
      <w:r w:rsidRPr="00DC58C6">
        <w:rPr>
          <w:rFonts w:ascii="Arial" w:hAnsi="Arial" w:cs="Arial"/>
          <w:lang w:val="hr-HR"/>
        </w:rPr>
        <w:t xml:space="preserve">podatke o gospodarskim subjektima s kojima je </w:t>
      </w:r>
      <w:r w:rsidR="00AC1298">
        <w:rPr>
          <w:rFonts w:ascii="Arial" w:hAnsi="Arial" w:cs="Arial"/>
          <w:lang w:val="hr-HR"/>
        </w:rPr>
        <w:t>N</w:t>
      </w:r>
      <w:r w:rsidRPr="00DC58C6">
        <w:rPr>
          <w:rFonts w:ascii="Arial" w:hAnsi="Arial" w:cs="Arial"/>
          <w:lang w:val="hr-HR"/>
        </w:rPr>
        <w:t>aručitelj u sukobu interesa;</w:t>
      </w:r>
    </w:p>
    <w:p w14:paraId="3A7E6D0C" w14:textId="77777777" w:rsidR="00486871" w:rsidRPr="00DC58C6" w:rsidRDefault="00486871" w:rsidP="009C285A">
      <w:pPr>
        <w:numPr>
          <w:ilvl w:val="0"/>
          <w:numId w:val="14"/>
        </w:numPr>
        <w:spacing w:after="0" w:line="240" w:lineRule="auto"/>
        <w:jc w:val="both"/>
        <w:rPr>
          <w:rFonts w:ascii="Arial" w:hAnsi="Arial" w:cs="Arial"/>
          <w:lang w:val="hr-HR"/>
        </w:rPr>
      </w:pPr>
      <w:r w:rsidRPr="00DC58C6">
        <w:rPr>
          <w:rFonts w:ascii="Arial" w:hAnsi="Arial" w:cs="Arial"/>
          <w:lang w:val="hr-HR"/>
        </w:rPr>
        <w:t>opis predmeta nabave, tehničke specifikacije i količinu predmeta nabave;</w:t>
      </w:r>
    </w:p>
    <w:p w14:paraId="1F2A44E5" w14:textId="77777777" w:rsidR="00486871" w:rsidRPr="00DC58C6" w:rsidRDefault="00486871" w:rsidP="009C285A">
      <w:pPr>
        <w:numPr>
          <w:ilvl w:val="0"/>
          <w:numId w:val="14"/>
        </w:numPr>
        <w:spacing w:after="0" w:line="240" w:lineRule="auto"/>
        <w:jc w:val="both"/>
        <w:rPr>
          <w:rFonts w:ascii="Arial" w:hAnsi="Arial" w:cs="Arial"/>
          <w:lang w:val="hr-HR"/>
        </w:rPr>
      </w:pPr>
      <w:r w:rsidRPr="00DC58C6">
        <w:rPr>
          <w:rFonts w:ascii="Arial" w:hAnsi="Arial" w:cs="Arial"/>
          <w:lang w:val="hr-HR"/>
        </w:rPr>
        <w:t>procijenjenu vrijednost nabave bez poreza na dodanu vrijednost;</w:t>
      </w:r>
    </w:p>
    <w:p w14:paraId="33A1CF5F" w14:textId="77777777" w:rsidR="00486871" w:rsidRPr="00DC58C6" w:rsidRDefault="00486871" w:rsidP="009C285A">
      <w:pPr>
        <w:numPr>
          <w:ilvl w:val="0"/>
          <w:numId w:val="14"/>
        </w:numPr>
        <w:spacing w:after="0" w:line="240" w:lineRule="auto"/>
        <w:jc w:val="both"/>
        <w:rPr>
          <w:rFonts w:ascii="Arial" w:hAnsi="Arial" w:cs="Arial"/>
          <w:lang w:val="hr-HR"/>
        </w:rPr>
      </w:pPr>
      <w:r w:rsidRPr="00DC58C6">
        <w:rPr>
          <w:rFonts w:ascii="Arial" w:hAnsi="Arial" w:cs="Arial"/>
          <w:lang w:val="hr-HR"/>
        </w:rPr>
        <w:t>ako je predmet nabave podijeljen na grupe, podatak o mogućnosti podnošenja ponuda za jednu, više ili sve grupe;</w:t>
      </w:r>
    </w:p>
    <w:p w14:paraId="619D429B" w14:textId="77777777" w:rsidR="00486871" w:rsidRPr="00DC58C6" w:rsidRDefault="00486871" w:rsidP="009C285A">
      <w:pPr>
        <w:numPr>
          <w:ilvl w:val="0"/>
          <w:numId w:val="14"/>
        </w:numPr>
        <w:spacing w:after="0" w:line="240" w:lineRule="auto"/>
        <w:jc w:val="both"/>
        <w:rPr>
          <w:rFonts w:ascii="Arial" w:hAnsi="Arial" w:cs="Arial"/>
          <w:lang w:val="hr-HR"/>
        </w:rPr>
      </w:pPr>
      <w:r w:rsidRPr="00DC58C6">
        <w:rPr>
          <w:rFonts w:ascii="Arial" w:hAnsi="Arial" w:cs="Arial"/>
          <w:lang w:val="hr-HR"/>
        </w:rPr>
        <w:t>mjesto i rok isporuke robe, pružanja usluga ili izvođenja radova;</w:t>
      </w:r>
    </w:p>
    <w:p w14:paraId="69111F01" w14:textId="77777777" w:rsidR="00486871" w:rsidRPr="00DC58C6" w:rsidRDefault="00486871" w:rsidP="009C285A">
      <w:pPr>
        <w:numPr>
          <w:ilvl w:val="0"/>
          <w:numId w:val="14"/>
        </w:numPr>
        <w:spacing w:after="0" w:line="240" w:lineRule="auto"/>
        <w:jc w:val="both"/>
        <w:rPr>
          <w:rFonts w:ascii="Arial" w:hAnsi="Arial" w:cs="Arial"/>
          <w:lang w:val="hr-HR"/>
        </w:rPr>
      </w:pPr>
      <w:r w:rsidRPr="00DC58C6">
        <w:rPr>
          <w:rFonts w:ascii="Arial" w:hAnsi="Arial" w:cs="Arial"/>
          <w:lang w:val="hr-HR"/>
        </w:rPr>
        <w:t>kriterij za odabir ponude;</w:t>
      </w:r>
    </w:p>
    <w:p w14:paraId="50DF5C61" w14:textId="77777777" w:rsidR="00486871" w:rsidRPr="00DC58C6" w:rsidRDefault="00486871" w:rsidP="009C285A">
      <w:pPr>
        <w:numPr>
          <w:ilvl w:val="0"/>
          <w:numId w:val="14"/>
        </w:numPr>
        <w:spacing w:after="0" w:line="240" w:lineRule="auto"/>
        <w:jc w:val="both"/>
        <w:rPr>
          <w:rFonts w:ascii="Arial" w:hAnsi="Arial" w:cs="Arial"/>
          <w:lang w:val="hr-HR"/>
        </w:rPr>
      </w:pPr>
      <w:r w:rsidRPr="00DC58C6">
        <w:rPr>
          <w:rFonts w:ascii="Arial" w:hAnsi="Arial" w:cs="Arial"/>
          <w:lang w:val="hr-HR"/>
        </w:rPr>
        <w:t>način dostave ponuda;</w:t>
      </w:r>
    </w:p>
    <w:p w14:paraId="23E7C81C" w14:textId="77777777" w:rsidR="00486871" w:rsidRPr="00DC58C6" w:rsidRDefault="00486871" w:rsidP="009C285A">
      <w:pPr>
        <w:numPr>
          <w:ilvl w:val="0"/>
          <w:numId w:val="14"/>
        </w:numPr>
        <w:spacing w:after="0" w:line="240" w:lineRule="auto"/>
        <w:jc w:val="both"/>
        <w:rPr>
          <w:rFonts w:ascii="Arial" w:hAnsi="Arial" w:cs="Arial"/>
          <w:lang w:val="hr-HR"/>
        </w:rPr>
      </w:pPr>
      <w:r w:rsidRPr="00DC58C6">
        <w:rPr>
          <w:rFonts w:ascii="Arial" w:hAnsi="Arial" w:cs="Arial"/>
          <w:lang w:val="hr-HR"/>
        </w:rPr>
        <w:t>rok za dostavu ponuda;</w:t>
      </w:r>
    </w:p>
    <w:p w14:paraId="0DF4AFF8" w14:textId="77777777" w:rsidR="00486871" w:rsidRPr="00DC58C6" w:rsidRDefault="00486871" w:rsidP="009C285A">
      <w:pPr>
        <w:numPr>
          <w:ilvl w:val="0"/>
          <w:numId w:val="14"/>
        </w:numPr>
        <w:spacing w:after="0" w:line="240" w:lineRule="auto"/>
        <w:jc w:val="both"/>
        <w:rPr>
          <w:rFonts w:ascii="Arial" w:hAnsi="Arial" w:cs="Arial"/>
          <w:lang w:val="hr-HR"/>
        </w:rPr>
      </w:pPr>
      <w:r w:rsidRPr="00DC58C6">
        <w:rPr>
          <w:rFonts w:ascii="Arial" w:hAnsi="Arial" w:cs="Arial"/>
          <w:lang w:val="hr-HR"/>
        </w:rPr>
        <w:lastRenderedPageBreak/>
        <w:t>podatak o tome provodi li se javno otvaranje ponuda;</w:t>
      </w:r>
    </w:p>
    <w:p w14:paraId="7F0F6FBE" w14:textId="77777777" w:rsidR="00486871" w:rsidRPr="00DC58C6" w:rsidRDefault="00486871" w:rsidP="009C285A">
      <w:pPr>
        <w:numPr>
          <w:ilvl w:val="0"/>
          <w:numId w:val="14"/>
        </w:numPr>
        <w:spacing w:after="0" w:line="240" w:lineRule="auto"/>
        <w:jc w:val="both"/>
        <w:rPr>
          <w:rFonts w:ascii="Arial" w:hAnsi="Arial" w:cs="Arial"/>
          <w:lang w:val="hr-HR"/>
        </w:rPr>
      </w:pPr>
      <w:r w:rsidRPr="00DC58C6">
        <w:rPr>
          <w:rFonts w:ascii="Arial" w:hAnsi="Arial" w:cs="Arial"/>
          <w:lang w:val="hr-HR"/>
        </w:rPr>
        <w:t>način i rok plaćanja;</w:t>
      </w:r>
    </w:p>
    <w:p w14:paraId="0E3EC423" w14:textId="77777777" w:rsidR="00486871" w:rsidRPr="00DC58C6" w:rsidRDefault="00486871" w:rsidP="009C285A">
      <w:pPr>
        <w:numPr>
          <w:ilvl w:val="0"/>
          <w:numId w:val="14"/>
        </w:numPr>
        <w:spacing w:after="0" w:line="240" w:lineRule="auto"/>
        <w:jc w:val="both"/>
        <w:rPr>
          <w:rFonts w:ascii="Arial" w:hAnsi="Arial" w:cs="Arial"/>
          <w:lang w:val="hr-HR"/>
        </w:rPr>
      </w:pPr>
      <w:r w:rsidRPr="00DC58C6">
        <w:rPr>
          <w:rFonts w:ascii="Arial" w:hAnsi="Arial" w:cs="Arial"/>
          <w:lang w:val="hr-HR"/>
        </w:rPr>
        <w:t>rok za podnošenje zahtjeva za pojašnjenje ili izmjenu poziva na dostavu ponuda te, prema potrebi, rok za produženje roka za dostavu ponuda u slučaju bitne izmjene poziva na dostavu ponuda;</w:t>
      </w:r>
    </w:p>
    <w:p w14:paraId="18F72CC9" w14:textId="77777777" w:rsidR="00486871" w:rsidRPr="00DC58C6" w:rsidRDefault="00486871" w:rsidP="009C285A">
      <w:pPr>
        <w:numPr>
          <w:ilvl w:val="0"/>
          <w:numId w:val="14"/>
        </w:numPr>
        <w:spacing w:after="0" w:line="240" w:lineRule="auto"/>
        <w:jc w:val="both"/>
        <w:rPr>
          <w:rFonts w:ascii="Arial" w:hAnsi="Arial" w:cs="Arial"/>
          <w:lang w:val="hr-HR"/>
        </w:rPr>
      </w:pPr>
      <w:r w:rsidRPr="00DC58C6">
        <w:rPr>
          <w:rFonts w:ascii="Arial" w:hAnsi="Arial" w:cs="Arial"/>
          <w:lang w:val="hr-HR"/>
        </w:rPr>
        <w:t>podatke o pravnoj zaštiti;</w:t>
      </w:r>
    </w:p>
    <w:p w14:paraId="5D7DEC17" w14:textId="4783445E" w:rsidR="00486871" w:rsidRDefault="00486871" w:rsidP="009C285A">
      <w:pPr>
        <w:numPr>
          <w:ilvl w:val="0"/>
          <w:numId w:val="14"/>
        </w:numPr>
        <w:spacing w:after="0" w:line="240" w:lineRule="auto"/>
        <w:jc w:val="both"/>
        <w:rPr>
          <w:rFonts w:ascii="Arial" w:hAnsi="Arial" w:cs="Arial"/>
          <w:lang w:val="hr-HR"/>
        </w:rPr>
      </w:pPr>
      <w:r w:rsidRPr="00DC58C6">
        <w:rPr>
          <w:rFonts w:ascii="Arial" w:hAnsi="Arial" w:cs="Arial"/>
          <w:lang w:val="hr-HR"/>
        </w:rPr>
        <w:t>datum upućivanja,</w:t>
      </w:r>
      <w:r w:rsidR="009F6EDB">
        <w:rPr>
          <w:rFonts w:ascii="Arial" w:hAnsi="Arial" w:cs="Arial"/>
          <w:lang w:val="hr-HR"/>
        </w:rPr>
        <w:t xml:space="preserve"> </w:t>
      </w:r>
      <w:r w:rsidRPr="00DC58C6">
        <w:rPr>
          <w:rFonts w:ascii="Arial" w:hAnsi="Arial" w:cs="Arial"/>
          <w:lang w:val="hr-HR"/>
        </w:rPr>
        <w:t>odnosno javne objave poziva na dostavu ponuda u modulu jednostavne nabave u EOJN RH.</w:t>
      </w:r>
    </w:p>
    <w:p w14:paraId="0D7C622D" w14:textId="77777777" w:rsidR="009C285A" w:rsidRPr="00DC58C6" w:rsidRDefault="009C285A" w:rsidP="009C285A">
      <w:pPr>
        <w:spacing w:after="0" w:line="240" w:lineRule="auto"/>
        <w:ind w:left="720"/>
        <w:jc w:val="both"/>
        <w:rPr>
          <w:rFonts w:ascii="Arial" w:hAnsi="Arial" w:cs="Arial"/>
          <w:lang w:val="hr-HR"/>
        </w:rPr>
      </w:pPr>
    </w:p>
    <w:p w14:paraId="42D71CBA" w14:textId="7A180458" w:rsidR="00486871" w:rsidRPr="00DC58C6" w:rsidRDefault="00486871" w:rsidP="009C285A">
      <w:pPr>
        <w:spacing w:line="240" w:lineRule="auto"/>
        <w:jc w:val="both"/>
        <w:rPr>
          <w:rFonts w:ascii="Arial" w:hAnsi="Arial" w:cs="Arial"/>
          <w:lang w:val="hr-HR"/>
        </w:rPr>
      </w:pPr>
      <w:r w:rsidRPr="00DC58C6">
        <w:rPr>
          <w:rFonts w:ascii="Arial" w:hAnsi="Arial" w:cs="Arial"/>
          <w:lang w:val="hr-HR"/>
        </w:rPr>
        <w:t>(2) Poziv na dostavu ponuda može sadržavati odredbe o traženim jamstvima, uvjete sposobnosti gospodarskih subjekata i razloge za isključenje gospodarskih subjekata. Na sredstva, vrste i visinu jamstava, uvjete sposobnosti i razloge za isključenje na odgovarajući se način primjenjuju odredbe Zakona.</w:t>
      </w:r>
    </w:p>
    <w:p w14:paraId="0B7E763A" w14:textId="23EA1609" w:rsidR="00B66E6C" w:rsidRDefault="00486871" w:rsidP="009C285A">
      <w:pPr>
        <w:spacing w:line="240" w:lineRule="auto"/>
        <w:jc w:val="both"/>
        <w:rPr>
          <w:rFonts w:ascii="Arial" w:hAnsi="Arial" w:cs="Arial"/>
          <w:lang w:val="hr-HR"/>
        </w:rPr>
      </w:pPr>
      <w:r w:rsidRPr="00DC58C6">
        <w:rPr>
          <w:rFonts w:ascii="Arial" w:hAnsi="Arial" w:cs="Arial"/>
          <w:lang w:val="hr-HR"/>
        </w:rPr>
        <w:t>(3) Poziv na dostavu ponuda izrađuje se na hrvatskom jeziku i latiničnom pismu, pri čemu hrvatska jezična verzija predstavlja vjerodostojan tekst. Iznimno, poziv na dostavu ponuda ili njegov dio može se, uz hrvatski jezik i latinično pismo, izraditi i na drugom službenom jeziku Europske unije.</w:t>
      </w:r>
    </w:p>
    <w:p w14:paraId="665C1948" w14:textId="77777777" w:rsidR="0039566C" w:rsidRPr="00C80A49" w:rsidRDefault="0039566C" w:rsidP="009C285A">
      <w:pPr>
        <w:spacing w:line="240" w:lineRule="auto"/>
        <w:jc w:val="both"/>
        <w:rPr>
          <w:rFonts w:ascii="Arial" w:hAnsi="Arial" w:cs="Arial"/>
          <w:lang w:val="hr-HR"/>
        </w:rPr>
      </w:pPr>
    </w:p>
    <w:p w14:paraId="1132EDE3" w14:textId="77777777" w:rsidR="00A12A5A" w:rsidRPr="00DC58C6" w:rsidRDefault="00A12A5A" w:rsidP="009C285A">
      <w:pPr>
        <w:pStyle w:val="Heading1"/>
        <w:spacing w:before="0" w:after="120" w:line="240" w:lineRule="auto"/>
        <w:jc w:val="center"/>
        <w:rPr>
          <w:rFonts w:ascii="Arial" w:eastAsia="Calibri" w:hAnsi="Arial" w:cs="Arial"/>
          <w:color w:val="auto"/>
          <w:sz w:val="22"/>
          <w:szCs w:val="22"/>
        </w:rPr>
      </w:pPr>
      <w:r w:rsidRPr="00DC58C6">
        <w:rPr>
          <w:rFonts w:ascii="Arial" w:eastAsia="Calibri" w:hAnsi="Arial" w:cs="Arial"/>
          <w:color w:val="auto"/>
          <w:sz w:val="22"/>
          <w:szCs w:val="22"/>
        </w:rPr>
        <w:t>ROK ZA DOSTAVU PONUDA</w:t>
      </w:r>
    </w:p>
    <w:p w14:paraId="0C9C7005" w14:textId="77777777" w:rsidR="00F63245" w:rsidRPr="00DC58C6" w:rsidRDefault="00F63245" w:rsidP="009C285A">
      <w:pPr>
        <w:spacing w:line="240" w:lineRule="auto"/>
        <w:rPr>
          <w:rFonts w:ascii="Arial" w:hAnsi="Arial" w:cs="Arial"/>
        </w:rPr>
      </w:pPr>
    </w:p>
    <w:p w14:paraId="69DCD9EE" w14:textId="77777777" w:rsidR="00A12A5A" w:rsidRPr="00DC58C6" w:rsidRDefault="00A12A5A" w:rsidP="009C285A">
      <w:pPr>
        <w:pStyle w:val="Heading1"/>
        <w:spacing w:before="0" w:after="120" w:line="240" w:lineRule="auto"/>
        <w:jc w:val="center"/>
        <w:rPr>
          <w:rFonts w:ascii="Arial" w:hAnsi="Arial" w:cs="Arial"/>
          <w:color w:val="auto"/>
          <w:sz w:val="22"/>
          <w:szCs w:val="22"/>
        </w:rPr>
      </w:pPr>
      <w:proofErr w:type="spellStart"/>
      <w:r w:rsidRPr="00DC58C6">
        <w:rPr>
          <w:rFonts w:ascii="Arial" w:eastAsia="Calibri" w:hAnsi="Arial" w:cs="Arial"/>
          <w:color w:val="auto"/>
          <w:sz w:val="22"/>
          <w:szCs w:val="22"/>
        </w:rPr>
        <w:t>Članak</w:t>
      </w:r>
      <w:proofErr w:type="spellEnd"/>
      <w:r w:rsidRPr="00DC58C6">
        <w:rPr>
          <w:rFonts w:ascii="Arial" w:eastAsia="Calibri" w:hAnsi="Arial" w:cs="Arial"/>
          <w:color w:val="auto"/>
          <w:sz w:val="22"/>
          <w:szCs w:val="22"/>
        </w:rPr>
        <w:t xml:space="preserve"> 13</w:t>
      </w:r>
      <w:r w:rsidRPr="00DC58C6">
        <w:rPr>
          <w:rFonts w:ascii="Arial" w:hAnsi="Arial" w:cs="Arial"/>
          <w:color w:val="auto"/>
          <w:sz w:val="22"/>
          <w:szCs w:val="22"/>
        </w:rPr>
        <w:t>.</w:t>
      </w:r>
    </w:p>
    <w:p w14:paraId="7CDEA26C" w14:textId="77777777" w:rsidR="00486871" w:rsidRPr="00DC58C6" w:rsidRDefault="00486871" w:rsidP="009C285A">
      <w:pPr>
        <w:spacing w:after="120" w:line="240" w:lineRule="auto"/>
        <w:jc w:val="both"/>
        <w:rPr>
          <w:rFonts w:ascii="Arial" w:hAnsi="Arial" w:cs="Arial"/>
          <w:lang w:val="hr-HR"/>
        </w:rPr>
      </w:pPr>
      <w:r w:rsidRPr="00DC58C6">
        <w:rPr>
          <w:rFonts w:ascii="Arial" w:hAnsi="Arial" w:cs="Arial"/>
          <w:lang w:val="hr-HR"/>
        </w:rPr>
        <w:t>(1) Rok za dostavu ponuda određuje se u pozivu na dostavu ponuda razmjerno složenosti i obilježjima predmeta nabave.</w:t>
      </w:r>
    </w:p>
    <w:p w14:paraId="040A0F96" w14:textId="77777777" w:rsidR="00486871" w:rsidRPr="00DC58C6" w:rsidRDefault="00486871" w:rsidP="009C285A">
      <w:pPr>
        <w:spacing w:after="120" w:line="240" w:lineRule="auto"/>
        <w:jc w:val="both"/>
        <w:rPr>
          <w:rFonts w:ascii="Arial" w:hAnsi="Arial" w:cs="Arial"/>
          <w:lang w:val="hr-HR"/>
        </w:rPr>
      </w:pPr>
      <w:r w:rsidRPr="00DC58C6">
        <w:rPr>
          <w:rFonts w:ascii="Arial" w:hAnsi="Arial" w:cs="Arial"/>
          <w:lang w:val="hr-HR"/>
        </w:rPr>
        <w:t>(2) Rok za dostavu ponuda ne može biti kraći od 5 (pet) dana od dana upućivanja poziva na dostavu ponuda putem modula jednostavne nabave u EOJN RH, odnosno kraći od 10 (deset) dana od dana javne objave poziva na dostavu ponuda u modulu jednostavne nabave u EOJN RH.</w:t>
      </w:r>
    </w:p>
    <w:p w14:paraId="110494D5" w14:textId="3BB4EEE0" w:rsidR="00486871" w:rsidRPr="00DC58C6" w:rsidRDefault="00486871" w:rsidP="009C285A">
      <w:pPr>
        <w:spacing w:after="120" w:line="240" w:lineRule="auto"/>
        <w:jc w:val="both"/>
        <w:rPr>
          <w:rFonts w:ascii="Arial" w:hAnsi="Arial" w:cs="Arial"/>
          <w:lang w:val="hr-HR"/>
        </w:rPr>
      </w:pPr>
      <w:r w:rsidRPr="00DC58C6">
        <w:rPr>
          <w:rFonts w:ascii="Arial" w:hAnsi="Arial" w:cs="Arial"/>
          <w:lang w:val="hr-HR"/>
        </w:rPr>
        <w:t xml:space="preserve">(3) Iznimno od stavka 2. ovoga članka, ako </w:t>
      </w:r>
      <w:r w:rsidR="00BC4C9C">
        <w:rPr>
          <w:rFonts w:ascii="Arial" w:hAnsi="Arial" w:cs="Arial"/>
          <w:lang w:val="hr-HR"/>
        </w:rPr>
        <w:t xml:space="preserve">to nalaže </w:t>
      </w:r>
      <w:r w:rsidRPr="00DC58C6">
        <w:rPr>
          <w:rFonts w:ascii="Arial" w:hAnsi="Arial" w:cs="Arial"/>
          <w:lang w:val="hr-HR"/>
        </w:rPr>
        <w:t xml:space="preserve">žurnost </w:t>
      </w:r>
      <w:r w:rsidR="00BC4C9C">
        <w:rPr>
          <w:rFonts w:ascii="Arial" w:hAnsi="Arial" w:cs="Arial"/>
          <w:lang w:val="hr-HR"/>
        </w:rPr>
        <w:t xml:space="preserve">provedbe postupka </w:t>
      </w:r>
      <w:r w:rsidRPr="00DC58C6">
        <w:rPr>
          <w:rFonts w:ascii="Arial" w:hAnsi="Arial" w:cs="Arial"/>
          <w:lang w:val="hr-HR"/>
        </w:rPr>
        <w:t xml:space="preserve">nabave, </w:t>
      </w:r>
      <w:r w:rsidR="008A61BB">
        <w:rPr>
          <w:rFonts w:ascii="Arial" w:hAnsi="Arial" w:cs="Arial"/>
          <w:lang w:val="hr-HR"/>
        </w:rPr>
        <w:t>N</w:t>
      </w:r>
      <w:r w:rsidRPr="00DC58C6">
        <w:rPr>
          <w:rFonts w:ascii="Arial" w:hAnsi="Arial" w:cs="Arial"/>
          <w:lang w:val="hr-HR"/>
        </w:rPr>
        <w:t>aručitelj može odrediti i kraći rok za dostavu ponuda, koji ne može biti kraći od 5 (pet) dana od dana upućivanja ili javne objave poziva na dostavu ponuda u modulu jednostavne nabave u EOJN RH</w:t>
      </w:r>
      <w:r w:rsidR="00BC4C9C">
        <w:rPr>
          <w:rFonts w:ascii="Arial" w:hAnsi="Arial" w:cs="Arial"/>
          <w:lang w:val="hr-HR"/>
        </w:rPr>
        <w:t>, uz navođenje obrazloženja.</w:t>
      </w:r>
    </w:p>
    <w:p w14:paraId="2FB0CEBC" w14:textId="3A34FB50" w:rsidR="00A12A5A" w:rsidRDefault="00A12A5A" w:rsidP="009C285A">
      <w:pPr>
        <w:spacing w:after="120" w:line="240" w:lineRule="auto"/>
        <w:jc w:val="both"/>
        <w:rPr>
          <w:rFonts w:ascii="Arial" w:hAnsi="Arial" w:cs="Arial"/>
        </w:rPr>
      </w:pPr>
    </w:p>
    <w:p w14:paraId="1D9A0A2D" w14:textId="77777777" w:rsidR="009F6EDB" w:rsidRPr="00DC58C6" w:rsidRDefault="009F6EDB" w:rsidP="009C285A">
      <w:pPr>
        <w:spacing w:after="120" w:line="240" w:lineRule="auto"/>
        <w:jc w:val="both"/>
        <w:rPr>
          <w:rFonts w:ascii="Arial" w:hAnsi="Arial" w:cs="Arial"/>
        </w:rPr>
      </w:pPr>
    </w:p>
    <w:p w14:paraId="2CF7BCF8" w14:textId="77777777" w:rsidR="00A12A5A" w:rsidRPr="00DC58C6" w:rsidRDefault="00A12A5A" w:rsidP="009C285A">
      <w:pPr>
        <w:pStyle w:val="Heading1"/>
        <w:spacing w:before="0" w:after="120" w:line="240" w:lineRule="auto"/>
        <w:jc w:val="center"/>
        <w:rPr>
          <w:rFonts w:ascii="Arial" w:eastAsia="Calibri" w:hAnsi="Arial" w:cs="Arial"/>
          <w:color w:val="auto"/>
          <w:sz w:val="22"/>
          <w:szCs w:val="22"/>
        </w:rPr>
      </w:pPr>
      <w:r w:rsidRPr="00DC58C6">
        <w:rPr>
          <w:rFonts w:ascii="Arial" w:eastAsia="Calibri" w:hAnsi="Arial" w:cs="Arial"/>
          <w:color w:val="auto"/>
          <w:sz w:val="22"/>
          <w:szCs w:val="22"/>
        </w:rPr>
        <w:t>POSTUPAK DOSTAVE PONUDA</w:t>
      </w:r>
    </w:p>
    <w:p w14:paraId="123BCB70" w14:textId="77777777" w:rsidR="00C84A22" w:rsidRPr="00DC58C6" w:rsidRDefault="00C84A22" w:rsidP="009C285A">
      <w:pPr>
        <w:spacing w:line="240" w:lineRule="auto"/>
        <w:rPr>
          <w:rFonts w:ascii="Arial" w:hAnsi="Arial" w:cs="Arial"/>
        </w:rPr>
      </w:pPr>
    </w:p>
    <w:p w14:paraId="21991FD6" w14:textId="52E2CAB9" w:rsidR="00C84A22" w:rsidRPr="00DC58C6" w:rsidRDefault="00C84A22" w:rsidP="009C285A">
      <w:pPr>
        <w:spacing w:line="240" w:lineRule="auto"/>
        <w:jc w:val="center"/>
        <w:rPr>
          <w:rFonts w:ascii="Arial" w:hAnsi="Arial" w:cs="Arial"/>
          <w:b/>
          <w:bCs/>
        </w:rPr>
      </w:pPr>
      <w:proofErr w:type="spellStart"/>
      <w:r w:rsidRPr="00DC58C6">
        <w:rPr>
          <w:rFonts w:ascii="Arial" w:hAnsi="Arial" w:cs="Arial"/>
          <w:b/>
          <w:bCs/>
        </w:rPr>
        <w:t>Članak</w:t>
      </w:r>
      <w:proofErr w:type="spellEnd"/>
      <w:r w:rsidRPr="00DC58C6">
        <w:rPr>
          <w:rFonts w:ascii="Arial" w:hAnsi="Arial" w:cs="Arial"/>
          <w:b/>
          <w:bCs/>
        </w:rPr>
        <w:t xml:space="preserve"> 14.</w:t>
      </w:r>
    </w:p>
    <w:p w14:paraId="00195BD9" w14:textId="2AC7D2BD" w:rsidR="00C84A22" w:rsidRPr="00DC58C6" w:rsidRDefault="00C84A22" w:rsidP="009C285A">
      <w:pPr>
        <w:spacing w:after="120" w:line="240" w:lineRule="auto"/>
        <w:jc w:val="both"/>
        <w:rPr>
          <w:rFonts w:ascii="Arial" w:hAnsi="Arial" w:cs="Arial"/>
          <w:lang w:val="hr-HR"/>
        </w:rPr>
      </w:pPr>
      <w:bookmarkStart w:id="0" w:name="_Hlk50545017"/>
      <w:r w:rsidRPr="00DC58C6">
        <w:rPr>
          <w:rFonts w:ascii="Arial" w:hAnsi="Arial" w:cs="Arial"/>
          <w:lang w:val="hr-HR"/>
        </w:rPr>
        <w:t xml:space="preserve">(1) </w:t>
      </w:r>
      <w:r w:rsidR="00BC4C9C">
        <w:rPr>
          <w:rFonts w:ascii="Arial" w:hAnsi="Arial" w:cs="Arial"/>
          <w:lang w:val="hr-HR"/>
        </w:rPr>
        <w:t>Tijekom</w:t>
      </w:r>
      <w:r w:rsidRPr="00DC58C6">
        <w:rPr>
          <w:rFonts w:ascii="Arial" w:hAnsi="Arial" w:cs="Arial"/>
          <w:lang w:val="hr-HR"/>
        </w:rPr>
        <w:t xml:space="preserve"> roka za dostavu ponuda gospodarski subjekti mogu zahtijevati pojašnjenja i izmjene u vezi s pozivom na dostavu ponuda najkasnije </w:t>
      </w:r>
      <w:r w:rsidR="00BC4C9C">
        <w:rPr>
          <w:rFonts w:ascii="Arial" w:hAnsi="Arial" w:cs="Arial"/>
          <w:lang w:val="hr-HR"/>
        </w:rPr>
        <w:t>do isteka</w:t>
      </w:r>
      <w:r w:rsidRPr="00DC58C6">
        <w:rPr>
          <w:rFonts w:ascii="Arial" w:hAnsi="Arial" w:cs="Arial"/>
          <w:lang w:val="hr-HR"/>
        </w:rPr>
        <w:t xml:space="preserve"> trećeg dana prije isteka roka za dostavu ponuda.</w:t>
      </w:r>
    </w:p>
    <w:p w14:paraId="67E54967" w14:textId="5F781321" w:rsidR="00C84A22" w:rsidRPr="00DC58C6" w:rsidRDefault="00C84A22" w:rsidP="009C285A">
      <w:pPr>
        <w:spacing w:after="120" w:line="240" w:lineRule="auto"/>
        <w:jc w:val="both"/>
        <w:rPr>
          <w:rFonts w:ascii="Arial" w:hAnsi="Arial" w:cs="Arial"/>
          <w:lang w:val="hr-HR"/>
        </w:rPr>
      </w:pPr>
      <w:r w:rsidRPr="00DC58C6">
        <w:rPr>
          <w:rFonts w:ascii="Arial" w:hAnsi="Arial" w:cs="Arial"/>
          <w:lang w:val="hr-HR"/>
        </w:rPr>
        <w:t xml:space="preserve">(2) Ako je zahtjev iz stavka 1. ovoga članka dostavljen pravodobno, </w:t>
      </w:r>
      <w:r w:rsidR="009C285A">
        <w:rPr>
          <w:rFonts w:ascii="Arial" w:hAnsi="Arial" w:cs="Arial"/>
          <w:lang w:val="hr-HR"/>
        </w:rPr>
        <w:t>N</w:t>
      </w:r>
      <w:r w:rsidRPr="00DC58C6">
        <w:rPr>
          <w:rFonts w:ascii="Arial" w:hAnsi="Arial" w:cs="Arial"/>
          <w:lang w:val="hr-HR"/>
        </w:rPr>
        <w:t xml:space="preserve">aručitelj je dužan odgovor, pojašnjenje ili izmjenu staviti na raspolaganje svim zainteresiranim </w:t>
      </w:r>
      <w:r w:rsidRPr="00DC58C6">
        <w:rPr>
          <w:rFonts w:ascii="Arial" w:hAnsi="Arial" w:cs="Arial"/>
          <w:lang w:val="hr-HR"/>
        </w:rPr>
        <w:lastRenderedPageBreak/>
        <w:t>gospodarskim subjektima putem modula jednostavne nabave u EOJN RH najkasnije jedan dan prije isteka roka za dostavu ponuda.</w:t>
      </w:r>
    </w:p>
    <w:p w14:paraId="623DEFC0" w14:textId="1A8C4881" w:rsidR="00C84A22" w:rsidRPr="00DC58C6" w:rsidRDefault="00C84A22" w:rsidP="009C285A">
      <w:pPr>
        <w:spacing w:after="120" w:line="240" w:lineRule="auto"/>
        <w:jc w:val="both"/>
        <w:rPr>
          <w:rFonts w:ascii="Arial" w:hAnsi="Arial" w:cs="Arial"/>
          <w:lang w:val="hr-HR"/>
        </w:rPr>
      </w:pPr>
      <w:r w:rsidRPr="00DC58C6">
        <w:rPr>
          <w:rFonts w:ascii="Arial" w:hAnsi="Arial" w:cs="Arial"/>
          <w:lang w:val="hr-HR"/>
        </w:rPr>
        <w:t xml:space="preserve">(3) U slučaju bitne izmjene poziva na dostavu ponuda </w:t>
      </w:r>
      <w:r w:rsidR="009C285A">
        <w:rPr>
          <w:rFonts w:ascii="Arial" w:hAnsi="Arial" w:cs="Arial"/>
          <w:lang w:val="hr-HR"/>
        </w:rPr>
        <w:t>N</w:t>
      </w:r>
      <w:r w:rsidRPr="00DC58C6">
        <w:rPr>
          <w:rFonts w:ascii="Arial" w:hAnsi="Arial" w:cs="Arial"/>
          <w:lang w:val="hr-HR"/>
        </w:rPr>
        <w:t xml:space="preserve">aručitelj je dužan razmjerno produžiti rok za dostavu ponuda za najmanje </w:t>
      </w:r>
      <w:r w:rsidR="00AC1298">
        <w:rPr>
          <w:rFonts w:ascii="Arial" w:hAnsi="Arial" w:cs="Arial"/>
          <w:lang w:val="hr-HR"/>
        </w:rPr>
        <w:t>3 (</w:t>
      </w:r>
      <w:r w:rsidRPr="00DC58C6">
        <w:rPr>
          <w:rFonts w:ascii="Arial" w:hAnsi="Arial" w:cs="Arial"/>
          <w:lang w:val="hr-HR"/>
        </w:rPr>
        <w:t>tri</w:t>
      </w:r>
      <w:r w:rsidR="00AC1298">
        <w:rPr>
          <w:rFonts w:ascii="Arial" w:hAnsi="Arial" w:cs="Arial"/>
          <w:lang w:val="hr-HR"/>
        </w:rPr>
        <w:t>)</w:t>
      </w:r>
      <w:r w:rsidRPr="00DC58C6">
        <w:rPr>
          <w:rFonts w:ascii="Arial" w:hAnsi="Arial" w:cs="Arial"/>
          <w:lang w:val="hr-HR"/>
        </w:rPr>
        <w:t xml:space="preserve"> dana od dana objave izmjene.</w:t>
      </w:r>
    </w:p>
    <w:p w14:paraId="04548AFA" w14:textId="77777777" w:rsidR="00F76AE9" w:rsidRPr="00DC58C6" w:rsidRDefault="00F76AE9" w:rsidP="009C285A">
      <w:pPr>
        <w:spacing w:after="120" w:line="240" w:lineRule="auto"/>
        <w:jc w:val="both"/>
        <w:rPr>
          <w:rFonts w:ascii="Arial" w:hAnsi="Arial" w:cs="Arial"/>
          <w:lang w:val="hr-HR"/>
        </w:rPr>
      </w:pPr>
    </w:p>
    <w:p w14:paraId="7D237F79" w14:textId="77777777" w:rsidR="00C84A22" w:rsidRPr="00DC58C6" w:rsidRDefault="00C84A22" w:rsidP="009C285A">
      <w:pPr>
        <w:spacing w:after="120" w:line="240" w:lineRule="auto"/>
        <w:jc w:val="center"/>
        <w:rPr>
          <w:rFonts w:ascii="Arial" w:hAnsi="Arial" w:cs="Arial"/>
          <w:b/>
          <w:bCs/>
          <w:lang w:val="hr-HR"/>
        </w:rPr>
      </w:pPr>
      <w:r w:rsidRPr="00DC58C6">
        <w:rPr>
          <w:rFonts w:ascii="Arial" w:hAnsi="Arial" w:cs="Arial"/>
          <w:b/>
          <w:bCs/>
          <w:lang w:val="hr-HR"/>
        </w:rPr>
        <w:t>Članak 15.</w:t>
      </w:r>
    </w:p>
    <w:p w14:paraId="55DE4648" w14:textId="77777777" w:rsidR="00C84A22" w:rsidRPr="00DC58C6" w:rsidRDefault="00C84A22" w:rsidP="00B447BC">
      <w:pPr>
        <w:spacing w:after="120" w:line="240" w:lineRule="auto"/>
        <w:jc w:val="both"/>
        <w:rPr>
          <w:rFonts w:ascii="Arial" w:hAnsi="Arial" w:cs="Arial"/>
          <w:lang w:val="hr-HR"/>
        </w:rPr>
      </w:pPr>
      <w:r w:rsidRPr="00DC58C6">
        <w:rPr>
          <w:rFonts w:ascii="Arial" w:hAnsi="Arial" w:cs="Arial"/>
          <w:lang w:val="hr-HR"/>
        </w:rPr>
        <w:t>(1) Ponuda mora biti izrađena sukladno zahtjevima iz poziva na dostavu ponuda.</w:t>
      </w:r>
    </w:p>
    <w:p w14:paraId="4B3B25C7" w14:textId="31E61CDD" w:rsidR="00C84A22" w:rsidRPr="00DC58C6" w:rsidRDefault="00C84A22" w:rsidP="00B447BC">
      <w:pPr>
        <w:spacing w:after="120" w:line="240" w:lineRule="auto"/>
        <w:jc w:val="both"/>
        <w:rPr>
          <w:rFonts w:ascii="Arial" w:hAnsi="Arial" w:cs="Arial"/>
          <w:lang w:val="hr-HR"/>
        </w:rPr>
      </w:pPr>
      <w:r w:rsidRPr="00DC58C6">
        <w:rPr>
          <w:rFonts w:ascii="Arial" w:hAnsi="Arial" w:cs="Arial"/>
          <w:lang w:val="hr-HR"/>
        </w:rPr>
        <w:t xml:space="preserve">(2) Cijena ponude izražava se u </w:t>
      </w:r>
      <w:r w:rsidR="008A096E">
        <w:rPr>
          <w:rFonts w:ascii="Arial" w:hAnsi="Arial" w:cs="Arial"/>
          <w:lang w:val="hr-HR"/>
        </w:rPr>
        <w:t>EUR</w:t>
      </w:r>
      <w:r w:rsidRPr="00DC58C6">
        <w:rPr>
          <w:rFonts w:ascii="Arial" w:hAnsi="Arial" w:cs="Arial"/>
          <w:lang w:val="hr-HR"/>
        </w:rPr>
        <w:t xml:space="preserve">. U cijenu ponude bez </w:t>
      </w:r>
      <w:r w:rsidR="00AC1298">
        <w:rPr>
          <w:rFonts w:ascii="Arial" w:hAnsi="Arial" w:cs="Arial"/>
          <w:lang w:val="hr-HR"/>
        </w:rPr>
        <w:t>PDV</w:t>
      </w:r>
      <w:r w:rsidRPr="00DC58C6">
        <w:rPr>
          <w:rFonts w:ascii="Arial" w:hAnsi="Arial" w:cs="Arial"/>
          <w:lang w:val="hr-HR"/>
        </w:rPr>
        <w:t xml:space="preserve"> moraju biti uključeni svi troškovi i popusti.</w:t>
      </w:r>
    </w:p>
    <w:p w14:paraId="3725132B" w14:textId="4EEC5DEC" w:rsidR="00C84A22" w:rsidRPr="00DC58C6" w:rsidRDefault="00C84A22" w:rsidP="00B447BC">
      <w:pPr>
        <w:spacing w:after="120" w:line="240" w:lineRule="auto"/>
        <w:jc w:val="both"/>
        <w:rPr>
          <w:rFonts w:ascii="Arial" w:hAnsi="Arial" w:cs="Arial"/>
          <w:lang w:val="hr-HR"/>
        </w:rPr>
      </w:pPr>
      <w:r w:rsidRPr="00DC58C6">
        <w:rPr>
          <w:rFonts w:ascii="Arial" w:hAnsi="Arial" w:cs="Arial"/>
          <w:lang w:val="hr-HR"/>
        </w:rPr>
        <w:t>(3) Pod uvjetima i ograničenjima propisanim Zakonom ili pozivom na dostavu ponuda, ponuditelj može uključiti druge gospodarske subjekte u svojstvu podugovaratelja odnosno gospodarskih subjekata na čiju se sposobnost oslanja.</w:t>
      </w:r>
    </w:p>
    <w:p w14:paraId="4089A5DA" w14:textId="77777777" w:rsidR="00C84A22" w:rsidRPr="00DC58C6" w:rsidRDefault="00C84A22" w:rsidP="009C285A">
      <w:pPr>
        <w:spacing w:after="120" w:line="240" w:lineRule="auto"/>
        <w:jc w:val="both"/>
        <w:rPr>
          <w:rFonts w:ascii="Arial" w:hAnsi="Arial" w:cs="Arial"/>
          <w:lang w:val="hr-HR"/>
        </w:rPr>
      </w:pPr>
    </w:p>
    <w:p w14:paraId="245D243A" w14:textId="77777777" w:rsidR="00C84A22" w:rsidRPr="00DC58C6" w:rsidRDefault="00C84A22" w:rsidP="009C285A">
      <w:pPr>
        <w:spacing w:after="120" w:line="240" w:lineRule="auto"/>
        <w:jc w:val="center"/>
        <w:rPr>
          <w:rFonts w:ascii="Arial" w:hAnsi="Arial" w:cs="Arial"/>
          <w:lang w:val="hr-HR"/>
        </w:rPr>
      </w:pPr>
      <w:r w:rsidRPr="00DC58C6">
        <w:rPr>
          <w:rFonts w:ascii="Arial" w:hAnsi="Arial" w:cs="Arial"/>
          <w:b/>
          <w:bCs/>
          <w:lang w:val="hr-HR"/>
        </w:rPr>
        <w:t>Članak 16</w:t>
      </w:r>
      <w:r w:rsidRPr="00DC58C6">
        <w:rPr>
          <w:rFonts w:ascii="Arial" w:hAnsi="Arial" w:cs="Arial"/>
          <w:lang w:val="hr-HR"/>
        </w:rPr>
        <w:t>.</w:t>
      </w:r>
    </w:p>
    <w:p w14:paraId="2443831D" w14:textId="77777777" w:rsidR="00C84A22" w:rsidRPr="00DC58C6" w:rsidRDefault="00C84A22" w:rsidP="009C285A">
      <w:pPr>
        <w:spacing w:after="120" w:line="240" w:lineRule="auto"/>
        <w:jc w:val="both"/>
        <w:rPr>
          <w:rFonts w:ascii="Arial" w:hAnsi="Arial" w:cs="Arial"/>
          <w:lang w:val="hr-HR"/>
        </w:rPr>
      </w:pPr>
      <w:r w:rsidRPr="00DC58C6">
        <w:rPr>
          <w:rFonts w:ascii="Arial" w:hAnsi="Arial" w:cs="Arial"/>
          <w:lang w:val="hr-HR"/>
        </w:rPr>
        <w:t>(1) Ponuditelj može do isteka roka za dostavu ponuda izmijeniti, dopuniti ili povući svoju ponudu na isti način na koji je dostavio osnovnu ponudu.</w:t>
      </w:r>
    </w:p>
    <w:p w14:paraId="4D09B24C" w14:textId="77777777" w:rsidR="00C84A22" w:rsidRPr="00DC58C6" w:rsidRDefault="00C84A22" w:rsidP="009C285A">
      <w:pPr>
        <w:spacing w:after="120" w:line="240" w:lineRule="auto"/>
        <w:jc w:val="both"/>
        <w:rPr>
          <w:rFonts w:ascii="Arial" w:hAnsi="Arial" w:cs="Arial"/>
          <w:lang w:val="hr-HR"/>
        </w:rPr>
      </w:pPr>
      <w:r w:rsidRPr="00DC58C6">
        <w:rPr>
          <w:rFonts w:ascii="Arial" w:hAnsi="Arial" w:cs="Arial"/>
          <w:lang w:val="hr-HR"/>
        </w:rPr>
        <w:t>(2) Do isteka roka za dostavu ponuda nije dopušteno davanje informacija o zaprimljenim ponudama.</w:t>
      </w:r>
    </w:p>
    <w:p w14:paraId="76F720F2" w14:textId="513498DA" w:rsidR="00A12A5A" w:rsidRDefault="00A12A5A" w:rsidP="009C285A">
      <w:pPr>
        <w:spacing w:after="120" w:line="240" w:lineRule="auto"/>
        <w:jc w:val="both"/>
        <w:rPr>
          <w:rFonts w:ascii="Arial" w:hAnsi="Arial" w:cs="Arial"/>
          <w:b/>
        </w:rPr>
      </w:pPr>
    </w:p>
    <w:p w14:paraId="69D8B8C3" w14:textId="77777777" w:rsidR="009F6EDB" w:rsidRPr="00DC58C6" w:rsidRDefault="009F6EDB" w:rsidP="009C285A">
      <w:pPr>
        <w:spacing w:after="120" w:line="240" w:lineRule="auto"/>
        <w:jc w:val="both"/>
        <w:rPr>
          <w:rFonts w:ascii="Arial" w:hAnsi="Arial" w:cs="Arial"/>
          <w:b/>
        </w:rPr>
      </w:pPr>
    </w:p>
    <w:p w14:paraId="01B7CE81" w14:textId="77777777" w:rsidR="00A12A5A" w:rsidRPr="00DC58C6" w:rsidRDefault="00A12A5A" w:rsidP="009F6EDB">
      <w:pPr>
        <w:pStyle w:val="Heading1"/>
        <w:spacing w:before="0" w:after="120" w:line="240" w:lineRule="auto"/>
        <w:jc w:val="center"/>
        <w:rPr>
          <w:rFonts w:ascii="Arial" w:eastAsia="Calibri" w:hAnsi="Arial" w:cs="Arial"/>
          <w:color w:val="auto"/>
          <w:sz w:val="22"/>
          <w:szCs w:val="22"/>
        </w:rPr>
      </w:pPr>
      <w:r w:rsidRPr="00DC58C6">
        <w:rPr>
          <w:rFonts w:ascii="Arial" w:eastAsia="Calibri" w:hAnsi="Arial" w:cs="Arial"/>
          <w:color w:val="auto"/>
          <w:sz w:val="22"/>
          <w:szCs w:val="22"/>
        </w:rPr>
        <w:t>OTVARANJE, PREGLED I OCJENA PONUDA</w:t>
      </w:r>
    </w:p>
    <w:p w14:paraId="4A629556" w14:textId="77777777" w:rsidR="00C84A22" w:rsidRPr="00DC58C6" w:rsidRDefault="00C84A22" w:rsidP="009C285A">
      <w:pPr>
        <w:spacing w:line="240" w:lineRule="auto"/>
        <w:rPr>
          <w:rFonts w:ascii="Arial" w:hAnsi="Arial" w:cs="Arial"/>
        </w:rPr>
      </w:pPr>
    </w:p>
    <w:bookmarkEnd w:id="0"/>
    <w:p w14:paraId="0379D9FF" w14:textId="77777777" w:rsidR="00A12A5A" w:rsidRPr="00DC58C6" w:rsidRDefault="00A12A5A" w:rsidP="009C285A">
      <w:pPr>
        <w:pStyle w:val="Heading1"/>
        <w:spacing w:before="0" w:after="120" w:line="240" w:lineRule="auto"/>
        <w:jc w:val="center"/>
        <w:rPr>
          <w:rFonts w:ascii="Arial" w:hAnsi="Arial" w:cs="Arial"/>
          <w:color w:val="auto"/>
          <w:sz w:val="22"/>
          <w:szCs w:val="22"/>
        </w:rPr>
      </w:pPr>
      <w:proofErr w:type="spellStart"/>
      <w:r w:rsidRPr="00DC58C6">
        <w:rPr>
          <w:rFonts w:ascii="Arial" w:eastAsia="Calibri" w:hAnsi="Arial" w:cs="Arial"/>
          <w:color w:val="auto"/>
          <w:sz w:val="22"/>
          <w:szCs w:val="22"/>
        </w:rPr>
        <w:t>Članak</w:t>
      </w:r>
      <w:proofErr w:type="spellEnd"/>
      <w:r w:rsidRPr="00DC58C6">
        <w:rPr>
          <w:rFonts w:ascii="Arial" w:eastAsia="Calibri" w:hAnsi="Arial" w:cs="Arial"/>
          <w:color w:val="auto"/>
          <w:sz w:val="22"/>
          <w:szCs w:val="22"/>
        </w:rPr>
        <w:t xml:space="preserve"> 17</w:t>
      </w:r>
      <w:r w:rsidRPr="00DC58C6">
        <w:rPr>
          <w:rFonts w:ascii="Arial" w:hAnsi="Arial" w:cs="Arial"/>
          <w:color w:val="auto"/>
          <w:sz w:val="22"/>
          <w:szCs w:val="22"/>
        </w:rPr>
        <w:t>.</w:t>
      </w:r>
    </w:p>
    <w:p w14:paraId="32958D0A" w14:textId="44FA9C2B" w:rsidR="00C84A22" w:rsidRPr="00DC58C6" w:rsidRDefault="00C84A22" w:rsidP="009C285A">
      <w:pPr>
        <w:spacing w:after="120" w:line="240" w:lineRule="auto"/>
        <w:jc w:val="both"/>
        <w:rPr>
          <w:rFonts w:ascii="Arial" w:eastAsia="Calibri" w:hAnsi="Arial" w:cs="Arial"/>
          <w:lang w:val="hr-HR"/>
        </w:rPr>
      </w:pPr>
      <w:r w:rsidRPr="00DC58C6">
        <w:rPr>
          <w:rFonts w:ascii="Arial" w:eastAsia="Calibri" w:hAnsi="Arial" w:cs="Arial"/>
          <w:lang w:val="hr-HR"/>
        </w:rPr>
        <w:t>(1) Po isteku roka za dostavu ponuda Povjerenstvo otvara i pregledava zaprimljene ponude te</w:t>
      </w:r>
      <w:r w:rsidR="00BC4C9C">
        <w:rPr>
          <w:rFonts w:ascii="Arial" w:eastAsia="Calibri" w:hAnsi="Arial" w:cs="Arial"/>
          <w:lang w:val="hr-HR"/>
        </w:rPr>
        <w:t xml:space="preserve"> </w:t>
      </w:r>
      <w:r w:rsidRPr="00DC58C6">
        <w:rPr>
          <w:rFonts w:ascii="Arial" w:eastAsia="Calibri" w:hAnsi="Arial" w:cs="Arial"/>
          <w:lang w:val="hr-HR"/>
        </w:rPr>
        <w:t>sastavlja zapisnik o otvaranju ponuda odnosno koristi zapisnik generiran putem modula jednostavne nabave u EOJN RH.</w:t>
      </w:r>
    </w:p>
    <w:p w14:paraId="2E507CD2" w14:textId="76231910" w:rsidR="00C84A22" w:rsidRPr="00DC58C6" w:rsidRDefault="0039566C" w:rsidP="009C285A">
      <w:pPr>
        <w:spacing w:after="120" w:line="240" w:lineRule="auto"/>
        <w:jc w:val="both"/>
        <w:rPr>
          <w:rFonts w:ascii="Arial" w:eastAsia="Calibri" w:hAnsi="Arial" w:cs="Arial"/>
          <w:lang w:val="hr-HR"/>
        </w:rPr>
      </w:pPr>
      <w:r w:rsidRPr="0039566C">
        <w:rPr>
          <w:rFonts w:ascii="Arial" w:eastAsia="Calibri" w:hAnsi="Arial" w:cs="Arial"/>
          <w:lang w:val="hr-HR"/>
        </w:rPr>
        <w:t>(</w:t>
      </w:r>
      <w:r w:rsidR="00C84A22" w:rsidRPr="0039566C">
        <w:rPr>
          <w:rFonts w:ascii="Arial" w:eastAsia="Calibri" w:hAnsi="Arial" w:cs="Arial"/>
          <w:lang w:val="hr-HR"/>
        </w:rPr>
        <w:t>2) Ponude otvara</w:t>
      </w:r>
      <w:r w:rsidRPr="0039566C">
        <w:rPr>
          <w:rFonts w:ascii="Arial" w:eastAsia="Calibri" w:hAnsi="Arial" w:cs="Arial"/>
          <w:lang w:val="hr-HR"/>
        </w:rPr>
        <w:t>ju</w:t>
      </w:r>
      <w:r w:rsidR="00C84A22" w:rsidRPr="0039566C">
        <w:rPr>
          <w:rFonts w:ascii="Arial" w:eastAsia="Calibri" w:hAnsi="Arial" w:cs="Arial"/>
          <w:lang w:val="hr-HR"/>
        </w:rPr>
        <w:t xml:space="preserve"> </w:t>
      </w:r>
      <w:r w:rsidR="009F6EDB">
        <w:rPr>
          <w:rFonts w:ascii="Arial" w:eastAsia="Calibri" w:hAnsi="Arial" w:cs="Arial"/>
          <w:lang w:val="hr-HR"/>
        </w:rPr>
        <w:t>najmanje 2 (</w:t>
      </w:r>
      <w:r w:rsidRPr="0039566C">
        <w:rPr>
          <w:rFonts w:ascii="Arial" w:eastAsia="Calibri" w:hAnsi="Arial" w:cs="Arial"/>
          <w:lang w:val="hr-HR"/>
        </w:rPr>
        <w:t>dva</w:t>
      </w:r>
      <w:r w:rsidR="009F6EDB">
        <w:rPr>
          <w:rFonts w:ascii="Arial" w:eastAsia="Calibri" w:hAnsi="Arial" w:cs="Arial"/>
          <w:lang w:val="hr-HR"/>
        </w:rPr>
        <w:t>)</w:t>
      </w:r>
      <w:r w:rsidR="00C84A22" w:rsidRPr="0039566C">
        <w:rPr>
          <w:rFonts w:ascii="Arial" w:eastAsia="Calibri" w:hAnsi="Arial" w:cs="Arial"/>
          <w:lang w:val="hr-HR"/>
        </w:rPr>
        <w:t xml:space="preserve"> član</w:t>
      </w:r>
      <w:r w:rsidRPr="0039566C">
        <w:rPr>
          <w:rFonts w:ascii="Arial" w:eastAsia="Calibri" w:hAnsi="Arial" w:cs="Arial"/>
          <w:lang w:val="hr-HR"/>
        </w:rPr>
        <w:t>a</w:t>
      </w:r>
      <w:r w:rsidR="00C84A22" w:rsidRPr="0039566C">
        <w:rPr>
          <w:rFonts w:ascii="Arial" w:eastAsia="Calibri" w:hAnsi="Arial" w:cs="Arial"/>
          <w:lang w:val="hr-HR"/>
        </w:rPr>
        <w:t xml:space="preserve"> Povjerenstva.</w:t>
      </w:r>
    </w:p>
    <w:p w14:paraId="60D14301" w14:textId="77777777" w:rsidR="00C84A22" w:rsidRPr="00DC58C6" w:rsidRDefault="00C84A22" w:rsidP="009C285A">
      <w:pPr>
        <w:spacing w:after="120" w:line="240" w:lineRule="auto"/>
        <w:jc w:val="both"/>
        <w:rPr>
          <w:rFonts w:ascii="Arial" w:eastAsia="Calibri" w:hAnsi="Arial" w:cs="Arial"/>
          <w:lang w:val="hr-HR"/>
        </w:rPr>
      </w:pPr>
      <w:r w:rsidRPr="00DC58C6">
        <w:rPr>
          <w:rFonts w:ascii="Arial" w:eastAsia="Calibri" w:hAnsi="Arial" w:cs="Arial"/>
          <w:lang w:val="hr-HR"/>
        </w:rPr>
        <w:t>(3) Otvaranje ponuda u postupcima jednostavne nabave nije javno.</w:t>
      </w:r>
    </w:p>
    <w:p w14:paraId="5704587A" w14:textId="38F4EFD1" w:rsidR="00C84A22" w:rsidRPr="00DC58C6" w:rsidRDefault="00C84A22" w:rsidP="009C285A">
      <w:pPr>
        <w:spacing w:after="120" w:line="240" w:lineRule="auto"/>
        <w:jc w:val="both"/>
        <w:rPr>
          <w:rFonts w:ascii="Arial" w:eastAsia="Calibri" w:hAnsi="Arial" w:cs="Arial"/>
          <w:lang w:val="hr-HR"/>
        </w:rPr>
      </w:pPr>
      <w:r w:rsidRPr="00DC58C6">
        <w:rPr>
          <w:rFonts w:ascii="Arial" w:eastAsia="Calibri" w:hAnsi="Arial" w:cs="Arial"/>
          <w:lang w:val="hr-HR"/>
        </w:rPr>
        <w:t xml:space="preserve">(4) Iznimno od stavka 3. ovoga članka, </w:t>
      </w:r>
      <w:r w:rsidR="0039566C">
        <w:rPr>
          <w:rFonts w:ascii="Arial" w:eastAsia="Calibri" w:hAnsi="Arial" w:cs="Arial"/>
          <w:lang w:val="hr-HR"/>
        </w:rPr>
        <w:t>N</w:t>
      </w:r>
      <w:r w:rsidRPr="00DC58C6">
        <w:rPr>
          <w:rFonts w:ascii="Arial" w:eastAsia="Calibri" w:hAnsi="Arial" w:cs="Arial"/>
          <w:lang w:val="hr-HR"/>
        </w:rPr>
        <w:t>aručitelj može u pozivu na dostavu ponuda odrediti da će otvaranje ponuda biti javno.</w:t>
      </w:r>
    </w:p>
    <w:p w14:paraId="377ED260" w14:textId="77777777" w:rsidR="00F76AE9" w:rsidRPr="00DC58C6" w:rsidRDefault="00F76AE9" w:rsidP="009C285A">
      <w:pPr>
        <w:spacing w:after="120" w:line="240" w:lineRule="auto"/>
        <w:jc w:val="both"/>
        <w:rPr>
          <w:rFonts w:ascii="Arial" w:eastAsia="Calibri" w:hAnsi="Arial" w:cs="Arial"/>
          <w:lang w:val="hr-HR"/>
        </w:rPr>
      </w:pPr>
    </w:p>
    <w:p w14:paraId="5CC3155D" w14:textId="77777777" w:rsidR="00C84A22" w:rsidRPr="00DC58C6" w:rsidRDefault="00C84A22" w:rsidP="009C285A">
      <w:pPr>
        <w:spacing w:after="120" w:line="240" w:lineRule="auto"/>
        <w:jc w:val="center"/>
        <w:rPr>
          <w:rFonts w:ascii="Arial" w:eastAsia="Calibri" w:hAnsi="Arial" w:cs="Arial"/>
          <w:lang w:val="hr-HR"/>
        </w:rPr>
      </w:pPr>
      <w:r w:rsidRPr="00DC58C6">
        <w:rPr>
          <w:rFonts w:ascii="Arial" w:eastAsia="Calibri" w:hAnsi="Arial" w:cs="Arial"/>
          <w:b/>
          <w:bCs/>
          <w:lang w:val="hr-HR"/>
        </w:rPr>
        <w:t>Članak 18.</w:t>
      </w:r>
    </w:p>
    <w:p w14:paraId="431770D8" w14:textId="79105FA1" w:rsidR="00C84A22" w:rsidRPr="00DC58C6" w:rsidRDefault="00C84A22" w:rsidP="009C285A">
      <w:pPr>
        <w:spacing w:after="120" w:line="240" w:lineRule="auto"/>
        <w:jc w:val="both"/>
        <w:rPr>
          <w:rFonts w:ascii="Arial" w:eastAsia="Calibri" w:hAnsi="Arial" w:cs="Arial"/>
          <w:lang w:val="hr-HR"/>
        </w:rPr>
      </w:pPr>
      <w:r w:rsidRPr="00DC58C6">
        <w:rPr>
          <w:rFonts w:ascii="Arial" w:eastAsia="Calibri" w:hAnsi="Arial" w:cs="Arial"/>
          <w:lang w:val="hr-HR"/>
        </w:rPr>
        <w:t>(1) Nakon otvaranja ponuda</w:t>
      </w:r>
      <w:r w:rsidR="00BC4C9C">
        <w:rPr>
          <w:rFonts w:ascii="Arial" w:eastAsia="Calibri" w:hAnsi="Arial" w:cs="Arial"/>
          <w:lang w:val="hr-HR"/>
        </w:rPr>
        <w:t xml:space="preserve">, </w:t>
      </w:r>
      <w:r w:rsidRPr="00DC58C6">
        <w:rPr>
          <w:rFonts w:ascii="Arial" w:eastAsia="Calibri" w:hAnsi="Arial" w:cs="Arial"/>
          <w:lang w:val="hr-HR"/>
        </w:rPr>
        <w:t>Povjerenstvo pregledava i ocjenjuje ponude na temelju uvjeta i zahtjeva iz poziva na dostavu ponuda te sastavlja zapisnik o pregledu i ocjeni ponuda.</w:t>
      </w:r>
    </w:p>
    <w:p w14:paraId="7550E30F" w14:textId="5184F3E2" w:rsidR="00C84A22" w:rsidRPr="00DC58C6" w:rsidRDefault="00C84A22" w:rsidP="009C285A">
      <w:pPr>
        <w:spacing w:after="120" w:line="240" w:lineRule="auto"/>
        <w:jc w:val="both"/>
        <w:rPr>
          <w:rFonts w:ascii="Arial" w:eastAsia="Calibri" w:hAnsi="Arial" w:cs="Arial"/>
          <w:lang w:val="hr-HR"/>
        </w:rPr>
      </w:pPr>
      <w:r w:rsidRPr="00DC58C6">
        <w:rPr>
          <w:rFonts w:ascii="Arial" w:eastAsia="Calibri" w:hAnsi="Arial" w:cs="Arial"/>
          <w:lang w:val="hr-HR"/>
        </w:rPr>
        <w:t xml:space="preserve">(2) Pregled i ocjena ponuda tajni su do donošenja odluke </w:t>
      </w:r>
      <w:r w:rsidR="00AC1298">
        <w:rPr>
          <w:rFonts w:ascii="Arial" w:eastAsia="Calibri" w:hAnsi="Arial" w:cs="Arial"/>
          <w:lang w:val="hr-HR"/>
        </w:rPr>
        <w:t>N</w:t>
      </w:r>
      <w:r w:rsidRPr="00DC58C6">
        <w:rPr>
          <w:rFonts w:ascii="Arial" w:eastAsia="Calibri" w:hAnsi="Arial" w:cs="Arial"/>
          <w:lang w:val="hr-HR"/>
        </w:rPr>
        <w:t>aručitelja.</w:t>
      </w:r>
    </w:p>
    <w:p w14:paraId="3B23B96D" w14:textId="5F7C3C77" w:rsidR="00C84A22" w:rsidRPr="00DC58C6" w:rsidRDefault="00C84A22" w:rsidP="009C285A">
      <w:pPr>
        <w:spacing w:after="120" w:line="240" w:lineRule="auto"/>
        <w:jc w:val="both"/>
        <w:rPr>
          <w:rFonts w:ascii="Arial" w:eastAsia="Calibri" w:hAnsi="Arial" w:cs="Arial"/>
          <w:lang w:val="hr-HR"/>
        </w:rPr>
      </w:pPr>
      <w:r w:rsidRPr="00DC58C6">
        <w:rPr>
          <w:rFonts w:ascii="Arial" w:eastAsia="Calibri" w:hAnsi="Arial" w:cs="Arial"/>
          <w:lang w:val="hr-HR"/>
        </w:rPr>
        <w:t xml:space="preserve">(3) Ako su informacije ili dokumentacija koje je trebao dostaviti ponuditelj nepotpune, pogrešne ili nedostaju određeni dokumenti, </w:t>
      </w:r>
      <w:r w:rsidR="009C285A">
        <w:rPr>
          <w:rFonts w:ascii="Arial" w:eastAsia="Calibri" w:hAnsi="Arial" w:cs="Arial"/>
          <w:lang w:val="hr-HR"/>
        </w:rPr>
        <w:t>N</w:t>
      </w:r>
      <w:r w:rsidRPr="00DC58C6">
        <w:rPr>
          <w:rFonts w:ascii="Arial" w:eastAsia="Calibri" w:hAnsi="Arial" w:cs="Arial"/>
          <w:lang w:val="hr-HR"/>
        </w:rPr>
        <w:t xml:space="preserve">aručitelj može, poštujući načela jednakog tretmana i transparentnosti, pozvati ponuditelja da u primjerenom roku dopuni, pojasni, </w:t>
      </w:r>
      <w:r w:rsidRPr="00DC58C6">
        <w:rPr>
          <w:rFonts w:ascii="Arial" w:eastAsia="Calibri" w:hAnsi="Arial" w:cs="Arial"/>
          <w:lang w:val="hr-HR"/>
        </w:rPr>
        <w:lastRenderedPageBreak/>
        <w:t xml:space="preserve">upotpuni ili dostavi potrebne informacije ili dokumentaciju. Komunikacija između </w:t>
      </w:r>
      <w:r w:rsidR="00AC1298">
        <w:rPr>
          <w:rFonts w:ascii="Arial" w:eastAsia="Calibri" w:hAnsi="Arial" w:cs="Arial"/>
          <w:lang w:val="hr-HR"/>
        </w:rPr>
        <w:t>N</w:t>
      </w:r>
      <w:r w:rsidRPr="00DC58C6">
        <w:rPr>
          <w:rFonts w:ascii="Arial" w:eastAsia="Calibri" w:hAnsi="Arial" w:cs="Arial"/>
          <w:lang w:val="hr-HR"/>
        </w:rPr>
        <w:t>aručitelja i ponuditelja vodi se putem modula jednostavne nabave u EOJN RH.</w:t>
      </w:r>
    </w:p>
    <w:p w14:paraId="5F20A768" w14:textId="3BC6FAE8" w:rsidR="00A12A5A" w:rsidRDefault="00C84A22" w:rsidP="009C285A">
      <w:pPr>
        <w:spacing w:after="120" w:line="240" w:lineRule="auto"/>
        <w:jc w:val="both"/>
        <w:rPr>
          <w:rFonts w:ascii="Arial" w:eastAsia="Calibri" w:hAnsi="Arial" w:cs="Arial"/>
          <w:lang w:val="hr-HR"/>
        </w:rPr>
      </w:pPr>
      <w:r w:rsidRPr="00DC58C6">
        <w:rPr>
          <w:rFonts w:ascii="Arial" w:eastAsia="Calibri" w:hAnsi="Arial" w:cs="Arial"/>
          <w:lang w:val="hr-HR"/>
        </w:rPr>
        <w:t>(4) Postupanje iz stavka 3. ovoga članka ne smije dovesti do pregovaranja u vezi s kriterijem za odabir ponude niti do izmjene bitnih elemenata ponude.</w:t>
      </w:r>
    </w:p>
    <w:p w14:paraId="5B94572B" w14:textId="3EF0486D" w:rsidR="009F6EDB" w:rsidRDefault="009F6EDB" w:rsidP="009C285A">
      <w:pPr>
        <w:spacing w:after="120" w:line="240" w:lineRule="auto"/>
        <w:jc w:val="both"/>
        <w:rPr>
          <w:rFonts w:ascii="Arial" w:eastAsia="Calibri" w:hAnsi="Arial" w:cs="Arial"/>
          <w:lang w:val="hr-HR"/>
        </w:rPr>
      </w:pPr>
    </w:p>
    <w:p w14:paraId="2317556A" w14:textId="77777777" w:rsidR="009F6EDB" w:rsidRPr="0039566C" w:rsidRDefault="009F6EDB" w:rsidP="009C285A">
      <w:pPr>
        <w:spacing w:after="120" w:line="240" w:lineRule="auto"/>
        <w:jc w:val="both"/>
        <w:rPr>
          <w:rFonts w:ascii="Arial" w:eastAsia="Calibri" w:hAnsi="Arial" w:cs="Arial"/>
          <w:lang w:val="hr-HR"/>
        </w:rPr>
      </w:pPr>
    </w:p>
    <w:p w14:paraId="02C330CE" w14:textId="77777777" w:rsidR="00A12A5A" w:rsidRPr="00DC58C6" w:rsidRDefault="00A12A5A" w:rsidP="009C285A">
      <w:pPr>
        <w:pStyle w:val="Heading1"/>
        <w:spacing w:before="0" w:after="120" w:line="240" w:lineRule="auto"/>
        <w:jc w:val="center"/>
        <w:rPr>
          <w:rFonts w:ascii="Arial" w:eastAsia="Calibri" w:hAnsi="Arial" w:cs="Arial"/>
          <w:color w:val="auto"/>
          <w:sz w:val="22"/>
          <w:szCs w:val="22"/>
        </w:rPr>
      </w:pPr>
      <w:r w:rsidRPr="00DC58C6">
        <w:rPr>
          <w:rFonts w:ascii="Arial" w:eastAsia="Calibri" w:hAnsi="Arial" w:cs="Arial"/>
          <w:color w:val="auto"/>
          <w:sz w:val="22"/>
          <w:szCs w:val="22"/>
        </w:rPr>
        <w:t>KRITERIJ ZA ODABIR PONUDA</w:t>
      </w:r>
    </w:p>
    <w:p w14:paraId="103B00DF" w14:textId="77777777" w:rsidR="003B5151" w:rsidRPr="00DC58C6" w:rsidRDefault="003B5151" w:rsidP="009C285A">
      <w:pPr>
        <w:spacing w:line="240" w:lineRule="auto"/>
        <w:rPr>
          <w:rFonts w:ascii="Arial" w:hAnsi="Arial" w:cs="Arial"/>
        </w:rPr>
      </w:pPr>
    </w:p>
    <w:p w14:paraId="1533F128" w14:textId="77777777" w:rsidR="00A12A5A" w:rsidRPr="00DC58C6" w:rsidRDefault="00A12A5A" w:rsidP="009C285A">
      <w:pPr>
        <w:pStyle w:val="Heading1"/>
        <w:spacing w:before="0" w:after="120" w:line="240" w:lineRule="auto"/>
        <w:jc w:val="center"/>
        <w:rPr>
          <w:rFonts w:ascii="Arial" w:hAnsi="Arial" w:cs="Arial"/>
          <w:color w:val="auto"/>
          <w:sz w:val="22"/>
          <w:szCs w:val="22"/>
        </w:rPr>
      </w:pPr>
      <w:proofErr w:type="spellStart"/>
      <w:r w:rsidRPr="00DC58C6">
        <w:rPr>
          <w:rFonts w:ascii="Arial" w:eastAsia="Calibri" w:hAnsi="Arial" w:cs="Arial"/>
          <w:color w:val="auto"/>
          <w:sz w:val="22"/>
          <w:szCs w:val="22"/>
        </w:rPr>
        <w:t>Članak</w:t>
      </w:r>
      <w:proofErr w:type="spellEnd"/>
      <w:r w:rsidRPr="00DC58C6">
        <w:rPr>
          <w:rFonts w:ascii="Arial" w:eastAsia="Calibri" w:hAnsi="Arial" w:cs="Arial"/>
          <w:color w:val="auto"/>
          <w:sz w:val="22"/>
          <w:szCs w:val="22"/>
        </w:rPr>
        <w:t xml:space="preserve"> 19</w:t>
      </w:r>
      <w:r w:rsidRPr="00DC58C6">
        <w:rPr>
          <w:rFonts w:ascii="Arial" w:hAnsi="Arial" w:cs="Arial"/>
          <w:color w:val="auto"/>
          <w:sz w:val="22"/>
          <w:szCs w:val="22"/>
        </w:rPr>
        <w:t>.</w:t>
      </w:r>
    </w:p>
    <w:p w14:paraId="1364681A" w14:textId="77777777" w:rsidR="003B5151" w:rsidRPr="00DC58C6" w:rsidRDefault="003B5151" w:rsidP="009C285A">
      <w:pPr>
        <w:spacing w:after="120" w:line="240" w:lineRule="auto"/>
        <w:jc w:val="both"/>
        <w:rPr>
          <w:rFonts w:ascii="Arial" w:eastAsia="Calibri" w:hAnsi="Arial" w:cs="Arial"/>
          <w:lang w:val="hr-HR"/>
        </w:rPr>
      </w:pPr>
      <w:r w:rsidRPr="00DC58C6">
        <w:rPr>
          <w:rFonts w:ascii="Arial" w:eastAsia="Calibri" w:hAnsi="Arial" w:cs="Arial"/>
          <w:lang w:val="hr-HR"/>
        </w:rPr>
        <w:t>(1) Kriterij za odabir valjane ponude može biti:</w:t>
      </w:r>
    </w:p>
    <w:p w14:paraId="0DFA7501" w14:textId="77777777" w:rsidR="003B5151" w:rsidRPr="00DC58C6" w:rsidRDefault="003B5151" w:rsidP="009C285A">
      <w:pPr>
        <w:numPr>
          <w:ilvl w:val="0"/>
          <w:numId w:val="15"/>
        </w:numPr>
        <w:spacing w:after="120" w:line="240" w:lineRule="auto"/>
        <w:jc w:val="both"/>
        <w:rPr>
          <w:rFonts w:ascii="Arial" w:eastAsia="Calibri" w:hAnsi="Arial" w:cs="Arial"/>
          <w:lang w:val="hr-HR"/>
        </w:rPr>
      </w:pPr>
      <w:r w:rsidRPr="00DC58C6">
        <w:rPr>
          <w:rFonts w:ascii="Arial" w:eastAsia="Calibri" w:hAnsi="Arial" w:cs="Arial"/>
          <w:lang w:val="hr-HR"/>
        </w:rPr>
        <w:t>najniža cijena ili</w:t>
      </w:r>
    </w:p>
    <w:p w14:paraId="5C676CBF" w14:textId="7811B2B1" w:rsidR="003B5151" w:rsidRPr="00DC58C6" w:rsidRDefault="003B5151" w:rsidP="009C285A">
      <w:pPr>
        <w:numPr>
          <w:ilvl w:val="0"/>
          <w:numId w:val="15"/>
        </w:numPr>
        <w:spacing w:after="120" w:line="240" w:lineRule="auto"/>
        <w:jc w:val="both"/>
        <w:rPr>
          <w:rFonts w:ascii="Arial" w:eastAsia="Calibri" w:hAnsi="Arial" w:cs="Arial"/>
          <w:lang w:val="hr-HR"/>
        </w:rPr>
      </w:pPr>
      <w:r w:rsidRPr="00DC58C6">
        <w:rPr>
          <w:rFonts w:ascii="Arial" w:eastAsia="Calibri" w:hAnsi="Arial" w:cs="Arial"/>
          <w:lang w:val="hr-HR"/>
        </w:rPr>
        <w:t xml:space="preserve">ekonomski najpovoljnija ponuda, pri čemu </w:t>
      </w:r>
      <w:r w:rsidR="00AC1298">
        <w:rPr>
          <w:rFonts w:ascii="Arial" w:eastAsia="Calibri" w:hAnsi="Arial" w:cs="Arial"/>
          <w:lang w:val="hr-HR"/>
        </w:rPr>
        <w:t>N</w:t>
      </w:r>
      <w:r w:rsidRPr="00DC58C6">
        <w:rPr>
          <w:rFonts w:ascii="Arial" w:eastAsia="Calibri" w:hAnsi="Arial" w:cs="Arial"/>
          <w:lang w:val="hr-HR"/>
        </w:rPr>
        <w:t>aručitelj u pozivu na dostavu ponuda, uz cijenu, određuje i druge kriterije za odabir, njihov relativni značaj te način njihova vrednovanja.</w:t>
      </w:r>
    </w:p>
    <w:p w14:paraId="06C3BCDF" w14:textId="704682DA" w:rsidR="003B5151" w:rsidRPr="00DC58C6" w:rsidRDefault="003B5151" w:rsidP="009C285A">
      <w:pPr>
        <w:spacing w:after="120" w:line="240" w:lineRule="auto"/>
        <w:jc w:val="both"/>
        <w:rPr>
          <w:rFonts w:ascii="Arial" w:eastAsia="Calibri" w:hAnsi="Arial" w:cs="Arial"/>
          <w:lang w:val="hr-HR"/>
        </w:rPr>
      </w:pPr>
      <w:r w:rsidRPr="00DC58C6">
        <w:rPr>
          <w:rFonts w:ascii="Arial" w:eastAsia="Calibri" w:hAnsi="Arial" w:cs="Arial"/>
          <w:lang w:val="hr-HR"/>
        </w:rPr>
        <w:t xml:space="preserve">(2) Naručitelj je dužan odbiti ponudu ako bi njezinim prihvaćanjem vrijednost nabave prelazila vrijednosne pragove propisane ovim Pravilnikom za provedeni način jednostavne nabave ili </w:t>
      </w:r>
      <w:r w:rsidR="00C80A49">
        <w:rPr>
          <w:rFonts w:ascii="Arial" w:eastAsia="Calibri" w:hAnsi="Arial" w:cs="Arial"/>
          <w:lang w:val="hr-HR"/>
        </w:rPr>
        <w:t>Z</w:t>
      </w:r>
      <w:r w:rsidRPr="00DC58C6">
        <w:rPr>
          <w:rFonts w:ascii="Arial" w:eastAsia="Calibri" w:hAnsi="Arial" w:cs="Arial"/>
          <w:lang w:val="hr-HR"/>
        </w:rPr>
        <w:t>akonske pragove za provedbu postupaka javne nabave.</w:t>
      </w:r>
    </w:p>
    <w:p w14:paraId="1E31768E" w14:textId="5A4F3FD6" w:rsidR="003B5151" w:rsidRPr="00DC58C6" w:rsidRDefault="003B5151" w:rsidP="009C285A">
      <w:pPr>
        <w:spacing w:after="120" w:line="240" w:lineRule="auto"/>
        <w:jc w:val="both"/>
        <w:rPr>
          <w:rFonts w:ascii="Arial" w:eastAsia="Calibri" w:hAnsi="Arial" w:cs="Arial"/>
          <w:lang w:val="hr-HR"/>
        </w:rPr>
      </w:pPr>
      <w:r w:rsidRPr="00DC58C6">
        <w:rPr>
          <w:rFonts w:ascii="Arial" w:eastAsia="Calibri" w:hAnsi="Arial" w:cs="Arial"/>
          <w:lang w:val="hr-HR"/>
        </w:rPr>
        <w:t xml:space="preserve">(3) Ako je cijena najpovoljnije ponude veća od procijenjene vrijednosti nabave, ali ne prelazi vrijednosne pragove iz stavka 2. ovoga članka, </w:t>
      </w:r>
      <w:r w:rsidR="00F96CA1">
        <w:rPr>
          <w:rFonts w:ascii="Arial" w:eastAsia="Calibri" w:hAnsi="Arial" w:cs="Arial"/>
          <w:lang w:val="hr-HR"/>
        </w:rPr>
        <w:t>N</w:t>
      </w:r>
      <w:r w:rsidRPr="00DC58C6">
        <w:rPr>
          <w:rFonts w:ascii="Arial" w:eastAsia="Calibri" w:hAnsi="Arial" w:cs="Arial"/>
          <w:lang w:val="hr-HR"/>
        </w:rPr>
        <w:t>aručitelj može prihvatiti takvu ponudu pod uvjetom da su osigurana ili će biti osigurana potrebna financijska sredstva.</w:t>
      </w:r>
    </w:p>
    <w:p w14:paraId="483E5393" w14:textId="74F06BD3" w:rsidR="00A415A0" w:rsidRDefault="00A415A0" w:rsidP="009C285A">
      <w:pPr>
        <w:spacing w:after="120" w:line="240" w:lineRule="auto"/>
        <w:jc w:val="both"/>
        <w:rPr>
          <w:rFonts w:ascii="Arial" w:eastAsia="Calibri" w:hAnsi="Arial" w:cs="Arial"/>
        </w:rPr>
      </w:pPr>
    </w:p>
    <w:p w14:paraId="4665801A" w14:textId="77777777" w:rsidR="009F6EDB" w:rsidRPr="00DC58C6" w:rsidRDefault="009F6EDB" w:rsidP="009C285A">
      <w:pPr>
        <w:spacing w:after="120" w:line="240" w:lineRule="auto"/>
        <w:jc w:val="both"/>
        <w:rPr>
          <w:rFonts w:ascii="Arial" w:eastAsia="Calibri" w:hAnsi="Arial" w:cs="Arial"/>
        </w:rPr>
      </w:pPr>
    </w:p>
    <w:p w14:paraId="156B8A6D" w14:textId="0A735E28" w:rsidR="00A415A0" w:rsidRPr="00DC58C6" w:rsidRDefault="00832328" w:rsidP="009C285A">
      <w:pPr>
        <w:pStyle w:val="Heading1"/>
        <w:spacing w:before="0" w:after="120" w:line="240" w:lineRule="auto"/>
        <w:jc w:val="center"/>
        <w:rPr>
          <w:rFonts w:ascii="Arial" w:eastAsia="Calibri" w:hAnsi="Arial" w:cs="Arial"/>
          <w:color w:val="auto"/>
          <w:sz w:val="22"/>
          <w:szCs w:val="22"/>
        </w:rPr>
      </w:pPr>
      <w:r w:rsidRPr="00DC58C6">
        <w:rPr>
          <w:rFonts w:ascii="Arial" w:eastAsia="Calibri" w:hAnsi="Arial" w:cs="Arial"/>
          <w:color w:val="auto"/>
          <w:sz w:val="22"/>
          <w:szCs w:val="22"/>
        </w:rPr>
        <w:t>DONOŠENJE ODLUKA</w:t>
      </w:r>
    </w:p>
    <w:p w14:paraId="4ABA1337" w14:textId="77777777" w:rsidR="00F76AE9" w:rsidRPr="00DC58C6" w:rsidRDefault="00F76AE9" w:rsidP="009C285A">
      <w:pPr>
        <w:spacing w:line="240" w:lineRule="auto"/>
        <w:rPr>
          <w:rFonts w:ascii="Arial" w:hAnsi="Arial" w:cs="Arial"/>
        </w:rPr>
      </w:pPr>
    </w:p>
    <w:p w14:paraId="7CC1EDBB" w14:textId="4DB2C0B3" w:rsidR="00F76AE9" w:rsidRPr="00DC58C6" w:rsidRDefault="00A415A0" w:rsidP="009C285A">
      <w:pPr>
        <w:pStyle w:val="Heading1"/>
        <w:spacing w:before="0" w:after="120" w:line="240" w:lineRule="auto"/>
        <w:jc w:val="center"/>
        <w:rPr>
          <w:rFonts w:ascii="Arial" w:hAnsi="Arial" w:cs="Arial"/>
          <w:color w:val="auto"/>
          <w:sz w:val="22"/>
          <w:szCs w:val="22"/>
        </w:rPr>
      </w:pPr>
      <w:proofErr w:type="spellStart"/>
      <w:r w:rsidRPr="00DC58C6">
        <w:rPr>
          <w:rFonts w:ascii="Arial" w:eastAsia="Calibri" w:hAnsi="Arial" w:cs="Arial"/>
          <w:color w:val="auto"/>
          <w:sz w:val="22"/>
          <w:szCs w:val="22"/>
        </w:rPr>
        <w:t>Članak</w:t>
      </w:r>
      <w:proofErr w:type="spellEnd"/>
      <w:r w:rsidRPr="00DC58C6">
        <w:rPr>
          <w:rFonts w:ascii="Arial" w:eastAsia="Calibri" w:hAnsi="Arial" w:cs="Arial"/>
          <w:color w:val="auto"/>
          <w:sz w:val="22"/>
          <w:szCs w:val="22"/>
        </w:rPr>
        <w:t xml:space="preserve"> 2</w:t>
      </w:r>
      <w:r w:rsidR="00F76AE9" w:rsidRPr="00DC58C6">
        <w:rPr>
          <w:rFonts w:ascii="Arial" w:eastAsia="Calibri" w:hAnsi="Arial" w:cs="Arial"/>
          <w:color w:val="auto"/>
          <w:sz w:val="22"/>
          <w:szCs w:val="22"/>
        </w:rPr>
        <w:t>0</w:t>
      </w:r>
      <w:r w:rsidRPr="00DC58C6">
        <w:rPr>
          <w:rFonts w:ascii="Arial" w:hAnsi="Arial" w:cs="Arial"/>
          <w:color w:val="auto"/>
          <w:sz w:val="22"/>
          <w:szCs w:val="22"/>
        </w:rPr>
        <w:t>.</w:t>
      </w:r>
    </w:p>
    <w:p w14:paraId="36CA2162" w14:textId="2F169D13" w:rsidR="00F76AE9" w:rsidRPr="00DC58C6" w:rsidRDefault="00F76AE9" w:rsidP="009C285A">
      <w:pPr>
        <w:spacing w:after="120" w:line="240" w:lineRule="auto"/>
        <w:jc w:val="both"/>
        <w:rPr>
          <w:rFonts w:ascii="Arial" w:eastAsia="Calibri" w:hAnsi="Arial" w:cs="Arial"/>
          <w:lang w:val="hr-HR"/>
        </w:rPr>
      </w:pPr>
      <w:r w:rsidRPr="00DC58C6">
        <w:rPr>
          <w:rFonts w:ascii="Arial" w:eastAsia="Calibri" w:hAnsi="Arial" w:cs="Arial"/>
          <w:lang w:val="hr-HR"/>
        </w:rPr>
        <w:t xml:space="preserve">(1) Za postupke jednostavne nabave procijenjene vrijednosti veće od 15.000,00 </w:t>
      </w:r>
      <w:r w:rsidR="008A096E">
        <w:rPr>
          <w:rFonts w:ascii="Arial" w:eastAsia="Calibri" w:hAnsi="Arial" w:cs="Arial"/>
          <w:lang w:val="hr-HR"/>
        </w:rPr>
        <w:t xml:space="preserve">EUR </w:t>
      </w:r>
      <w:r w:rsidRPr="00DC58C6">
        <w:rPr>
          <w:rFonts w:ascii="Arial" w:eastAsia="Calibri" w:hAnsi="Arial" w:cs="Arial"/>
          <w:lang w:val="hr-HR"/>
        </w:rPr>
        <w:t>Povjerenstvo sastavlja zapisnik o otvaranju ponuda</w:t>
      </w:r>
      <w:r w:rsidR="008A096E">
        <w:rPr>
          <w:rFonts w:ascii="Arial" w:eastAsia="Calibri" w:hAnsi="Arial" w:cs="Arial"/>
          <w:lang w:val="hr-HR"/>
        </w:rPr>
        <w:t xml:space="preserve"> </w:t>
      </w:r>
      <w:r w:rsidRPr="00DC58C6">
        <w:rPr>
          <w:rFonts w:ascii="Arial" w:eastAsia="Calibri" w:hAnsi="Arial" w:cs="Arial"/>
          <w:lang w:val="hr-HR"/>
        </w:rPr>
        <w:t>i zapisnik o pregledu i ocjeni ponuda.</w:t>
      </w:r>
    </w:p>
    <w:p w14:paraId="036F8F96" w14:textId="77777777" w:rsidR="00F76AE9" w:rsidRPr="00DC58C6" w:rsidRDefault="00F76AE9" w:rsidP="009C285A">
      <w:pPr>
        <w:spacing w:after="120" w:line="240" w:lineRule="auto"/>
        <w:jc w:val="both"/>
        <w:rPr>
          <w:rFonts w:ascii="Arial" w:eastAsia="Calibri" w:hAnsi="Arial" w:cs="Arial"/>
          <w:lang w:val="hr-HR"/>
        </w:rPr>
      </w:pPr>
      <w:r w:rsidRPr="00DC58C6">
        <w:rPr>
          <w:rFonts w:ascii="Arial" w:eastAsia="Calibri" w:hAnsi="Arial" w:cs="Arial"/>
          <w:lang w:val="hr-HR"/>
        </w:rPr>
        <w:t>(2) Zapisnik o pregledu i ocjeni ponuda potpisuju članovi Povjerenstva.</w:t>
      </w:r>
    </w:p>
    <w:p w14:paraId="69E41EF1" w14:textId="5CE22E7E" w:rsidR="00F76AE9" w:rsidRPr="00DC58C6" w:rsidRDefault="00F76AE9" w:rsidP="009C285A">
      <w:pPr>
        <w:spacing w:after="120" w:line="240" w:lineRule="auto"/>
        <w:jc w:val="both"/>
        <w:rPr>
          <w:rFonts w:ascii="Arial" w:eastAsia="Calibri" w:hAnsi="Arial" w:cs="Arial"/>
          <w:lang w:val="hr-HR"/>
        </w:rPr>
      </w:pPr>
      <w:r w:rsidRPr="00DC58C6">
        <w:rPr>
          <w:rFonts w:ascii="Arial" w:eastAsia="Calibri" w:hAnsi="Arial" w:cs="Arial"/>
          <w:lang w:val="hr-HR"/>
        </w:rPr>
        <w:t xml:space="preserve">(3) Na temelju zapisnika o pregledu i ocjeni ponuda Povjerenstvo predlaže </w:t>
      </w:r>
      <w:r w:rsidR="008A096E">
        <w:rPr>
          <w:rFonts w:ascii="Arial" w:eastAsia="Calibri" w:hAnsi="Arial" w:cs="Arial"/>
          <w:lang w:val="hr-HR"/>
        </w:rPr>
        <w:t xml:space="preserve">dekanu </w:t>
      </w:r>
      <w:r w:rsidRPr="00DC58C6">
        <w:rPr>
          <w:rFonts w:ascii="Arial" w:eastAsia="Calibri" w:hAnsi="Arial" w:cs="Arial"/>
          <w:lang w:val="hr-HR"/>
        </w:rPr>
        <w:t>donošenje odluke o odabiru ili odluke o poništenju postupka jednostavne nabave.</w:t>
      </w:r>
    </w:p>
    <w:p w14:paraId="187D23EC" w14:textId="77777777" w:rsidR="00F76AE9" w:rsidRPr="00DC58C6" w:rsidRDefault="00F76AE9" w:rsidP="009C285A">
      <w:pPr>
        <w:spacing w:after="120" w:line="240" w:lineRule="auto"/>
        <w:jc w:val="both"/>
        <w:rPr>
          <w:rFonts w:ascii="Arial" w:eastAsia="Calibri" w:hAnsi="Arial" w:cs="Arial"/>
          <w:lang w:val="hr-HR"/>
        </w:rPr>
      </w:pPr>
    </w:p>
    <w:p w14:paraId="6F83FF41" w14:textId="29DBEC61" w:rsidR="00F76AE9" w:rsidRPr="00DC58C6" w:rsidRDefault="00F76AE9" w:rsidP="009C285A">
      <w:pPr>
        <w:spacing w:after="120" w:line="240" w:lineRule="auto"/>
        <w:jc w:val="center"/>
        <w:rPr>
          <w:rFonts w:ascii="Arial" w:eastAsia="Calibri" w:hAnsi="Arial" w:cs="Arial"/>
          <w:lang w:val="hr-HR"/>
        </w:rPr>
      </w:pPr>
      <w:r w:rsidRPr="00DC58C6">
        <w:rPr>
          <w:rFonts w:ascii="Arial" w:eastAsia="Calibri" w:hAnsi="Arial" w:cs="Arial"/>
          <w:b/>
          <w:bCs/>
          <w:lang w:val="hr-HR"/>
        </w:rPr>
        <w:t>Članak 21.</w:t>
      </w:r>
    </w:p>
    <w:p w14:paraId="35E45C8C" w14:textId="4AD10A0D" w:rsidR="00F76AE9" w:rsidRPr="00DC58C6" w:rsidRDefault="00F76AE9" w:rsidP="009C285A">
      <w:pPr>
        <w:spacing w:after="120" w:line="240" w:lineRule="auto"/>
        <w:jc w:val="both"/>
        <w:rPr>
          <w:rFonts w:ascii="Arial" w:eastAsia="Calibri" w:hAnsi="Arial" w:cs="Arial"/>
          <w:lang w:val="hr-HR"/>
        </w:rPr>
      </w:pPr>
      <w:r w:rsidRPr="00DC58C6">
        <w:rPr>
          <w:rFonts w:ascii="Arial" w:eastAsia="Calibri" w:hAnsi="Arial" w:cs="Arial"/>
          <w:lang w:val="hr-HR"/>
        </w:rPr>
        <w:t>(1) Naručitelj odbija ponudu ako utvrdi da je ponuda nepravilna, neprihvatljiva ili neprikladna</w:t>
      </w:r>
      <w:r w:rsidR="008A096E">
        <w:rPr>
          <w:rFonts w:ascii="Arial" w:eastAsia="Calibri" w:hAnsi="Arial" w:cs="Arial"/>
          <w:lang w:val="hr-HR"/>
        </w:rPr>
        <w:t xml:space="preserve">, u skladu s odredbama Zakona. </w:t>
      </w:r>
    </w:p>
    <w:p w14:paraId="5FEBFF79" w14:textId="1707FF96" w:rsidR="00F76AE9" w:rsidRPr="00DC58C6" w:rsidRDefault="00F76AE9" w:rsidP="009C285A">
      <w:pPr>
        <w:spacing w:after="120" w:line="240" w:lineRule="auto"/>
        <w:jc w:val="both"/>
        <w:rPr>
          <w:rFonts w:ascii="Arial" w:eastAsia="Calibri" w:hAnsi="Arial" w:cs="Arial"/>
          <w:lang w:val="hr-HR"/>
        </w:rPr>
      </w:pPr>
      <w:r w:rsidRPr="00DC58C6">
        <w:rPr>
          <w:rFonts w:ascii="Arial" w:eastAsia="Calibri" w:hAnsi="Arial" w:cs="Arial"/>
          <w:lang w:val="hr-HR"/>
        </w:rPr>
        <w:t>(2)</w:t>
      </w:r>
      <w:r w:rsidR="008A096E">
        <w:rPr>
          <w:rFonts w:ascii="Arial" w:eastAsia="Calibri" w:hAnsi="Arial" w:cs="Arial"/>
          <w:lang w:val="hr-HR"/>
        </w:rPr>
        <w:t xml:space="preserve"> </w:t>
      </w:r>
      <w:r w:rsidRPr="00DC58C6">
        <w:rPr>
          <w:rFonts w:ascii="Arial" w:eastAsia="Calibri" w:hAnsi="Arial" w:cs="Arial"/>
          <w:lang w:val="hr-HR"/>
        </w:rPr>
        <w:t xml:space="preserve">Ako se ponuda u odnosu na cijenu ili trošak čini izuzetno niska, </w:t>
      </w:r>
      <w:r w:rsidR="009C285A">
        <w:rPr>
          <w:rFonts w:ascii="Arial" w:eastAsia="Calibri" w:hAnsi="Arial" w:cs="Arial"/>
          <w:lang w:val="hr-HR"/>
        </w:rPr>
        <w:t>N</w:t>
      </w:r>
      <w:r w:rsidRPr="00DC58C6">
        <w:rPr>
          <w:rFonts w:ascii="Arial" w:eastAsia="Calibri" w:hAnsi="Arial" w:cs="Arial"/>
          <w:lang w:val="hr-HR"/>
        </w:rPr>
        <w:t>aručitelj može od ponuditelja zatražiti objašnjenje cijene ili troška te, uz odgovarajuću primjenu odredaba Zakona, odbiti ponudu ako dostavljeno objašnjenje</w:t>
      </w:r>
      <w:r w:rsidR="008A096E">
        <w:rPr>
          <w:rFonts w:ascii="Arial" w:eastAsia="Calibri" w:hAnsi="Arial" w:cs="Arial"/>
          <w:lang w:val="hr-HR"/>
        </w:rPr>
        <w:t xml:space="preserve"> ili dostavljeni dokazi</w:t>
      </w:r>
      <w:r w:rsidR="0039566C">
        <w:rPr>
          <w:rFonts w:ascii="Arial" w:eastAsia="Calibri" w:hAnsi="Arial" w:cs="Arial"/>
          <w:lang w:val="hr-HR"/>
        </w:rPr>
        <w:t xml:space="preserve"> </w:t>
      </w:r>
      <w:r w:rsidRPr="00DC58C6">
        <w:rPr>
          <w:rFonts w:ascii="Arial" w:eastAsia="Calibri" w:hAnsi="Arial" w:cs="Arial"/>
          <w:lang w:val="hr-HR"/>
        </w:rPr>
        <w:t>ni</w:t>
      </w:r>
      <w:r w:rsidR="008A096E">
        <w:rPr>
          <w:rFonts w:ascii="Arial" w:eastAsia="Calibri" w:hAnsi="Arial" w:cs="Arial"/>
          <w:lang w:val="hr-HR"/>
        </w:rPr>
        <w:t>su</w:t>
      </w:r>
      <w:r w:rsidRPr="00DC58C6">
        <w:rPr>
          <w:rFonts w:ascii="Arial" w:eastAsia="Calibri" w:hAnsi="Arial" w:cs="Arial"/>
          <w:lang w:val="hr-HR"/>
        </w:rPr>
        <w:t xml:space="preserve"> zadovoljavajuć</w:t>
      </w:r>
      <w:r w:rsidR="008A096E">
        <w:rPr>
          <w:rFonts w:ascii="Arial" w:eastAsia="Calibri" w:hAnsi="Arial" w:cs="Arial"/>
          <w:lang w:val="hr-HR"/>
        </w:rPr>
        <w:t>i</w:t>
      </w:r>
      <w:r w:rsidRPr="00DC58C6">
        <w:rPr>
          <w:rFonts w:ascii="Arial" w:eastAsia="Calibri" w:hAnsi="Arial" w:cs="Arial"/>
          <w:lang w:val="hr-HR"/>
        </w:rPr>
        <w:t>.</w:t>
      </w:r>
    </w:p>
    <w:p w14:paraId="3AC5B052" w14:textId="2E11C101" w:rsidR="00832328" w:rsidRPr="00DC58C6" w:rsidRDefault="00832328" w:rsidP="009C285A">
      <w:pPr>
        <w:spacing w:after="120" w:line="240" w:lineRule="auto"/>
        <w:jc w:val="both"/>
        <w:rPr>
          <w:rFonts w:ascii="Arial" w:eastAsia="Calibri" w:hAnsi="Arial" w:cs="Arial"/>
          <w:lang w:val="hr-HR"/>
        </w:rPr>
      </w:pPr>
      <w:r w:rsidRPr="00DC58C6">
        <w:rPr>
          <w:rFonts w:ascii="Arial" w:eastAsia="Calibri" w:hAnsi="Arial" w:cs="Arial"/>
        </w:rPr>
        <w:lastRenderedPageBreak/>
        <w:t>(</w:t>
      </w:r>
      <w:r w:rsidR="001B7845">
        <w:rPr>
          <w:rFonts w:ascii="Arial" w:eastAsia="Calibri" w:hAnsi="Arial" w:cs="Arial"/>
        </w:rPr>
        <w:t>3</w:t>
      </w:r>
      <w:r w:rsidRPr="00DC58C6">
        <w:rPr>
          <w:rFonts w:ascii="Arial" w:eastAsia="Calibri" w:hAnsi="Arial" w:cs="Arial"/>
        </w:rPr>
        <w:t xml:space="preserve">) </w:t>
      </w:r>
      <w:proofErr w:type="spellStart"/>
      <w:r w:rsidRPr="00DC58C6">
        <w:rPr>
          <w:rFonts w:ascii="Arial" w:eastAsia="Calibri" w:hAnsi="Arial" w:cs="Arial"/>
        </w:rPr>
        <w:t>Ako</w:t>
      </w:r>
      <w:proofErr w:type="spellEnd"/>
      <w:r w:rsidRPr="00DC58C6">
        <w:rPr>
          <w:rFonts w:ascii="Arial" w:eastAsia="Calibri" w:hAnsi="Arial" w:cs="Arial"/>
        </w:rPr>
        <w:t xml:space="preserve"> </w:t>
      </w:r>
      <w:proofErr w:type="spellStart"/>
      <w:r w:rsidRPr="00DC58C6">
        <w:rPr>
          <w:rFonts w:ascii="Arial" w:eastAsia="Calibri" w:hAnsi="Arial" w:cs="Arial"/>
        </w:rPr>
        <w:t>prvotno</w:t>
      </w:r>
      <w:proofErr w:type="spellEnd"/>
      <w:r w:rsidRPr="00DC58C6">
        <w:rPr>
          <w:rFonts w:ascii="Arial" w:eastAsia="Calibri" w:hAnsi="Arial" w:cs="Arial"/>
        </w:rPr>
        <w:t xml:space="preserve"> </w:t>
      </w:r>
      <w:proofErr w:type="spellStart"/>
      <w:r w:rsidRPr="00DC58C6">
        <w:rPr>
          <w:rFonts w:ascii="Arial" w:eastAsia="Calibri" w:hAnsi="Arial" w:cs="Arial"/>
        </w:rPr>
        <w:t>odabrani</w:t>
      </w:r>
      <w:proofErr w:type="spellEnd"/>
      <w:r w:rsidRPr="00DC58C6">
        <w:rPr>
          <w:rFonts w:ascii="Arial" w:eastAsia="Calibri" w:hAnsi="Arial" w:cs="Arial"/>
        </w:rPr>
        <w:t xml:space="preserve"> </w:t>
      </w:r>
      <w:proofErr w:type="spellStart"/>
      <w:r w:rsidRPr="00DC58C6">
        <w:rPr>
          <w:rFonts w:ascii="Arial" w:eastAsia="Calibri" w:hAnsi="Arial" w:cs="Arial"/>
        </w:rPr>
        <w:t>ponuditelj</w:t>
      </w:r>
      <w:proofErr w:type="spellEnd"/>
      <w:r w:rsidRPr="00DC58C6">
        <w:rPr>
          <w:rFonts w:ascii="Arial" w:eastAsia="Calibri" w:hAnsi="Arial" w:cs="Arial"/>
        </w:rPr>
        <w:t xml:space="preserve"> </w:t>
      </w:r>
      <w:proofErr w:type="spellStart"/>
      <w:r w:rsidRPr="00DC58C6">
        <w:rPr>
          <w:rFonts w:ascii="Arial" w:eastAsia="Calibri" w:hAnsi="Arial" w:cs="Arial"/>
        </w:rPr>
        <w:t>tijekom</w:t>
      </w:r>
      <w:proofErr w:type="spellEnd"/>
      <w:r w:rsidRPr="00DC58C6">
        <w:rPr>
          <w:rFonts w:ascii="Arial" w:eastAsia="Calibri" w:hAnsi="Arial" w:cs="Arial"/>
        </w:rPr>
        <w:t xml:space="preserve"> </w:t>
      </w:r>
      <w:proofErr w:type="spellStart"/>
      <w:r w:rsidRPr="00DC58C6">
        <w:rPr>
          <w:rFonts w:ascii="Arial" w:eastAsia="Calibri" w:hAnsi="Arial" w:cs="Arial"/>
        </w:rPr>
        <w:t>roka</w:t>
      </w:r>
      <w:proofErr w:type="spellEnd"/>
      <w:r w:rsidRPr="00DC58C6">
        <w:rPr>
          <w:rFonts w:ascii="Arial" w:eastAsia="Calibri" w:hAnsi="Arial" w:cs="Arial"/>
        </w:rPr>
        <w:t xml:space="preserve"> </w:t>
      </w:r>
      <w:proofErr w:type="spellStart"/>
      <w:r w:rsidRPr="00DC58C6">
        <w:rPr>
          <w:rFonts w:ascii="Arial" w:eastAsia="Calibri" w:hAnsi="Arial" w:cs="Arial"/>
        </w:rPr>
        <w:t>valjanosti</w:t>
      </w:r>
      <w:proofErr w:type="spellEnd"/>
      <w:r w:rsidRPr="00DC58C6">
        <w:rPr>
          <w:rFonts w:ascii="Arial" w:eastAsia="Calibri" w:hAnsi="Arial" w:cs="Arial"/>
        </w:rPr>
        <w:t xml:space="preserve"> </w:t>
      </w:r>
      <w:proofErr w:type="spellStart"/>
      <w:r w:rsidRPr="00DC58C6">
        <w:rPr>
          <w:rFonts w:ascii="Arial" w:eastAsia="Calibri" w:hAnsi="Arial" w:cs="Arial"/>
        </w:rPr>
        <w:t>ponude</w:t>
      </w:r>
      <w:proofErr w:type="spellEnd"/>
      <w:r w:rsidRPr="00DC58C6">
        <w:rPr>
          <w:rFonts w:ascii="Arial" w:eastAsia="Calibri" w:hAnsi="Arial" w:cs="Arial"/>
        </w:rPr>
        <w:t xml:space="preserve"> </w:t>
      </w:r>
      <w:proofErr w:type="spellStart"/>
      <w:r w:rsidRPr="00DC58C6">
        <w:rPr>
          <w:rFonts w:ascii="Arial" w:eastAsia="Calibri" w:hAnsi="Arial" w:cs="Arial"/>
        </w:rPr>
        <w:t>odustane</w:t>
      </w:r>
      <w:proofErr w:type="spellEnd"/>
      <w:r w:rsidRPr="00DC58C6">
        <w:rPr>
          <w:rFonts w:ascii="Arial" w:eastAsia="Calibri" w:hAnsi="Arial" w:cs="Arial"/>
        </w:rPr>
        <w:t xml:space="preserve"> od </w:t>
      </w:r>
      <w:proofErr w:type="spellStart"/>
      <w:r w:rsidRPr="00DC58C6">
        <w:rPr>
          <w:rFonts w:ascii="Arial" w:eastAsia="Calibri" w:hAnsi="Arial" w:cs="Arial"/>
        </w:rPr>
        <w:t>svoje</w:t>
      </w:r>
      <w:proofErr w:type="spellEnd"/>
      <w:r w:rsidRPr="00DC58C6">
        <w:rPr>
          <w:rFonts w:ascii="Arial" w:eastAsia="Calibri" w:hAnsi="Arial" w:cs="Arial"/>
        </w:rPr>
        <w:t xml:space="preserve"> </w:t>
      </w:r>
      <w:proofErr w:type="spellStart"/>
      <w:r w:rsidRPr="00DC58C6">
        <w:rPr>
          <w:rFonts w:ascii="Arial" w:eastAsia="Calibri" w:hAnsi="Arial" w:cs="Arial"/>
        </w:rPr>
        <w:t>ponude</w:t>
      </w:r>
      <w:proofErr w:type="spellEnd"/>
      <w:r w:rsidRPr="00DC58C6">
        <w:rPr>
          <w:rFonts w:ascii="Arial" w:eastAsia="Calibri" w:hAnsi="Arial" w:cs="Arial"/>
        </w:rPr>
        <w:t xml:space="preserve">, </w:t>
      </w:r>
      <w:proofErr w:type="spellStart"/>
      <w:r w:rsidRPr="00DC58C6">
        <w:rPr>
          <w:rFonts w:ascii="Arial" w:eastAsia="Calibri" w:hAnsi="Arial" w:cs="Arial"/>
        </w:rPr>
        <w:t>dostavi</w:t>
      </w:r>
      <w:proofErr w:type="spellEnd"/>
      <w:r w:rsidRPr="00DC58C6">
        <w:rPr>
          <w:rFonts w:ascii="Arial" w:eastAsia="Calibri" w:hAnsi="Arial" w:cs="Arial"/>
        </w:rPr>
        <w:t xml:space="preserve"> </w:t>
      </w:r>
      <w:proofErr w:type="spellStart"/>
      <w:r w:rsidRPr="00DC58C6">
        <w:rPr>
          <w:rFonts w:ascii="Arial" w:eastAsia="Calibri" w:hAnsi="Arial" w:cs="Arial"/>
        </w:rPr>
        <w:t>neistinite</w:t>
      </w:r>
      <w:proofErr w:type="spellEnd"/>
      <w:r w:rsidRPr="00DC58C6">
        <w:rPr>
          <w:rFonts w:ascii="Arial" w:eastAsia="Calibri" w:hAnsi="Arial" w:cs="Arial"/>
        </w:rPr>
        <w:t xml:space="preserve"> </w:t>
      </w:r>
      <w:proofErr w:type="spellStart"/>
      <w:r w:rsidRPr="00DC58C6">
        <w:rPr>
          <w:rFonts w:ascii="Arial" w:eastAsia="Calibri" w:hAnsi="Arial" w:cs="Arial"/>
        </w:rPr>
        <w:t>podatke</w:t>
      </w:r>
      <w:proofErr w:type="spellEnd"/>
      <w:r w:rsidRPr="00DC58C6">
        <w:rPr>
          <w:rFonts w:ascii="Arial" w:eastAsia="Calibri" w:hAnsi="Arial" w:cs="Arial"/>
        </w:rPr>
        <w:t xml:space="preserve">, </w:t>
      </w:r>
      <w:proofErr w:type="spellStart"/>
      <w:r w:rsidRPr="00DC58C6">
        <w:rPr>
          <w:rFonts w:ascii="Arial" w:eastAsia="Calibri" w:hAnsi="Arial" w:cs="Arial"/>
        </w:rPr>
        <w:t>odbije</w:t>
      </w:r>
      <w:proofErr w:type="spellEnd"/>
      <w:r w:rsidRPr="00DC58C6">
        <w:rPr>
          <w:rFonts w:ascii="Arial" w:eastAsia="Calibri" w:hAnsi="Arial" w:cs="Arial"/>
        </w:rPr>
        <w:t xml:space="preserve"> </w:t>
      </w:r>
      <w:proofErr w:type="spellStart"/>
      <w:r w:rsidRPr="00DC58C6">
        <w:rPr>
          <w:rFonts w:ascii="Arial" w:eastAsia="Calibri" w:hAnsi="Arial" w:cs="Arial"/>
        </w:rPr>
        <w:t>sklopiti</w:t>
      </w:r>
      <w:proofErr w:type="spellEnd"/>
      <w:r w:rsidRPr="00DC58C6">
        <w:rPr>
          <w:rFonts w:ascii="Arial" w:eastAsia="Calibri" w:hAnsi="Arial" w:cs="Arial"/>
        </w:rPr>
        <w:t xml:space="preserve"> </w:t>
      </w:r>
      <w:proofErr w:type="spellStart"/>
      <w:r w:rsidRPr="00DC58C6">
        <w:rPr>
          <w:rFonts w:ascii="Arial" w:eastAsia="Calibri" w:hAnsi="Arial" w:cs="Arial"/>
        </w:rPr>
        <w:t>ugovor</w:t>
      </w:r>
      <w:proofErr w:type="spellEnd"/>
      <w:r w:rsidRPr="00DC58C6">
        <w:rPr>
          <w:rFonts w:ascii="Arial" w:eastAsia="Calibri" w:hAnsi="Arial" w:cs="Arial"/>
        </w:rPr>
        <w:t xml:space="preserve"> o </w:t>
      </w:r>
      <w:proofErr w:type="spellStart"/>
      <w:r w:rsidRPr="00DC58C6">
        <w:rPr>
          <w:rFonts w:ascii="Arial" w:eastAsia="Calibri" w:hAnsi="Arial" w:cs="Arial"/>
        </w:rPr>
        <w:t>nabavi</w:t>
      </w:r>
      <w:proofErr w:type="spellEnd"/>
      <w:r w:rsidRPr="00DC58C6">
        <w:rPr>
          <w:rFonts w:ascii="Arial" w:eastAsia="Calibri" w:hAnsi="Arial" w:cs="Arial"/>
        </w:rPr>
        <w:t xml:space="preserve">, ne </w:t>
      </w:r>
      <w:proofErr w:type="spellStart"/>
      <w:r w:rsidRPr="00DC58C6">
        <w:rPr>
          <w:rFonts w:ascii="Arial" w:eastAsia="Calibri" w:hAnsi="Arial" w:cs="Arial"/>
        </w:rPr>
        <w:t>dostavi</w:t>
      </w:r>
      <w:proofErr w:type="spellEnd"/>
      <w:r w:rsidRPr="00DC58C6">
        <w:rPr>
          <w:rFonts w:ascii="Arial" w:eastAsia="Calibri" w:hAnsi="Arial" w:cs="Arial"/>
        </w:rPr>
        <w:t xml:space="preserve"> </w:t>
      </w:r>
      <w:proofErr w:type="spellStart"/>
      <w:r w:rsidRPr="00DC58C6">
        <w:rPr>
          <w:rFonts w:ascii="Arial" w:eastAsia="Calibri" w:hAnsi="Arial" w:cs="Arial"/>
        </w:rPr>
        <w:t>tražena</w:t>
      </w:r>
      <w:proofErr w:type="spellEnd"/>
      <w:r w:rsidRPr="00DC58C6">
        <w:rPr>
          <w:rFonts w:ascii="Arial" w:eastAsia="Calibri" w:hAnsi="Arial" w:cs="Arial"/>
        </w:rPr>
        <w:t xml:space="preserve"> </w:t>
      </w:r>
      <w:proofErr w:type="spellStart"/>
      <w:r w:rsidRPr="00DC58C6">
        <w:rPr>
          <w:rFonts w:ascii="Arial" w:eastAsia="Calibri" w:hAnsi="Arial" w:cs="Arial"/>
        </w:rPr>
        <w:t>jamstva</w:t>
      </w:r>
      <w:proofErr w:type="spellEnd"/>
      <w:r w:rsidRPr="00DC58C6">
        <w:rPr>
          <w:rFonts w:ascii="Arial" w:eastAsia="Calibri" w:hAnsi="Arial" w:cs="Arial"/>
        </w:rPr>
        <w:t xml:space="preserve"> </w:t>
      </w:r>
      <w:proofErr w:type="spellStart"/>
      <w:r w:rsidRPr="00DC58C6">
        <w:rPr>
          <w:rFonts w:ascii="Arial" w:eastAsia="Calibri" w:hAnsi="Arial" w:cs="Arial"/>
        </w:rPr>
        <w:t>ili</w:t>
      </w:r>
      <w:proofErr w:type="spellEnd"/>
      <w:r w:rsidRPr="00DC58C6">
        <w:rPr>
          <w:rFonts w:ascii="Arial" w:eastAsia="Calibri" w:hAnsi="Arial" w:cs="Arial"/>
        </w:rPr>
        <w:t xml:space="preserve"> </w:t>
      </w:r>
      <w:proofErr w:type="spellStart"/>
      <w:r w:rsidRPr="00DC58C6">
        <w:rPr>
          <w:rFonts w:ascii="Arial" w:eastAsia="Calibri" w:hAnsi="Arial" w:cs="Arial"/>
        </w:rPr>
        <w:t>druge</w:t>
      </w:r>
      <w:proofErr w:type="spellEnd"/>
      <w:r w:rsidRPr="00DC58C6">
        <w:rPr>
          <w:rFonts w:ascii="Arial" w:eastAsia="Calibri" w:hAnsi="Arial" w:cs="Arial"/>
        </w:rPr>
        <w:t xml:space="preserve"> </w:t>
      </w:r>
      <w:proofErr w:type="spellStart"/>
      <w:r w:rsidRPr="00DC58C6">
        <w:rPr>
          <w:rFonts w:ascii="Arial" w:eastAsia="Calibri" w:hAnsi="Arial" w:cs="Arial"/>
        </w:rPr>
        <w:t>dokaze</w:t>
      </w:r>
      <w:proofErr w:type="spellEnd"/>
      <w:r w:rsidRPr="00DC58C6">
        <w:rPr>
          <w:rFonts w:ascii="Arial" w:eastAsia="Calibri" w:hAnsi="Arial" w:cs="Arial"/>
        </w:rPr>
        <w:t xml:space="preserve"> </w:t>
      </w:r>
      <w:proofErr w:type="spellStart"/>
      <w:r w:rsidRPr="00DC58C6">
        <w:rPr>
          <w:rFonts w:ascii="Arial" w:eastAsia="Calibri" w:hAnsi="Arial" w:cs="Arial"/>
        </w:rPr>
        <w:t>zahtijevane</w:t>
      </w:r>
      <w:proofErr w:type="spellEnd"/>
      <w:r w:rsidRPr="00DC58C6">
        <w:rPr>
          <w:rFonts w:ascii="Arial" w:eastAsia="Calibri" w:hAnsi="Arial" w:cs="Arial"/>
        </w:rPr>
        <w:t xml:space="preserve"> </w:t>
      </w:r>
      <w:proofErr w:type="spellStart"/>
      <w:r w:rsidRPr="00DC58C6">
        <w:rPr>
          <w:rFonts w:ascii="Arial" w:eastAsia="Calibri" w:hAnsi="Arial" w:cs="Arial"/>
        </w:rPr>
        <w:t>pozivom</w:t>
      </w:r>
      <w:proofErr w:type="spellEnd"/>
      <w:r w:rsidRPr="00DC58C6">
        <w:rPr>
          <w:rFonts w:ascii="Arial" w:eastAsia="Calibri" w:hAnsi="Arial" w:cs="Arial"/>
        </w:rPr>
        <w:t xml:space="preserve"> </w:t>
      </w:r>
      <w:proofErr w:type="spellStart"/>
      <w:r w:rsidRPr="00DC58C6">
        <w:rPr>
          <w:rFonts w:ascii="Arial" w:eastAsia="Calibri" w:hAnsi="Arial" w:cs="Arial"/>
        </w:rPr>
        <w:t>na</w:t>
      </w:r>
      <w:proofErr w:type="spellEnd"/>
      <w:r w:rsidRPr="00DC58C6">
        <w:rPr>
          <w:rFonts w:ascii="Arial" w:eastAsia="Calibri" w:hAnsi="Arial" w:cs="Arial"/>
        </w:rPr>
        <w:t xml:space="preserve"> </w:t>
      </w:r>
      <w:proofErr w:type="spellStart"/>
      <w:r w:rsidRPr="00DC58C6">
        <w:rPr>
          <w:rFonts w:ascii="Arial" w:eastAsia="Calibri" w:hAnsi="Arial" w:cs="Arial"/>
        </w:rPr>
        <w:t>dostavu</w:t>
      </w:r>
      <w:proofErr w:type="spellEnd"/>
      <w:r w:rsidRPr="00DC58C6">
        <w:rPr>
          <w:rFonts w:ascii="Arial" w:eastAsia="Calibri" w:hAnsi="Arial" w:cs="Arial"/>
        </w:rPr>
        <w:t xml:space="preserve"> </w:t>
      </w:r>
      <w:proofErr w:type="spellStart"/>
      <w:r w:rsidRPr="00DC58C6">
        <w:rPr>
          <w:rFonts w:ascii="Arial" w:eastAsia="Calibri" w:hAnsi="Arial" w:cs="Arial"/>
        </w:rPr>
        <w:t>ponuda</w:t>
      </w:r>
      <w:proofErr w:type="spellEnd"/>
      <w:r w:rsidRPr="00DC58C6">
        <w:rPr>
          <w:rFonts w:ascii="Arial" w:eastAsia="Calibri" w:hAnsi="Arial" w:cs="Arial"/>
        </w:rPr>
        <w:t xml:space="preserve"> </w:t>
      </w:r>
      <w:proofErr w:type="spellStart"/>
      <w:r w:rsidRPr="00DC58C6">
        <w:rPr>
          <w:rFonts w:ascii="Arial" w:eastAsia="Calibri" w:hAnsi="Arial" w:cs="Arial"/>
        </w:rPr>
        <w:t>ili</w:t>
      </w:r>
      <w:proofErr w:type="spellEnd"/>
      <w:r w:rsidRPr="00DC58C6">
        <w:rPr>
          <w:rFonts w:ascii="Arial" w:eastAsia="Calibri" w:hAnsi="Arial" w:cs="Arial"/>
        </w:rPr>
        <w:t xml:space="preserve"> ne </w:t>
      </w:r>
      <w:proofErr w:type="spellStart"/>
      <w:r w:rsidRPr="00DC58C6">
        <w:rPr>
          <w:rFonts w:ascii="Arial" w:eastAsia="Calibri" w:hAnsi="Arial" w:cs="Arial"/>
        </w:rPr>
        <w:t>ispuni</w:t>
      </w:r>
      <w:proofErr w:type="spellEnd"/>
      <w:r w:rsidRPr="00DC58C6">
        <w:rPr>
          <w:rFonts w:ascii="Arial" w:eastAsia="Calibri" w:hAnsi="Arial" w:cs="Arial"/>
        </w:rPr>
        <w:t xml:space="preserve"> </w:t>
      </w:r>
      <w:proofErr w:type="spellStart"/>
      <w:r w:rsidRPr="00DC58C6">
        <w:rPr>
          <w:rFonts w:ascii="Arial" w:eastAsia="Calibri" w:hAnsi="Arial" w:cs="Arial"/>
        </w:rPr>
        <w:t>druge</w:t>
      </w:r>
      <w:proofErr w:type="spellEnd"/>
      <w:r w:rsidRPr="00DC58C6">
        <w:rPr>
          <w:rFonts w:ascii="Arial" w:eastAsia="Calibri" w:hAnsi="Arial" w:cs="Arial"/>
        </w:rPr>
        <w:t xml:space="preserve"> </w:t>
      </w:r>
      <w:proofErr w:type="spellStart"/>
      <w:r w:rsidRPr="00DC58C6">
        <w:rPr>
          <w:rFonts w:ascii="Arial" w:eastAsia="Calibri" w:hAnsi="Arial" w:cs="Arial"/>
        </w:rPr>
        <w:t>uvjete</w:t>
      </w:r>
      <w:proofErr w:type="spellEnd"/>
      <w:r w:rsidRPr="00DC58C6">
        <w:rPr>
          <w:rFonts w:ascii="Arial" w:eastAsia="Calibri" w:hAnsi="Arial" w:cs="Arial"/>
        </w:rPr>
        <w:t xml:space="preserve"> </w:t>
      </w:r>
      <w:proofErr w:type="spellStart"/>
      <w:r w:rsidRPr="00DC58C6">
        <w:rPr>
          <w:rFonts w:ascii="Arial" w:eastAsia="Calibri" w:hAnsi="Arial" w:cs="Arial"/>
        </w:rPr>
        <w:t>propisane</w:t>
      </w:r>
      <w:proofErr w:type="spellEnd"/>
      <w:r w:rsidRPr="00DC58C6">
        <w:rPr>
          <w:rFonts w:ascii="Arial" w:eastAsia="Calibri" w:hAnsi="Arial" w:cs="Arial"/>
        </w:rPr>
        <w:t xml:space="preserve"> </w:t>
      </w:r>
      <w:proofErr w:type="spellStart"/>
      <w:r w:rsidRPr="00DC58C6">
        <w:rPr>
          <w:rFonts w:ascii="Arial" w:eastAsia="Calibri" w:hAnsi="Arial" w:cs="Arial"/>
        </w:rPr>
        <w:t>pozivom</w:t>
      </w:r>
      <w:proofErr w:type="spellEnd"/>
      <w:r w:rsidRPr="00DC58C6">
        <w:rPr>
          <w:rFonts w:ascii="Arial" w:eastAsia="Calibri" w:hAnsi="Arial" w:cs="Arial"/>
        </w:rPr>
        <w:t xml:space="preserve"> </w:t>
      </w:r>
      <w:proofErr w:type="spellStart"/>
      <w:r w:rsidRPr="00DC58C6">
        <w:rPr>
          <w:rFonts w:ascii="Arial" w:eastAsia="Calibri" w:hAnsi="Arial" w:cs="Arial"/>
        </w:rPr>
        <w:t>na</w:t>
      </w:r>
      <w:proofErr w:type="spellEnd"/>
      <w:r w:rsidRPr="00DC58C6">
        <w:rPr>
          <w:rFonts w:ascii="Arial" w:eastAsia="Calibri" w:hAnsi="Arial" w:cs="Arial"/>
        </w:rPr>
        <w:t xml:space="preserve"> </w:t>
      </w:r>
      <w:proofErr w:type="spellStart"/>
      <w:r w:rsidRPr="00DC58C6">
        <w:rPr>
          <w:rFonts w:ascii="Arial" w:eastAsia="Calibri" w:hAnsi="Arial" w:cs="Arial"/>
        </w:rPr>
        <w:t>dostavu</w:t>
      </w:r>
      <w:proofErr w:type="spellEnd"/>
      <w:r w:rsidRPr="00DC58C6">
        <w:rPr>
          <w:rFonts w:ascii="Arial" w:eastAsia="Calibri" w:hAnsi="Arial" w:cs="Arial"/>
        </w:rPr>
        <w:t xml:space="preserve"> </w:t>
      </w:r>
      <w:proofErr w:type="spellStart"/>
      <w:r w:rsidRPr="00DC58C6">
        <w:rPr>
          <w:rFonts w:ascii="Arial" w:eastAsia="Calibri" w:hAnsi="Arial" w:cs="Arial"/>
        </w:rPr>
        <w:t>ponuda</w:t>
      </w:r>
      <w:proofErr w:type="spellEnd"/>
      <w:r w:rsidRPr="00DC58C6">
        <w:rPr>
          <w:rFonts w:ascii="Arial" w:eastAsia="Calibri" w:hAnsi="Arial" w:cs="Arial"/>
        </w:rPr>
        <w:t xml:space="preserve">, </w:t>
      </w:r>
      <w:proofErr w:type="spellStart"/>
      <w:r w:rsidR="0039566C">
        <w:rPr>
          <w:rFonts w:ascii="Arial" w:eastAsia="Calibri" w:hAnsi="Arial" w:cs="Arial"/>
        </w:rPr>
        <w:t>N</w:t>
      </w:r>
      <w:r w:rsidRPr="00DC58C6">
        <w:rPr>
          <w:rFonts w:ascii="Arial" w:eastAsia="Calibri" w:hAnsi="Arial" w:cs="Arial"/>
        </w:rPr>
        <w:t>aručitelj</w:t>
      </w:r>
      <w:proofErr w:type="spellEnd"/>
      <w:r w:rsidRPr="00DC58C6">
        <w:rPr>
          <w:rFonts w:ascii="Arial" w:eastAsia="Calibri" w:hAnsi="Arial" w:cs="Arial"/>
        </w:rPr>
        <w:t xml:space="preserve"> </w:t>
      </w:r>
      <w:proofErr w:type="spellStart"/>
      <w:r w:rsidRPr="00DC58C6">
        <w:rPr>
          <w:rFonts w:ascii="Arial" w:eastAsia="Calibri" w:hAnsi="Arial" w:cs="Arial"/>
        </w:rPr>
        <w:t>može</w:t>
      </w:r>
      <w:proofErr w:type="spellEnd"/>
      <w:r w:rsidRPr="00DC58C6">
        <w:rPr>
          <w:rFonts w:ascii="Arial" w:eastAsia="Calibri" w:hAnsi="Arial" w:cs="Arial"/>
        </w:rPr>
        <w:t xml:space="preserve"> </w:t>
      </w:r>
      <w:proofErr w:type="spellStart"/>
      <w:r w:rsidRPr="00DC58C6">
        <w:rPr>
          <w:rFonts w:ascii="Arial" w:eastAsia="Calibri" w:hAnsi="Arial" w:cs="Arial"/>
        </w:rPr>
        <w:t>ponovno</w:t>
      </w:r>
      <w:proofErr w:type="spellEnd"/>
      <w:r w:rsidRPr="00DC58C6">
        <w:rPr>
          <w:rFonts w:ascii="Arial" w:eastAsia="Calibri" w:hAnsi="Arial" w:cs="Arial"/>
        </w:rPr>
        <w:t xml:space="preserve"> </w:t>
      </w:r>
      <w:proofErr w:type="spellStart"/>
      <w:r w:rsidRPr="00DC58C6">
        <w:rPr>
          <w:rFonts w:ascii="Arial" w:eastAsia="Calibri" w:hAnsi="Arial" w:cs="Arial"/>
        </w:rPr>
        <w:t>rangirati</w:t>
      </w:r>
      <w:proofErr w:type="spellEnd"/>
      <w:r w:rsidRPr="00DC58C6">
        <w:rPr>
          <w:rFonts w:ascii="Arial" w:eastAsia="Calibri" w:hAnsi="Arial" w:cs="Arial"/>
        </w:rPr>
        <w:t xml:space="preserve"> </w:t>
      </w:r>
      <w:proofErr w:type="spellStart"/>
      <w:r w:rsidRPr="00DC58C6">
        <w:rPr>
          <w:rFonts w:ascii="Arial" w:eastAsia="Calibri" w:hAnsi="Arial" w:cs="Arial"/>
        </w:rPr>
        <w:t>preostale</w:t>
      </w:r>
      <w:proofErr w:type="spellEnd"/>
      <w:r w:rsidRPr="00DC58C6">
        <w:rPr>
          <w:rFonts w:ascii="Arial" w:eastAsia="Calibri" w:hAnsi="Arial" w:cs="Arial"/>
        </w:rPr>
        <w:t xml:space="preserve"> </w:t>
      </w:r>
      <w:proofErr w:type="spellStart"/>
      <w:r w:rsidRPr="00DC58C6">
        <w:rPr>
          <w:rFonts w:ascii="Arial" w:eastAsia="Calibri" w:hAnsi="Arial" w:cs="Arial"/>
        </w:rPr>
        <w:t>valjane</w:t>
      </w:r>
      <w:proofErr w:type="spellEnd"/>
      <w:r w:rsidRPr="00DC58C6">
        <w:rPr>
          <w:rFonts w:ascii="Arial" w:eastAsia="Calibri" w:hAnsi="Arial" w:cs="Arial"/>
        </w:rPr>
        <w:t xml:space="preserve"> </w:t>
      </w:r>
      <w:proofErr w:type="spellStart"/>
      <w:r w:rsidRPr="00DC58C6">
        <w:rPr>
          <w:rFonts w:ascii="Arial" w:eastAsia="Calibri" w:hAnsi="Arial" w:cs="Arial"/>
        </w:rPr>
        <w:t>ponude</w:t>
      </w:r>
      <w:proofErr w:type="spellEnd"/>
      <w:r w:rsidRPr="00DC58C6">
        <w:rPr>
          <w:rFonts w:ascii="Arial" w:eastAsia="Calibri" w:hAnsi="Arial" w:cs="Arial"/>
        </w:rPr>
        <w:t xml:space="preserve"> </w:t>
      </w:r>
      <w:proofErr w:type="spellStart"/>
      <w:r w:rsidRPr="00DC58C6">
        <w:rPr>
          <w:rFonts w:ascii="Arial" w:eastAsia="Calibri" w:hAnsi="Arial" w:cs="Arial"/>
        </w:rPr>
        <w:t>te</w:t>
      </w:r>
      <w:proofErr w:type="spellEnd"/>
      <w:r w:rsidRPr="00DC58C6">
        <w:rPr>
          <w:rFonts w:ascii="Arial" w:eastAsia="Calibri" w:hAnsi="Arial" w:cs="Arial"/>
        </w:rPr>
        <w:t xml:space="preserve">, </w:t>
      </w:r>
      <w:proofErr w:type="spellStart"/>
      <w:r w:rsidRPr="00DC58C6">
        <w:rPr>
          <w:rFonts w:ascii="Arial" w:eastAsia="Calibri" w:hAnsi="Arial" w:cs="Arial"/>
        </w:rPr>
        <w:t>na</w:t>
      </w:r>
      <w:proofErr w:type="spellEnd"/>
      <w:r w:rsidRPr="00DC58C6">
        <w:rPr>
          <w:rFonts w:ascii="Arial" w:eastAsia="Calibri" w:hAnsi="Arial" w:cs="Arial"/>
        </w:rPr>
        <w:t xml:space="preserve"> </w:t>
      </w:r>
      <w:proofErr w:type="spellStart"/>
      <w:r w:rsidRPr="00DC58C6">
        <w:rPr>
          <w:rFonts w:ascii="Arial" w:eastAsia="Calibri" w:hAnsi="Arial" w:cs="Arial"/>
        </w:rPr>
        <w:t>temelju</w:t>
      </w:r>
      <w:proofErr w:type="spellEnd"/>
      <w:r w:rsidRPr="00DC58C6">
        <w:rPr>
          <w:rFonts w:ascii="Arial" w:eastAsia="Calibri" w:hAnsi="Arial" w:cs="Arial"/>
        </w:rPr>
        <w:t xml:space="preserve"> </w:t>
      </w:r>
      <w:proofErr w:type="spellStart"/>
      <w:r w:rsidRPr="00DC58C6">
        <w:rPr>
          <w:rFonts w:ascii="Arial" w:eastAsia="Calibri" w:hAnsi="Arial" w:cs="Arial"/>
        </w:rPr>
        <w:t>kriterija</w:t>
      </w:r>
      <w:proofErr w:type="spellEnd"/>
      <w:r w:rsidRPr="00DC58C6">
        <w:rPr>
          <w:rFonts w:ascii="Arial" w:eastAsia="Calibri" w:hAnsi="Arial" w:cs="Arial"/>
        </w:rPr>
        <w:t xml:space="preserve"> za </w:t>
      </w:r>
      <w:proofErr w:type="spellStart"/>
      <w:r w:rsidRPr="00DC58C6">
        <w:rPr>
          <w:rFonts w:ascii="Arial" w:eastAsia="Calibri" w:hAnsi="Arial" w:cs="Arial"/>
        </w:rPr>
        <w:t>odabir</w:t>
      </w:r>
      <w:proofErr w:type="spellEnd"/>
      <w:r w:rsidRPr="00DC58C6">
        <w:rPr>
          <w:rFonts w:ascii="Arial" w:eastAsia="Calibri" w:hAnsi="Arial" w:cs="Arial"/>
        </w:rPr>
        <w:t xml:space="preserve"> </w:t>
      </w:r>
      <w:proofErr w:type="spellStart"/>
      <w:r w:rsidRPr="00DC58C6">
        <w:rPr>
          <w:rFonts w:ascii="Arial" w:eastAsia="Calibri" w:hAnsi="Arial" w:cs="Arial"/>
        </w:rPr>
        <w:t>ponude</w:t>
      </w:r>
      <w:proofErr w:type="spellEnd"/>
      <w:r w:rsidRPr="00DC58C6">
        <w:rPr>
          <w:rFonts w:ascii="Arial" w:eastAsia="Calibri" w:hAnsi="Arial" w:cs="Arial"/>
        </w:rPr>
        <w:t xml:space="preserve">, </w:t>
      </w:r>
      <w:proofErr w:type="spellStart"/>
      <w:r w:rsidRPr="00DC58C6">
        <w:rPr>
          <w:rFonts w:ascii="Arial" w:eastAsia="Calibri" w:hAnsi="Arial" w:cs="Arial"/>
        </w:rPr>
        <w:t>donijeti</w:t>
      </w:r>
      <w:proofErr w:type="spellEnd"/>
      <w:r w:rsidRPr="00DC58C6">
        <w:rPr>
          <w:rFonts w:ascii="Arial" w:eastAsia="Calibri" w:hAnsi="Arial" w:cs="Arial"/>
        </w:rPr>
        <w:t xml:space="preserve"> </w:t>
      </w:r>
      <w:proofErr w:type="spellStart"/>
      <w:r w:rsidRPr="00DC58C6">
        <w:rPr>
          <w:rFonts w:ascii="Arial" w:eastAsia="Calibri" w:hAnsi="Arial" w:cs="Arial"/>
        </w:rPr>
        <w:t>novu</w:t>
      </w:r>
      <w:proofErr w:type="spellEnd"/>
      <w:r w:rsidRPr="00DC58C6">
        <w:rPr>
          <w:rFonts w:ascii="Arial" w:eastAsia="Calibri" w:hAnsi="Arial" w:cs="Arial"/>
        </w:rPr>
        <w:t xml:space="preserve"> </w:t>
      </w:r>
      <w:proofErr w:type="spellStart"/>
      <w:r w:rsidRPr="00DC58C6">
        <w:rPr>
          <w:rFonts w:ascii="Arial" w:eastAsia="Calibri" w:hAnsi="Arial" w:cs="Arial"/>
        </w:rPr>
        <w:t>odluku</w:t>
      </w:r>
      <w:proofErr w:type="spellEnd"/>
      <w:r w:rsidRPr="00DC58C6">
        <w:rPr>
          <w:rFonts w:ascii="Arial" w:eastAsia="Calibri" w:hAnsi="Arial" w:cs="Arial"/>
        </w:rPr>
        <w:t xml:space="preserve"> o </w:t>
      </w:r>
      <w:proofErr w:type="spellStart"/>
      <w:r w:rsidRPr="00DC58C6">
        <w:rPr>
          <w:rFonts w:ascii="Arial" w:eastAsia="Calibri" w:hAnsi="Arial" w:cs="Arial"/>
        </w:rPr>
        <w:t>odabiru</w:t>
      </w:r>
      <w:proofErr w:type="spellEnd"/>
      <w:r w:rsidRPr="00DC58C6">
        <w:rPr>
          <w:rFonts w:ascii="Arial" w:eastAsia="Calibri" w:hAnsi="Arial" w:cs="Arial"/>
        </w:rPr>
        <w:t xml:space="preserve"> </w:t>
      </w:r>
      <w:proofErr w:type="spellStart"/>
      <w:r w:rsidRPr="00DC58C6">
        <w:rPr>
          <w:rFonts w:ascii="Arial" w:eastAsia="Calibri" w:hAnsi="Arial" w:cs="Arial"/>
        </w:rPr>
        <w:t>ili</w:t>
      </w:r>
      <w:proofErr w:type="spellEnd"/>
      <w:r w:rsidRPr="00DC58C6">
        <w:rPr>
          <w:rFonts w:ascii="Arial" w:eastAsia="Calibri" w:hAnsi="Arial" w:cs="Arial"/>
        </w:rPr>
        <w:t xml:space="preserve">, </w:t>
      </w:r>
      <w:proofErr w:type="spellStart"/>
      <w:r w:rsidRPr="00DC58C6">
        <w:rPr>
          <w:rFonts w:ascii="Arial" w:eastAsia="Calibri" w:hAnsi="Arial" w:cs="Arial"/>
        </w:rPr>
        <w:t>ako</w:t>
      </w:r>
      <w:proofErr w:type="spellEnd"/>
      <w:r w:rsidRPr="00DC58C6">
        <w:rPr>
          <w:rFonts w:ascii="Arial" w:eastAsia="Calibri" w:hAnsi="Arial" w:cs="Arial"/>
        </w:rPr>
        <w:t xml:space="preserve"> za to </w:t>
      </w:r>
      <w:proofErr w:type="spellStart"/>
      <w:r w:rsidRPr="00DC58C6">
        <w:rPr>
          <w:rFonts w:ascii="Arial" w:eastAsia="Calibri" w:hAnsi="Arial" w:cs="Arial"/>
        </w:rPr>
        <w:t>postoj</w:t>
      </w:r>
      <w:r w:rsidR="00F96CA1">
        <w:rPr>
          <w:rFonts w:ascii="Arial" w:eastAsia="Calibri" w:hAnsi="Arial" w:cs="Arial"/>
        </w:rPr>
        <w:t>i</w:t>
      </w:r>
      <w:proofErr w:type="spellEnd"/>
      <w:r w:rsidR="00F96CA1">
        <w:rPr>
          <w:rFonts w:ascii="Arial" w:eastAsia="Calibri" w:hAnsi="Arial" w:cs="Arial"/>
        </w:rPr>
        <w:t xml:space="preserve"> </w:t>
      </w:r>
      <w:proofErr w:type="spellStart"/>
      <w:r w:rsidR="00F96CA1">
        <w:rPr>
          <w:rFonts w:ascii="Arial" w:eastAsia="Calibri" w:hAnsi="Arial" w:cs="Arial"/>
        </w:rPr>
        <w:t>opravdan</w:t>
      </w:r>
      <w:proofErr w:type="spellEnd"/>
      <w:r w:rsidR="00F96CA1">
        <w:rPr>
          <w:rFonts w:ascii="Arial" w:eastAsia="Calibri" w:hAnsi="Arial" w:cs="Arial"/>
        </w:rPr>
        <w:t xml:space="preserve"> </w:t>
      </w:r>
      <w:proofErr w:type="spellStart"/>
      <w:r w:rsidRPr="00DC58C6">
        <w:rPr>
          <w:rFonts w:ascii="Arial" w:eastAsia="Calibri" w:hAnsi="Arial" w:cs="Arial"/>
        </w:rPr>
        <w:t>razlo</w:t>
      </w:r>
      <w:r w:rsidR="00F96CA1">
        <w:rPr>
          <w:rFonts w:ascii="Arial" w:eastAsia="Calibri" w:hAnsi="Arial" w:cs="Arial"/>
        </w:rPr>
        <w:t>g</w:t>
      </w:r>
      <w:proofErr w:type="spellEnd"/>
      <w:r w:rsidRPr="00DC58C6">
        <w:rPr>
          <w:rFonts w:ascii="Arial" w:eastAsia="Calibri" w:hAnsi="Arial" w:cs="Arial"/>
        </w:rPr>
        <w:t xml:space="preserve">, </w:t>
      </w:r>
      <w:proofErr w:type="spellStart"/>
      <w:r w:rsidRPr="00DC58C6">
        <w:rPr>
          <w:rFonts w:ascii="Arial" w:eastAsia="Calibri" w:hAnsi="Arial" w:cs="Arial"/>
        </w:rPr>
        <w:t>poništiti</w:t>
      </w:r>
      <w:proofErr w:type="spellEnd"/>
      <w:r w:rsidRPr="00DC58C6">
        <w:rPr>
          <w:rFonts w:ascii="Arial" w:eastAsia="Calibri" w:hAnsi="Arial" w:cs="Arial"/>
        </w:rPr>
        <w:t xml:space="preserve"> </w:t>
      </w:r>
      <w:proofErr w:type="spellStart"/>
      <w:r w:rsidRPr="00DC58C6">
        <w:rPr>
          <w:rFonts w:ascii="Arial" w:eastAsia="Calibri" w:hAnsi="Arial" w:cs="Arial"/>
        </w:rPr>
        <w:t>postupak</w:t>
      </w:r>
      <w:proofErr w:type="spellEnd"/>
      <w:r w:rsidRPr="00DC58C6">
        <w:rPr>
          <w:rFonts w:ascii="Arial" w:eastAsia="Calibri" w:hAnsi="Arial" w:cs="Arial"/>
        </w:rPr>
        <w:t xml:space="preserve"> </w:t>
      </w:r>
      <w:proofErr w:type="spellStart"/>
      <w:r w:rsidRPr="00DC58C6">
        <w:rPr>
          <w:rFonts w:ascii="Arial" w:eastAsia="Calibri" w:hAnsi="Arial" w:cs="Arial"/>
        </w:rPr>
        <w:t>jednostavne</w:t>
      </w:r>
      <w:proofErr w:type="spellEnd"/>
      <w:r w:rsidRPr="00DC58C6">
        <w:rPr>
          <w:rFonts w:ascii="Arial" w:eastAsia="Calibri" w:hAnsi="Arial" w:cs="Arial"/>
        </w:rPr>
        <w:t xml:space="preserve"> </w:t>
      </w:r>
      <w:proofErr w:type="spellStart"/>
      <w:r w:rsidRPr="00DC58C6">
        <w:rPr>
          <w:rFonts w:ascii="Arial" w:eastAsia="Calibri" w:hAnsi="Arial" w:cs="Arial"/>
        </w:rPr>
        <w:t>nabave</w:t>
      </w:r>
      <w:proofErr w:type="spellEnd"/>
      <w:r w:rsidRPr="00DC58C6">
        <w:rPr>
          <w:rFonts w:ascii="Arial" w:eastAsia="Calibri" w:hAnsi="Arial" w:cs="Arial"/>
        </w:rPr>
        <w:t>.</w:t>
      </w:r>
    </w:p>
    <w:p w14:paraId="59A20EA3" w14:textId="77777777" w:rsidR="00A415A0" w:rsidRPr="00DC58C6" w:rsidRDefault="00A415A0" w:rsidP="009C285A">
      <w:pPr>
        <w:spacing w:after="120" w:line="240" w:lineRule="auto"/>
        <w:jc w:val="both"/>
        <w:rPr>
          <w:rFonts w:ascii="Arial" w:hAnsi="Arial" w:cs="Arial"/>
        </w:rPr>
      </w:pPr>
    </w:p>
    <w:p w14:paraId="39185AA8" w14:textId="534C978F" w:rsidR="00A415A0" w:rsidRPr="00DC58C6" w:rsidRDefault="00A415A0" w:rsidP="009C285A">
      <w:pPr>
        <w:pStyle w:val="Heading1"/>
        <w:spacing w:before="0" w:after="120" w:line="240" w:lineRule="auto"/>
        <w:jc w:val="center"/>
        <w:rPr>
          <w:rFonts w:ascii="Arial" w:hAnsi="Arial" w:cs="Arial"/>
          <w:bCs w:val="0"/>
          <w:color w:val="auto"/>
          <w:sz w:val="22"/>
          <w:szCs w:val="22"/>
        </w:rPr>
      </w:pPr>
      <w:proofErr w:type="spellStart"/>
      <w:r w:rsidRPr="00DC58C6">
        <w:rPr>
          <w:rFonts w:ascii="Arial" w:eastAsia="Calibri" w:hAnsi="Arial" w:cs="Arial"/>
          <w:bCs w:val="0"/>
          <w:color w:val="auto"/>
          <w:sz w:val="22"/>
          <w:szCs w:val="22"/>
        </w:rPr>
        <w:t>Članak</w:t>
      </w:r>
      <w:proofErr w:type="spellEnd"/>
      <w:r w:rsidRPr="00DC58C6">
        <w:rPr>
          <w:rFonts w:ascii="Arial" w:eastAsia="Calibri" w:hAnsi="Arial" w:cs="Arial"/>
          <w:bCs w:val="0"/>
          <w:color w:val="auto"/>
          <w:sz w:val="22"/>
          <w:szCs w:val="22"/>
        </w:rPr>
        <w:t xml:space="preserve"> 2</w:t>
      </w:r>
      <w:r w:rsidR="00F76AE9" w:rsidRPr="00DC58C6">
        <w:rPr>
          <w:rFonts w:ascii="Arial" w:eastAsia="Calibri" w:hAnsi="Arial" w:cs="Arial"/>
          <w:bCs w:val="0"/>
          <w:color w:val="auto"/>
          <w:sz w:val="22"/>
          <w:szCs w:val="22"/>
        </w:rPr>
        <w:t>2</w:t>
      </w:r>
      <w:r w:rsidRPr="00DC58C6">
        <w:rPr>
          <w:rFonts w:ascii="Arial" w:hAnsi="Arial" w:cs="Arial"/>
          <w:bCs w:val="0"/>
          <w:color w:val="auto"/>
          <w:sz w:val="22"/>
          <w:szCs w:val="22"/>
        </w:rPr>
        <w:t>.</w:t>
      </w:r>
    </w:p>
    <w:p w14:paraId="6F35949B" w14:textId="0E00FBF3" w:rsidR="00F76AE9" w:rsidRPr="00DC58C6" w:rsidRDefault="008B6545" w:rsidP="009C285A">
      <w:pPr>
        <w:spacing w:after="120" w:line="240" w:lineRule="auto"/>
        <w:jc w:val="both"/>
        <w:rPr>
          <w:rFonts w:ascii="Arial" w:eastAsia="Calibri" w:hAnsi="Arial" w:cs="Arial"/>
          <w:lang w:val="hr-HR"/>
        </w:rPr>
      </w:pPr>
      <w:r>
        <w:rPr>
          <w:rFonts w:ascii="Arial" w:eastAsia="Calibri" w:hAnsi="Arial" w:cs="Arial"/>
          <w:lang w:val="hr-HR"/>
        </w:rPr>
        <w:t>(</w:t>
      </w:r>
      <w:r w:rsidR="00F76AE9" w:rsidRPr="00DC58C6">
        <w:rPr>
          <w:rFonts w:ascii="Arial" w:eastAsia="Calibri" w:hAnsi="Arial" w:cs="Arial"/>
          <w:lang w:val="hr-HR"/>
        </w:rPr>
        <w:t>1) Naručitelj je obvezan istovremeno obavijestiti sve ponuditelje koji su dostavili ponudu o rezultatima pregleda i ocjene ponuda dostavom odluke o odabiru ili odluke o poništenju.</w:t>
      </w:r>
    </w:p>
    <w:p w14:paraId="7592FD3C" w14:textId="06E282BB" w:rsidR="00F76AE9" w:rsidRPr="00DC58C6" w:rsidRDefault="00F76AE9" w:rsidP="009C285A">
      <w:pPr>
        <w:spacing w:after="120" w:line="240" w:lineRule="auto"/>
        <w:jc w:val="both"/>
        <w:rPr>
          <w:rFonts w:ascii="Arial" w:eastAsia="Calibri" w:hAnsi="Arial" w:cs="Arial"/>
          <w:lang w:val="hr-HR"/>
        </w:rPr>
      </w:pPr>
      <w:r w:rsidRPr="00DC58C6">
        <w:rPr>
          <w:rFonts w:ascii="Arial" w:eastAsia="Calibri" w:hAnsi="Arial" w:cs="Arial"/>
          <w:lang w:val="hr-HR"/>
        </w:rPr>
        <w:t xml:space="preserve">(2) Odluku iz stavka 1. ovoga članka </w:t>
      </w:r>
      <w:r w:rsidR="0039566C">
        <w:rPr>
          <w:rFonts w:ascii="Arial" w:eastAsia="Calibri" w:hAnsi="Arial" w:cs="Arial"/>
          <w:lang w:val="hr-HR"/>
        </w:rPr>
        <w:t xml:space="preserve">dekan </w:t>
      </w:r>
      <w:r w:rsidRPr="00DC58C6">
        <w:rPr>
          <w:rFonts w:ascii="Arial" w:eastAsia="Calibri" w:hAnsi="Arial" w:cs="Arial"/>
          <w:lang w:val="hr-HR"/>
        </w:rPr>
        <w:t>donosi najkasnije u roku od 15 (petnaest) dana od dana otvaranja ponuda, osim ako u pozivu na dostavu ponuda nije određen drugi rok.</w:t>
      </w:r>
    </w:p>
    <w:p w14:paraId="2309DB9D" w14:textId="77777777" w:rsidR="00F76AE9" w:rsidRPr="00DC58C6" w:rsidRDefault="00F76AE9" w:rsidP="009C285A">
      <w:pPr>
        <w:spacing w:after="120" w:line="240" w:lineRule="auto"/>
        <w:jc w:val="both"/>
        <w:rPr>
          <w:rFonts w:ascii="Arial" w:eastAsia="Calibri" w:hAnsi="Arial" w:cs="Arial"/>
          <w:lang w:val="hr-HR"/>
        </w:rPr>
      </w:pPr>
      <w:r w:rsidRPr="00DC58C6">
        <w:rPr>
          <w:rFonts w:ascii="Arial" w:eastAsia="Calibri" w:hAnsi="Arial" w:cs="Arial"/>
          <w:lang w:val="hr-HR"/>
        </w:rPr>
        <w:t>(3) Odluka se objavljuje putem modula jednostavne nabave u EOJN RH i smatra se dostavljenom svim sudionicima postupka istekom dana u kojem je objavljena.</w:t>
      </w:r>
    </w:p>
    <w:p w14:paraId="21094864" w14:textId="0DD612E0" w:rsidR="00A05A2F" w:rsidRPr="00DC58C6" w:rsidRDefault="00A05A2F" w:rsidP="009C285A">
      <w:pPr>
        <w:spacing w:after="120" w:line="240" w:lineRule="auto"/>
        <w:jc w:val="both"/>
        <w:rPr>
          <w:rFonts w:ascii="Arial" w:eastAsia="Calibri" w:hAnsi="Arial" w:cs="Arial"/>
          <w:lang w:val="hr-HR"/>
        </w:rPr>
      </w:pPr>
      <w:r w:rsidRPr="00DC58C6">
        <w:rPr>
          <w:rFonts w:ascii="Arial" w:eastAsia="Calibri" w:hAnsi="Arial" w:cs="Arial"/>
          <w:lang w:val="hr-HR"/>
        </w:rPr>
        <w:t>(4) Odluka postaje izvršna:</w:t>
      </w:r>
    </w:p>
    <w:p w14:paraId="7C2AFA1E" w14:textId="77777777" w:rsidR="00A05A2F" w:rsidRPr="00DC58C6" w:rsidRDefault="00A05A2F" w:rsidP="009C285A">
      <w:pPr>
        <w:numPr>
          <w:ilvl w:val="0"/>
          <w:numId w:val="16"/>
        </w:numPr>
        <w:spacing w:after="120" w:line="240" w:lineRule="auto"/>
        <w:jc w:val="both"/>
        <w:rPr>
          <w:rFonts w:ascii="Arial" w:eastAsia="Calibri" w:hAnsi="Arial" w:cs="Arial"/>
          <w:lang w:val="hr-HR"/>
        </w:rPr>
      </w:pPr>
      <w:r w:rsidRPr="00DC58C6">
        <w:rPr>
          <w:rFonts w:ascii="Arial" w:eastAsia="Calibri" w:hAnsi="Arial" w:cs="Arial"/>
          <w:lang w:val="hr-HR"/>
        </w:rPr>
        <w:t xml:space="preserve">objavom odluke o odabiru ako je pristigla samo jedna ponuda, odnosno objavom odluke o poništenju ako nije pristigla nijedna ponuda; </w:t>
      </w:r>
    </w:p>
    <w:p w14:paraId="17CA5048" w14:textId="77777777" w:rsidR="00A05A2F" w:rsidRPr="00DC58C6" w:rsidRDefault="00A05A2F" w:rsidP="009C285A">
      <w:pPr>
        <w:numPr>
          <w:ilvl w:val="0"/>
          <w:numId w:val="16"/>
        </w:numPr>
        <w:spacing w:after="120" w:line="240" w:lineRule="auto"/>
        <w:jc w:val="both"/>
        <w:rPr>
          <w:rFonts w:ascii="Arial" w:eastAsia="Calibri" w:hAnsi="Arial" w:cs="Arial"/>
          <w:lang w:val="hr-HR"/>
        </w:rPr>
      </w:pPr>
      <w:r w:rsidRPr="00DC58C6">
        <w:rPr>
          <w:rFonts w:ascii="Arial" w:eastAsia="Calibri" w:hAnsi="Arial" w:cs="Arial"/>
          <w:lang w:val="hr-HR"/>
        </w:rPr>
        <w:t xml:space="preserve">istekom roka za podnošenje prigovora, ako prigovor nije podnesen; </w:t>
      </w:r>
    </w:p>
    <w:p w14:paraId="4776858A" w14:textId="77777777" w:rsidR="00A05A2F" w:rsidRPr="00DC58C6" w:rsidRDefault="00A05A2F" w:rsidP="009C285A">
      <w:pPr>
        <w:numPr>
          <w:ilvl w:val="0"/>
          <w:numId w:val="16"/>
        </w:numPr>
        <w:spacing w:after="120" w:line="240" w:lineRule="auto"/>
        <w:jc w:val="both"/>
        <w:rPr>
          <w:rFonts w:ascii="Arial" w:eastAsia="Calibri" w:hAnsi="Arial" w:cs="Arial"/>
          <w:lang w:val="hr-HR"/>
        </w:rPr>
      </w:pPr>
      <w:r w:rsidRPr="00DC58C6">
        <w:rPr>
          <w:rFonts w:ascii="Arial" w:eastAsia="Calibri" w:hAnsi="Arial" w:cs="Arial"/>
          <w:lang w:val="hr-HR"/>
        </w:rPr>
        <w:t>dostavom odluke o prigovoru kojom se prigovor odbacuje, odbija ili se postupak obustavlja.</w:t>
      </w:r>
    </w:p>
    <w:p w14:paraId="69F4F1E2" w14:textId="56CE63D4" w:rsidR="009F6EDB" w:rsidRDefault="009F6EDB" w:rsidP="009C285A">
      <w:pPr>
        <w:spacing w:after="120" w:line="240" w:lineRule="auto"/>
        <w:jc w:val="both"/>
        <w:rPr>
          <w:rFonts w:ascii="Arial" w:eastAsia="Calibri" w:hAnsi="Arial" w:cs="Arial"/>
          <w:lang w:val="hr-HR"/>
        </w:rPr>
      </w:pPr>
    </w:p>
    <w:p w14:paraId="46D8B1F4" w14:textId="77777777" w:rsidR="008B6545" w:rsidRPr="00DC58C6" w:rsidRDefault="008B6545" w:rsidP="009C285A">
      <w:pPr>
        <w:spacing w:after="120" w:line="240" w:lineRule="auto"/>
        <w:jc w:val="both"/>
        <w:rPr>
          <w:rFonts w:ascii="Arial" w:eastAsia="Calibri" w:hAnsi="Arial" w:cs="Arial"/>
          <w:lang w:val="hr-HR"/>
        </w:rPr>
      </w:pPr>
    </w:p>
    <w:p w14:paraId="1ADB132A" w14:textId="57958ABB" w:rsidR="00CB66C3" w:rsidRPr="00DC58C6" w:rsidRDefault="00CB66C3" w:rsidP="009C285A">
      <w:pPr>
        <w:spacing w:after="120" w:line="240" w:lineRule="auto"/>
        <w:jc w:val="center"/>
        <w:rPr>
          <w:rFonts w:ascii="Arial" w:eastAsia="Calibri" w:hAnsi="Arial" w:cs="Arial"/>
          <w:b/>
          <w:bCs/>
          <w:lang w:val="hr-HR"/>
        </w:rPr>
      </w:pPr>
      <w:r w:rsidRPr="00DC58C6">
        <w:rPr>
          <w:rFonts w:ascii="Arial" w:eastAsia="Calibri" w:hAnsi="Arial" w:cs="Arial"/>
          <w:b/>
          <w:bCs/>
          <w:lang w:val="hr-HR"/>
        </w:rPr>
        <w:t>ODLUKA O PONIŠTENJU POSTUPKA</w:t>
      </w:r>
    </w:p>
    <w:p w14:paraId="2ABF423C" w14:textId="77777777" w:rsidR="00CB66C3" w:rsidRPr="00DC58C6" w:rsidRDefault="00CB66C3" w:rsidP="009C285A">
      <w:pPr>
        <w:spacing w:after="120" w:line="240" w:lineRule="auto"/>
        <w:jc w:val="center"/>
        <w:rPr>
          <w:rFonts w:ascii="Arial" w:eastAsia="Calibri" w:hAnsi="Arial" w:cs="Arial"/>
          <w:b/>
          <w:bCs/>
          <w:lang w:val="hr-HR"/>
        </w:rPr>
      </w:pPr>
    </w:p>
    <w:p w14:paraId="54673DB6" w14:textId="4F72827A" w:rsidR="00CB66C3" w:rsidRPr="00DC58C6" w:rsidRDefault="00CB66C3" w:rsidP="009C285A">
      <w:pPr>
        <w:spacing w:after="120" w:line="240" w:lineRule="auto"/>
        <w:jc w:val="center"/>
        <w:rPr>
          <w:rFonts w:ascii="Arial" w:eastAsia="Calibri" w:hAnsi="Arial" w:cs="Arial"/>
          <w:lang w:val="hr-HR"/>
        </w:rPr>
      </w:pPr>
      <w:r w:rsidRPr="00DC58C6">
        <w:rPr>
          <w:rFonts w:ascii="Arial" w:eastAsia="Calibri" w:hAnsi="Arial" w:cs="Arial"/>
          <w:b/>
          <w:bCs/>
          <w:lang w:val="hr-HR"/>
        </w:rPr>
        <w:t>Članak 23.</w:t>
      </w:r>
    </w:p>
    <w:p w14:paraId="17B76116" w14:textId="77777777" w:rsidR="00CB66C3" w:rsidRPr="00DC58C6" w:rsidRDefault="00CB66C3" w:rsidP="009C285A">
      <w:pPr>
        <w:spacing w:after="120" w:line="240" w:lineRule="auto"/>
        <w:jc w:val="both"/>
        <w:rPr>
          <w:rFonts w:ascii="Arial" w:eastAsia="Calibri" w:hAnsi="Arial" w:cs="Arial"/>
          <w:lang w:val="hr-HR"/>
        </w:rPr>
      </w:pPr>
      <w:r w:rsidRPr="00DC58C6">
        <w:rPr>
          <w:rFonts w:ascii="Arial" w:eastAsia="Calibri" w:hAnsi="Arial" w:cs="Arial"/>
          <w:lang w:val="hr-HR"/>
        </w:rPr>
        <w:t>(1) Naručitelj može poništiti postupak jednostavne nabave ako postanu poznate okolnosti koje, da su bile poznate prije pokretanja postupka, ne bi dovele do pokretanja postupka jednostavne nabave ili bi dovele do sadržajno bitno drukčijeg poziva na dostavu ponuda.</w:t>
      </w:r>
    </w:p>
    <w:p w14:paraId="71144708" w14:textId="77777777" w:rsidR="00CB66C3" w:rsidRPr="00DC58C6" w:rsidRDefault="00CB66C3" w:rsidP="009C285A">
      <w:pPr>
        <w:spacing w:after="120" w:line="240" w:lineRule="auto"/>
        <w:jc w:val="both"/>
        <w:rPr>
          <w:rFonts w:ascii="Arial" w:eastAsia="Calibri" w:hAnsi="Arial" w:cs="Arial"/>
          <w:lang w:val="hr-HR"/>
        </w:rPr>
      </w:pPr>
      <w:r w:rsidRPr="00DC58C6">
        <w:rPr>
          <w:rFonts w:ascii="Arial" w:eastAsia="Calibri" w:hAnsi="Arial" w:cs="Arial"/>
          <w:lang w:val="hr-HR"/>
        </w:rPr>
        <w:t>(2) Naručitelj je obvezan poništiti postupak jednostavne nabave ako nije pristigla nijedna ponuda, ako nakon odbijanja ponuda ne preostane nijedna valjana ponuda, ako su sve ponude znatno veće od procijenjene vrijednosti nabave i osiguranih financijskih sredstava, ako se utvrdi sukob interesa koji se ne može na drugi način otkloniti ili ako je to potrebno radi zaštite javnog interesa.</w:t>
      </w:r>
    </w:p>
    <w:p w14:paraId="00DAE494" w14:textId="05AB7CF5" w:rsidR="00A415A0" w:rsidRPr="00DC58C6" w:rsidRDefault="00CB66C3" w:rsidP="009C285A">
      <w:pPr>
        <w:spacing w:after="120" w:line="240" w:lineRule="auto"/>
        <w:jc w:val="both"/>
        <w:rPr>
          <w:rFonts w:ascii="Arial" w:eastAsia="Calibri" w:hAnsi="Arial" w:cs="Arial"/>
          <w:lang w:val="hr-HR"/>
        </w:rPr>
      </w:pPr>
      <w:r w:rsidRPr="00DC58C6">
        <w:rPr>
          <w:rFonts w:ascii="Arial" w:eastAsia="Calibri" w:hAnsi="Arial" w:cs="Arial"/>
          <w:lang w:val="hr-HR"/>
        </w:rPr>
        <w:t xml:space="preserve">(3) Odluku o poništenju postupka donosi </w:t>
      </w:r>
      <w:r w:rsidR="008A096E">
        <w:rPr>
          <w:rFonts w:ascii="Arial" w:eastAsia="Calibri" w:hAnsi="Arial" w:cs="Arial"/>
          <w:lang w:val="hr-HR"/>
        </w:rPr>
        <w:t>dekan</w:t>
      </w:r>
      <w:r w:rsidRPr="00DC58C6">
        <w:rPr>
          <w:rFonts w:ascii="Arial" w:eastAsia="Calibri" w:hAnsi="Arial" w:cs="Arial"/>
          <w:lang w:val="hr-HR"/>
        </w:rPr>
        <w:t xml:space="preserve"> </w:t>
      </w:r>
      <w:r w:rsidR="00F726FE">
        <w:rPr>
          <w:rFonts w:ascii="Arial" w:eastAsia="Calibri" w:hAnsi="Arial" w:cs="Arial"/>
          <w:lang w:val="hr-HR"/>
        </w:rPr>
        <w:t>N</w:t>
      </w:r>
      <w:r w:rsidRPr="00DC58C6">
        <w:rPr>
          <w:rFonts w:ascii="Arial" w:eastAsia="Calibri" w:hAnsi="Arial" w:cs="Arial"/>
          <w:lang w:val="hr-HR"/>
        </w:rPr>
        <w:t>aručitelja te se ista objavljuje putem modula jednostavne nabave u EOJN RH i smatra se dostavljenom svim sudionicima postupka istekom dana u kojem je objavljena.</w:t>
      </w:r>
    </w:p>
    <w:p w14:paraId="66BC073D" w14:textId="022FB3BD" w:rsidR="009F6EDB" w:rsidRDefault="009F6EDB" w:rsidP="009C285A">
      <w:pPr>
        <w:spacing w:after="120" w:line="240" w:lineRule="auto"/>
        <w:jc w:val="both"/>
        <w:rPr>
          <w:rFonts w:ascii="Arial" w:hAnsi="Arial" w:cs="Arial"/>
        </w:rPr>
      </w:pPr>
    </w:p>
    <w:p w14:paraId="7B0F01D2" w14:textId="09C5BCEC" w:rsidR="008B6545" w:rsidRDefault="008B6545" w:rsidP="009C285A">
      <w:pPr>
        <w:spacing w:after="120" w:line="240" w:lineRule="auto"/>
        <w:jc w:val="both"/>
        <w:rPr>
          <w:rFonts w:ascii="Arial" w:hAnsi="Arial" w:cs="Arial"/>
        </w:rPr>
      </w:pPr>
    </w:p>
    <w:p w14:paraId="01ED55DF" w14:textId="77777777" w:rsidR="008B6545" w:rsidRPr="00DC58C6" w:rsidRDefault="008B6545" w:rsidP="009C285A">
      <w:pPr>
        <w:spacing w:after="120" w:line="240" w:lineRule="auto"/>
        <w:jc w:val="both"/>
        <w:rPr>
          <w:rFonts w:ascii="Arial" w:hAnsi="Arial" w:cs="Arial"/>
        </w:rPr>
      </w:pPr>
    </w:p>
    <w:p w14:paraId="042296AD" w14:textId="77777777" w:rsidR="00A415A0" w:rsidRPr="00DC58C6" w:rsidRDefault="00A415A0" w:rsidP="009C285A">
      <w:pPr>
        <w:pStyle w:val="Heading1"/>
        <w:spacing w:before="0" w:after="120" w:line="240" w:lineRule="auto"/>
        <w:jc w:val="center"/>
        <w:rPr>
          <w:rFonts w:ascii="Arial" w:eastAsia="Calibri" w:hAnsi="Arial" w:cs="Arial"/>
          <w:color w:val="auto"/>
          <w:sz w:val="22"/>
          <w:szCs w:val="22"/>
        </w:rPr>
      </w:pPr>
      <w:r w:rsidRPr="00DC58C6">
        <w:rPr>
          <w:rFonts w:ascii="Arial" w:eastAsia="Calibri" w:hAnsi="Arial" w:cs="Arial"/>
          <w:color w:val="auto"/>
          <w:sz w:val="22"/>
          <w:szCs w:val="22"/>
        </w:rPr>
        <w:lastRenderedPageBreak/>
        <w:t>ZAHTJEV ZA UVID U DOKUMENTACIJU</w:t>
      </w:r>
    </w:p>
    <w:p w14:paraId="1BC7415A" w14:textId="77777777" w:rsidR="00CB66C3" w:rsidRPr="00DC58C6" w:rsidRDefault="00CB66C3" w:rsidP="009C285A">
      <w:pPr>
        <w:spacing w:line="240" w:lineRule="auto"/>
        <w:rPr>
          <w:rFonts w:ascii="Arial" w:hAnsi="Arial" w:cs="Arial"/>
        </w:rPr>
      </w:pPr>
    </w:p>
    <w:p w14:paraId="3DFB2F8F" w14:textId="24D8579D" w:rsidR="00A415A0" w:rsidRPr="00DC58C6" w:rsidRDefault="00A415A0" w:rsidP="009C285A">
      <w:pPr>
        <w:pStyle w:val="Heading1"/>
        <w:spacing w:before="0" w:after="120" w:line="240" w:lineRule="auto"/>
        <w:jc w:val="center"/>
        <w:rPr>
          <w:rFonts w:ascii="Arial" w:hAnsi="Arial" w:cs="Arial"/>
          <w:bCs w:val="0"/>
          <w:color w:val="auto"/>
          <w:sz w:val="22"/>
          <w:szCs w:val="22"/>
        </w:rPr>
      </w:pPr>
      <w:proofErr w:type="spellStart"/>
      <w:r w:rsidRPr="00DC58C6">
        <w:rPr>
          <w:rFonts w:ascii="Arial" w:eastAsia="Calibri" w:hAnsi="Arial" w:cs="Arial"/>
          <w:bCs w:val="0"/>
          <w:color w:val="auto"/>
          <w:sz w:val="22"/>
          <w:szCs w:val="22"/>
        </w:rPr>
        <w:t>Članak</w:t>
      </w:r>
      <w:proofErr w:type="spellEnd"/>
      <w:r w:rsidRPr="00DC58C6">
        <w:rPr>
          <w:rFonts w:ascii="Arial" w:eastAsia="Calibri" w:hAnsi="Arial" w:cs="Arial"/>
          <w:bCs w:val="0"/>
          <w:color w:val="auto"/>
          <w:sz w:val="22"/>
          <w:szCs w:val="22"/>
        </w:rPr>
        <w:t xml:space="preserve"> 2</w:t>
      </w:r>
      <w:r w:rsidR="004A4BC7" w:rsidRPr="00DC58C6">
        <w:rPr>
          <w:rFonts w:ascii="Arial" w:eastAsia="Calibri" w:hAnsi="Arial" w:cs="Arial"/>
          <w:bCs w:val="0"/>
          <w:color w:val="auto"/>
          <w:sz w:val="22"/>
          <w:szCs w:val="22"/>
        </w:rPr>
        <w:t>4</w:t>
      </w:r>
      <w:r w:rsidRPr="00DC58C6">
        <w:rPr>
          <w:rFonts w:ascii="Arial" w:hAnsi="Arial" w:cs="Arial"/>
          <w:bCs w:val="0"/>
          <w:color w:val="auto"/>
          <w:sz w:val="22"/>
          <w:szCs w:val="22"/>
        </w:rPr>
        <w:t>.</w:t>
      </w:r>
    </w:p>
    <w:p w14:paraId="685C4A14" w14:textId="35304EC5" w:rsidR="00A415A0" w:rsidRPr="00DC58C6" w:rsidRDefault="00A415A0" w:rsidP="009C285A">
      <w:pPr>
        <w:spacing w:after="120" w:line="240" w:lineRule="auto"/>
        <w:jc w:val="both"/>
        <w:rPr>
          <w:rFonts w:ascii="Arial" w:eastAsia="Calibri" w:hAnsi="Arial" w:cs="Arial"/>
        </w:rPr>
      </w:pPr>
      <w:r w:rsidRPr="00DC58C6">
        <w:rPr>
          <w:rFonts w:ascii="Arial" w:eastAsia="Calibri" w:hAnsi="Arial" w:cs="Arial"/>
        </w:rPr>
        <w:t xml:space="preserve">(1) </w:t>
      </w:r>
      <w:proofErr w:type="spellStart"/>
      <w:r w:rsidRPr="00DC58C6">
        <w:rPr>
          <w:rFonts w:ascii="Arial" w:eastAsia="Calibri" w:hAnsi="Arial" w:cs="Arial"/>
        </w:rPr>
        <w:t>Nakon</w:t>
      </w:r>
      <w:proofErr w:type="spellEnd"/>
      <w:r w:rsidRPr="00DC58C6">
        <w:rPr>
          <w:rFonts w:ascii="Arial" w:eastAsia="Calibri" w:hAnsi="Arial" w:cs="Arial"/>
        </w:rPr>
        <w:t xml:space="preserve"> </w:t>
      </w:r>
      <w:proofErr w:type="spellStart"/>
      <w:r w:rsidRPr="00DC58C6">
        <w:rPr>
          <w:rFonts w:ascii="Arial" w:eastAsia="Calibri" w:hAnsi="Arial" w:cs="Arial"/>
        </w:rPr>
        <w:t>dostave</w:t>
      </w:r>
      <w:proofErr w:type="spellEnd"/>
      <w:r w:rsidRPr="00DC58C6">
        <w:rPr>
          <w:rFonts w:ascii="Arial" w:eastAsia="Calibri" w:hAnsi="Arial" w:cs="Arial"/>
        </w:rPr>
        <w:t xml:space="preserve"> </w:t>
      </w:r>
      <w:proofErr w:type="spellStart"/>
      <w:r w:rsidR="0009171F">
        <w:rPr>
          <w:rFonts w:ascii="Arial" w:eastAsia="Calibri" w:hAnsi="Arial" w:cs="Arial"/>
        </w:rPr>
        <w:t>o</w:t>
      </w:r>
      <w:r w:rsidRPr="00DC58C6">
        <w:rPr>
          <w:rFonts w:ascii="Arial" w:eastAsia="Calibri" w:hAnsi="Arial" w:cs="Arial"/>
        </w:rPr>
        <w:t>dluke</w:t>
      </w:r>
      <w:proofErr w:type="spellEnd"/>
      <w:r w:rsidRPr="00DC58C6">
        <w:rPr>
          <w:rFonts w:ascii="Arial" w:eastAsia="Calibri" w:hAnsi="Arial" w:cs="Arial"/>
        </w:rPr>
        <w:t xml:space="preserve"> o </w:t>
      </w:r>
      <w:proofErr w:type="spellStart"/>
      <w:r w:rsidRPr="00DC58C6">
        <w:rPr>
          <w:rFonts w:ascii="Arial" w:eastAsia="Calibri" w:hAnsi="Arial" w:cs="Arial"/>
        </w:rPr>
        <w:t>odabiru</w:t>
      </w:r>
      <w:proofErr w:type="spellEnd"/>
      <w:r w:rsidRPr="00DC58C6">
        <w:rPr>
          <w:rFonts w:ascii="Arial" w:eastAsia="Calibri" w:hAnsi="Arial" w:cs="Arial"/>
        </w:rPr>
        <w:t xml:space="preserve"> </w:t>
      </w:r>
      <w:proofErr w:type="spellStart"/>
      <w:r w:rsidRPr="00DC58C6">
        <w:rPr>
          <w:rFonts w:ascii="Arial" w:eastAsia="Calibri" w:hAnsi="Arial" w:cs="Arial"/>
        </w:rPr>
        <w:t>ili</w:t>
      </w:r>
      <w:proofErr w:type="spellEnd"/>
      <w:r w:rsidRPr="00DC58C6">
        <w:rPr>
          <w:rFonts w:ascii="Arial" w:eastAsia="Calibri" w:hAnsi="Arial" w:cs="Arial"/>
        </w:rPr>
        <w:t xml:space="preserve"> </w:t>
      </w:r>
      <w:proofErr w:type="spellStart"/>
      <w:r w:rsidRPr="00DC58C6">
        <w:rPr>
          <w:rFonts w:ascii="Arial" w:eastAsia="Calibri" w:hAnsi="Arial" w:cs="Arial"/>
        </w:rPr>
        <w:t>poništenju</w:t>
      </w:r>
      <w:proofErr w:type="spellEnd"/>
      <w:r w:rsidRPr="00DC58C6">
        <w:rPr>
          <w:rFonts w:ascii="Arial" w:eastAsia="Calibri" w:hAnsi="Arial" w:cs="Arial"/>
        </w:rPr>
        <w:t xml:space="preserve">, </w:t>
      </w:r>
      <w:proofErr w:type="spellStart"/>
      <w:r w:rsidRPr="00DC58C6">
        <w:rPr>
          <w:rFonts w:ascii="Arial" w:eastAsia="Calibri" w:hAnsi="Arial" w:cs="Arial"/>
        </w:rPr>
        <w:t>na</w:t>
      </w:r>
      <w:proofErr w:type="spellEnd"/>
      <w:r w:rsidRPr="00DC58C6">
        <w:rPr>
          <w:rFonts w:ascii="Arial" w:eastAsia="Calibri" w:hAnsi="Arial" w:cs="Arial"/>
        </w:rPr>
        <w:t xml:space="preserve"> </w:t>
      </w:r>
      <w:proofErr w:type="spellStart"/>
      <w:r w:rsidRPr="00DC58C6">
        <w:rPr>
          <w:rFonts w:ascii="Arial" w:eastAsia="Calibri" w:hAnsi="Arial" w:cs="Arial"/>
        </w:rPr>
        <w:t>zahtjev</w:t>
      </w:r>
      <w:proofErr w:type="spellEnd"/>
      <w:r w:rsidRPr="00DC58C6">
        <w:rPr>
          <w:rFonts w:ascii="Arial" w:eastAsia="Calibri" w:hAnsi="Arial" w:cs="Arial"/>
        </w:rPr>
        <w:t xml:space="preserve"> </w:t>
      </w:r>
      <w:proofErr w:type="spellStart"/>
      <w:r w:rsidRPr="00DC58C6">
        <w:rPr>
          <w:rFonts w:ascii="Arial" w:eastAsia="Calibri" w:hAnsi="Arial" w:cs="Arial"/>
        </w:rPr>
        <w:t>ponuditelja</w:t>
      </w:r>
      <w:proofErr w:type="spellEnd"/>
      <w:r w:rsidRPr="00DC58C6">
        <w:rPr>
          <w:rFonts w:ascii="Arial" w:eastAsia="Calibri" w:hAnsi="Arial" w:cs="Arial"/>
        </w:rPr>
        <w:t xml:space="preserve"> </w:t>
      </w:r>
      <w:proofErr w:type="spellStart"/>
      <w:r w:rsidRPr="00DC58C6">
        <w:rPr>
          <w:rFonts w:ascii="Arial" w:eastAsia="Calibri" w:hAnsi="Arial" w:cs="Arial"/>
        </w:rPr>
        <w:t>zaprimljen</w:t>
      </w:r>
      <w:proofErr w:type="spellEnd"/>
      <w:r w:rsidRPr="00DC58C6">
        <w:rPr>
          <w:rFonts w:ascii="Arial" w:eastAsia="Calibri" w:hAnsi="Arial" w:cs="Arial"/>
        </w:rPr>
        <w:t xml:space="preserve"> </w:t>
      </w:r>
      <w:proofErr w:type="spellStart"/>
      <w:r w:rsidRPr="00DC58C6">
        <w:rPr>
          <w:rFonts w:ascii="Arial" w:eastAsia="Calibri" w:hAnsi="Arial" w:cs="Arial"/>
        </w:rPr>
        <w:t>najkasnije</w:t>
      </w:r>
      <w:proofErr w:type="spellEnd"/>
      <w:r w:rsidRPr="00DC58C6">
        <w:rPr>
          <w:rFonts w:ascii="Arial" w:eastAsia="Calibri" w:hAnsi="Arial" w:cs="Arial"/>
        </w:rPr>
        <w:t xml:space="preserve"> dan </w:t>
      </w:r>
      <w:proofErr w:type="spellStart"/>
      <w:r w:rsidRPr="00DC58C6">
        <w:rPr>
          <w:rFonts w:ascii="Arial" w:eastAsia="Calibri" w:hAnsi="Arial" w:cs="Arial"/>
        </w:rPr>
        <w:t>prije</w:t>
      </w:r>
      <w:proofErr w:type="spellEnd"/>
      <w:r w:rsidRPr="00DC58C6">
        <w:rPr>
          <w:rFonts w:ascii="Arial" w:eastAsia="Calibri" w:hAnsi="Arial" w:cs="Arial"/>
        </w:rPr>
        <w:t xml:space="preserve"> </w:t>
      </w:r>
      <w:proofErr w:type="spellStart"/>
      <w:r w:rsidRPr="00DC58C6">
        <w:rPr>
          <w:rFonts w:ascii="Arial" w:eastAsia="Calibri" w:hAnsi="Arial" w:cs="Arial"/>
        </w:rPr>
        <w:t>isteka</w:t>
      </w:r>
      <w:proofErr w:type="spellEnd"/>
      <w:r w:rsidRPr="00DC58C6">
        <w:rPr>
          <w:rFonts w:ascii="Arial" w:eastAsia="Calibri" w:hAnsi="Arial" w:cs="Arial"/>
        </w:rPr>
        <w:t xml:space="preserve"> </w:t>
      </w:r>
      <w:proofErr w:type="spellStart"/>
      <w:r w:rsidRPr="00DC58C6">
        <w:rPr>
          <w:rFonts w:ascii="Arial" w:eastAsia="Calibri" w:hAnsi="Arial" w:cs="Arial"/>
        </w:rPr>
        <w:t>roka</w:t>
      </w:r>
      <w:proofErr w:type="spellEnd"/>
      <w:r w:rsidRPr="00DC58C6">
        <w:rPr>
          <w:rFonts w:ascii="Arial" w:eastAsia="Calibri" w:hAnsi="Arial" w:cs="Arial"/>
        </w:rPr>
        <w:t xml:space="preserve"> za </w:t>
      </w:r>
      <w:proofErr w:type="spellStart"/>
      <w:r w:rsidRPr="00DC58C6">
        <w:rPr>
          <w:rFonts w:ascii="Arial" w:eastAsia="Calibri" w:hAnsi="Arial" w:cs="Arial"/>
        </w:rPr>
        <w:t>prigovor</w:t>
      </w:r>
      <w:proofErr w:type="spellEnd"/>
      <w:r w:rsidRPr="00DC58C6">
        <w:rPr>
          <w:rFonts w:ascii="Arial" w:eastAsia="Calibri" w:hAnsi="Arial" w:cs="Arial"/>
        </w:rPr>
        <w:t xml:space="preserve">, </w:t>
      </w:r>
      <w:proofErr w:type="spellStart"/>
      <w:r w:rsidRPr="00DC58C6">
        <w:rPr>
          <w:rFonts w:ascii="Arial" w:eastAsia="Calibri" w:hAnsi="Arial" w:cs="Arial"/>
        </w:rPr>
        <w:t>Naručitelj</w:t>
      </w:r>
      <w:proofErr w:type="spellEnd"/>
      <w:r w:rsidRPr="00DC58C6">
        <w:rPr>
          <w:rFonts w:ascii="Arial" w:eastAsia="Calibri" w:hAnsi="Arial" w:cs="Arial"/>
        </w:rPr>
        <w:t xml:space="preserve"> je </w:t>
      </w:r>
      <w:proofErr w:type="spellStart"/>
      <w:r w:rsidRPr="00DC58C6">
        <w:rPr>
          <w:rFonts w:ascii="Arial" w:eastAsia="Calibri" w:hAnsi="Arial" w:cs="Arial"/>
        </w:rPr>
        <w:t>obvezan</w:t>
      </w:r>
      <w:proofErr w:type="spellEnd"/>
      <w:r w:rsidRPr="00DC58C6">
        <w:rPr>
          <w:rFonts w:ascii="Arial" w:eastAsia="Calibri" w:hAnsi="Arial" w:cs="Arial"/>
        </w:rPr>
        <w:t xml:space="preserve"> </w:t>
      </w:r>
      <w:proofErr w:type="spellStart"/>
      <w:r w:rsidRPr="00DC58C6">
        <w:rPr>
          <w:rFonts w:ascii="Arial" w:eastAsia="Calibri" w:hAnsi="Arial" w:cs="Arial"/>
        </w:rPr>
        <w:t>najkasnije</w:t>
      </w:r>
      <w:proofErr w:type="spellEnd"/>
      <w:r w:rsidRPr="00DC58C6">
        <w:rPr>
          <w:rFonts w:ascii="Arial" w:eastAsia="Calibri" w:hAnsi="Arial" w:cs="Arial"/>
        </w:rPr>
        <w:t xml:space="preserve"> </w:t>
      </w:r>
      <w:proofErr w:type="spellStart"/>
      <w:r w:rsidRPr="00DC58C6">
        <w:rPr>
          <w:rFonts w:ascii="Arial" w:eastAsia="Calibri" w:hAnsi="Arial" w:cs="Arial"/>
        </w:rPr>
        <w:t>idući</w:t>
      </w:r>
      <w:proofErr w:type="spellEnd"/>
      <w:r w:rsidRPr="00DC58C6">
        <w:rPr>
          <w:rFonts w:ascii="Arial" w:eastAsia="Calibri" w:hAnsi="Arial" w:cs="Arial"/>
        </w:rPr>
        <w:t xml:space="preserve"> </w:t>
      </w:r>
      <w:proofErr w:type="spellStart"/>
      <w:r w:rsidRPr="00DC58C6">
        <w:rPr>
          <w:rFonts w:ascii="Arial" w:eastAsia="Calibri" w:hAnsi="Arial" w:cs="Arial"/>
        </w:rPr>
        <w:t>radni</w:t>
      </w:r>
      <w:proofErr w:type="spellEnd"/>
      <w:r w:rsidRPr="00DC58C6">
        <w:rPr>
          <w:rFonts w:ascii="Arial" w:eastAsia="Calibri" w:hAnsi="Arial" w:cs="Arial"/>
        </w:rPr>
        <w:t xml:space="preserve"> dan do 16:00 sati </w:t>
      </w:r>
      <w:proofErr w:type="spellStart"/>
      <w:r w:rsidRPr="00DC58C6">
        <w:rPr>
          <w:rFonts w:ascii="Arial" w:eastAsia="Calibri" w:hAnsi="Arial" w:cs="Arial"/>
        </w:rPr>
        <w:t>omogućiti</w:t>
      </w:r>
      <w:proofErr w:type="spellEnd"/>
      <w:r w:rsidRPr="00DC58C6">
        <w:rPr>
          <w:rFonts w:ascii="Arial" w:eastAsia="Calibri" w:hAnsi="Arial" w:cs="Arial"/>
        </w:rPr>
        <w:t xml:space="preserve"> </w:t>
      </w:r>
      <w:proofErr w:type="spellStart"/>
      <w:r w:rsidRPr="00DC58C6">
        <w:rPr>
          <w:rFonts w:ascii="Arial" w:eastAsia="Calibri" w:hAnsi="Arial" w:cs="Arial"/>
        </w:rPr>
        <w:t>uvid</w:t>
      </w:r>
      <w:proofErr w:type="spellEnd"/>
      <w:r w:rsidRPr="00DC58C6">
        <w:rPr>
          <w:rFonts w:ascii="Arial" w:eastAsia="Calibri" w:hAnsi="Arial" w:cs="Arial"/>
        </w:rPr>
        <w:t xml:space="preserve"> u </w:t>
      </w:r>
      <w:proofErr w:type="spellStart"/>
      <w:r w:rsidRPr="00DC58C6">
        <w:rPr>
          <w:rFonts w:ascii="Arial" w:eastAsia="Calibri" w:hAnsi="Arial" w:cs="Arial"/>
        </w:rPr>
        <w:t>cjelokupnu</w:t>
      </w:r>
      <w:proofErr w:type="spellEnd"/>
      <w:r w:rsidRPr="00DC58C6">
        <w:rPr>
          <w:rFonts w:ascii="Arial" w:eastAsia="Calibri" w:hAnsi="Arial" w:cs="Arial"/>
        </w:rPr>
        <w:t xml:space="preserve"> </w:t>
      </w:r>
      <w:proofErr w:type="spellStart"/>
      <w:r w:rsidRPr="00DC58C6">
        <w:rPr>
          <w:rFonts w:ascii="Arial" w:eastAsia="Calibri" w:hAnsi="Arial" w:cs="Arial"/>
        </w:rPr>
        <w:t>dokumentaciju</w:t>
      </w:r>
      <w:proofErr w:type="spellEnd"/>
      <w:r w:rsidRPr="00DC58C6">
        <w:rPr>
          <w:rFonts w:ascii="Arial" w:eastAsia="Calibri" w:hAnsi="Arial" w:cs="Arial"/>
        </w:rPr>
        <w:t xml:space="preserve"> </w:t>
      </w:r>
      <w:proofErr w:type="spellStart"/>
      <w:r w:rsidR="0009171F">
        <w:rPr>
          <w:rFonts w:ascii="Arial" w:eastAsia="Calibri" w:hAnsi="Arial" w:cs="Arial"/>
        </w:rPr>
        <w:t>predmetnog</w:t>
      </w:r>
      <w:proofErr w:type="spellEnd"/>
      <w:r w:rsidRPr="00DC58C6">
        <w:rPr>
          <w:rFonts w:ascii="Arial" w:eastAsia="Calibri" w:hAnsi="Arial" w:cs="Arial"/>
        </w:rPr>
        <w:t xml:space="preserve"> </w:t>
      </w:r>
      <w:proofErr w:type="spellStart"/>
      <w:r w:rsidRPr="00DC58C6">
        <w:rPr>
          <w:rFonts w:ascii="Arial" w:eastAsia="Calibri" w:hAnsi="Arial" w:cs="Arial"/>
        </w:rPr>
        <w:t>postupka</w:t>
      </w:r>
      <w:proofErr w:type="spellEnd"/>
      <w:r w:rsidRPr="00DC58C6">
        <w:rPr>
          <w:rFonts w:ascii="Arial" w:eastAsia="Calibri" w:hAnsi="Arial" w:cs="Arial"/>
        </w:rPr>
        <w:t xml:space="preserve"> </w:t>
      </w:r>
      <w:proofErr w:type="spellStart"/>
      <w:r w:rsidRPr="00DC58C6">
        <w:rPr>
          <w:rFonts w:ascii="Arial" w:eastAsia="Calibri" w:hAnsi="Arial" w:cs="Arial"/>
        </w:rPr>
        <w:t>putem</w:t>
      </w:r>
      <w:proofErr w:type="spellEnd"/>
      <w:r w:rsidRPr="00DC58C6">
        <w:rPr>
          <w:rFonts w:ascii="Arial" w:eastAsia="Calibri" w:hAnsi="Arial" w:cs="Arial"/>
        </w:rPr>
        <w:t xml:space="preserve"> EOJN</w:t>
      </w:r>
      <w:r w:rsidR="0009171F">
        <w:rPr>
          <w:rFonts w:ascii="Arial" w:eastAsia="Calibri" w:hAnsi="Arial" w:cs="Arial"/>
        </w:rPr>
        <w:t xml:space="preserve"> RH</w:t>
      </w:r>
      <w:r w:rsidRPr="00DC58C6">
        <w:rPr>
          <w:rFonts w:ascii="Arial" w:eastAsia="Calibri" w:hAnsi="Arial" w:cs="Arial"/>
        </w:rPr>
        <w:t xml:space="preserve">, </w:t>
      </w:r>
      <w:proofErr w:type="spellStart"/>
      <w:r w:rsidRPr="00DC58C6">
        <w:rPr>
          <w:rFonts w:ascii="Arial" w:eastAsia="Calibri" w:hAnsi="Arial" w:cs="Arial"/>
        </w:rPr>
        <w:t>uključujući</w:t>
      </w:r>
      <w:proofErr w:type="spellEnd"/>
      <w:r w:rsidRPr="00DC58C6">
        <w:rPr>
          <w:rFonts w:ascii="Arial" w:eastAsia="Calibri" w:hAnsi="Arial" w:cs="Arial"/>
        </w:rPr>
        <w:t xml:space="preserve"> </w:t>
      </w:r>
      <w:proofErr w:type="spellStart"/>
      <w:r w:rsidRPr="00DC58C6">
        <w:rPr>
          <w:rFonts w:ascii="Arial" w:eastAsia="Calibri" w:hAnsi="Arial" w:cs="Arial"/>
        </w:rPr>
        <w:t>zapisnike</w:t>
      </w:r>
      <w:proofErr w:type="spellEnd"/>
      <w:r w:rsidRPr="00DC58C6">
        <w:rPr>
          <w:rFonts w:ascii="Arial" w:eastAsia="Calibri" w:hAnsi="Arial" w:cs="Arial"/>
        </w:rPr>
        <w:t xml:space="preserve">, </w:t>
      </w:r>
      <w:proofErr w:type="spellStart"/>
      <w:r w:rsidRPr="00DC58C6">
        <w:rPr>
          <w:rFonts w:ascii="Arial" w:eastAsia="Calibri" w:hAnsi="Arial" w:cs="Arial"/>
        </w:rPr>
        <w:t>dostavljene</w:t>
      </w:r>
      <w:proofErr w:type="spellEnd"/>
      <w:r w:rsidRPr="00DC58C6">
        <w:rPr>
          <w:rFonts w:ascii="Arial" w:eastAsia="Calibri" w:hAnsi="Arial" w:cs="Arial"/>
        </w:rPr>
        <w:t xml:space="preserve"> </w:t>
      </w:r>
      <w:proofErr w:type="spellStart"/>
      <w:r w:rsidRPr="00DC58C6">
        <w:rPr>
          <w:rFonts w:ascii="Arial" w:eastAsia="Calibri" w:hAnsi="Arial" w:cs="Arial"/>
        </w:rPr>
        <w:t>ponude</w:t>
      </w:r>
      <w:proofErr w:type="spellEnd"/>
      <w:r w:rsidRPr="00DC58C6">
        <w:rPr>
          <w:rFonts w:ascii="Arial" w:eastAsia="Calibri" w:hAnsi="Arial" w:cs="Arial"/>
        </w:rPr>
        <w:t xml:space="preserve">, </w:t>
      </w:r>
      <w:proofErr w:type="spellStart"/>
      <w:r w:rsidRPr="00DC58C6">
        <w:rPr>
          <w:rFonts w:ascii="Arial" w:eastAsia="Calibri" w:hAnsi="Arial" w:cs="Arial"/>
        </w:rPr>
        <w:t>osim</w:t>
      </w:r>
      <w:proofErr w:type="spellEnd"/>
      <w:r w:rsidRPr="00DC58C6">
        <w:rPr>
          <w:rFonts w:ascii="Arial" w:eastAsia="Calibri" w:hAnsi="Arial" w:cs="Arial"/>
        </w:rPr>
        <w:t xml:space="preserve"> u one </w:t>
      </w:r>
      <w:proofErr w:type="spellStart"/>
      <w:r w:rsidRPr="00DC58C6">
        <w:rPr>
          <w:rFonts w:ascii="Arial" w:eastAsia="Calibri" w:hAnsi="Arial" w:cs="Arial"/>
        </w:rPr>
        <w:t>dokumente</w:t>
      </w:r>
      <w:proofErr w:type="spellEnd"/>
      <w:r w:rsidRPr="00DC58C6">
        <w:rPr>
          <w:rFonts w:ascii="Arial" w:eastAsia="Calibri" w:hAnsi="Arial" w:cs="Arial"/>
        </w:rPr>
        <w:t xml:space="preserve"> koji </w:t>
      </w:r>
      <w:proofErr w:type="spellStart"/>
      <w:r w:rsidRPr="00DC58C6">
        <w:rPr>
          <w:rFonts w:ascii="Arial" w:eastAsia="Calibri" w:hAnsi="Arial" w:cs="Arial"/>
        </w:rPr>
        <w:t>su</w:t>
      </w:r>
      <w:proofErr w:type="spellEnd"/>
      <w:r w:rsidRPr="00DC58C6">
        <w:rPr>
          <w:rFonts w:ascii="Arial" w:eastAsia="Calibri" w:hAnsi="Arial" w:cs="Arial"/>
        </w:rPr>
        <w:t xml:space="preserve"> </w:t>
      </w:r>
      <w:proofErr w:type="spellStart"/>
      <w:r w:rsidRPr="00DC58C6">
        <w:rPr>
          <w:rFonts w:ascii="Arial" w:eastAsia="Calibri" w:hAnsi="Arial" w:cs="Arial"/>
        </w:rPr>
        <w:t>označeni</w:t>
      </w:r>
      <w:proofErr w:type="spellEnd"/>
      <w:r w:rsidRPr="00DC58C6">
        <w:rPr>
          <w:rFonts w:ascii="Arial" w:eastAsia="Calibri" w:hAnsi="Arial" w:cs="Arial"/>
        </w:rPr>
        <w:t xml:space="preserve"> </w:t>
      </w:r>
      <w:proofErr w:type="spellStart"/>
      <w:r w:rsidRPr="00DC58C6">
        <w:rPr>
          <w:rFonts w:ascii="Arial" w:eastAsia="Calibri" w:hAnsi="Arial" w:cs="Arial"/>
        </w:rPr>
        <w:t>tajnima</w:t>
      </w:r>
      <w:proofErr w:type="spellEnd"/>
      <w:r w:rsidRPr="00DC58C6">
        <w:rPr>
          <w:rFonts w:ascii="Arial" w:eastAsia="Calibri" w:hAnsi="Arial" w:cs="Arial"/>
        </w:rPr>
        <w:t xml:space="preserve"> </w:t>
      </w:r>
      <w:proofErr w:type="spellStart"/>
      <w:r w:rsidRPr="00DC58C6">
        <w:rPr>
          <w:rFonts w:ascii="Arial" w:eastAsia="Calibri" w:hAnsi="Arial" w:cs="Arial"/>
        </w:rPr>
        <w:t>te</w:t>
      </w:r>
      <w:proofErr w:type="spellEnd"/>
      <w:r w:rsidRPr="00DC58C6">
        <w:rPr>
          <w:rFonts w:ascii="Arial" w:eastAsia="Calibri" w:hAnsi="Arial" w:cs="Arial"/>
        </w:rPr>
        <w:t xml:space="preserve"> one </w:t>
      </w:r>
      <w:proofErr w:type="spellStart"/>
      <w:r w:rsidRPr="00DC58C6">
        <w:rPr>
          <w:rFonts w:ascii="Arial" w:eastAsia="Calibri" w:hAnsi="Arial" w:cs="Arial"/>
        </w:rPr>
        <w:t>dokumente</w:t>
      </w:r>
      <w:proofErr w:type="spellEnd"/>
      <w:r w:rsidRPr="00DC58C6">
        <w:rPr>
          <w:rFonts w:ascii="Arial" w:eastAsia="Calibri" w:hAnsi="Arial" w:cs="Arial"/>
        </w:rPr>
        <w:t xml:space="preserve"> koji </w:t>
      </w:r>
      <w:proofErr w:type="spellStart"/>
      <w:r w:rsidRPr="00DC58C6">
        <w:rPr>
          <w:rFonts w:ascii="Arial" w:eastAsia="Calibri" w:hAnsi="Arial" w:cs="Arial"/>
        </w:rPr>
        <w:t>sadrže</w:t>
      </w:r>
      <w:proofErr w:type="spellEnd"/>
      <w:r w:rsidRPr="00DC58C6">
        <w:rPr>
          <w:rFonts w:ascii="Arial" w:eastAsia="Calibri" w:hAnsi="Arial" w:cs="Arial"/>
        </w:rPr>
        <w:t xml:space="preserve"> </w:t>
      </w:r>
      <w:proofErr w:type="spellStart"/>
      <w:r w:rsidRPr="00DC58C6">
        <w:rPr>
          <w:rFonts w:ascii="Arial" w:eastAsia="Calibri" w:hAnsi="Arial" w:cs="Arial"/>
        </w:rPr>
        <w:t>podatke</w:t>
      </w:r>
      <w:proofErr w:type="spellEnd"/>
      <w:r w:rsidRPr="00DC58C6">
        <w:rPr>
          <w:rFonts w:ascii="Arial" w:eastAsia="Calibri" w:hAnsi="Arial" w:cs="Arial"/>
        </w:rPr>
        <w:t xml:space="preserve"> o </w:t>
      </w:r>
      <w:proofErr w:type="spellStart"/>
      <w:r w:rsidRPr="00DC58C6">
        <w:rPr>
          <w:rFonts w:ascii="Arial" w:eastAsia="Calibri" w:hAnsi="Arial" w:cs="Arial"/>
        </w:rPr>
        <w:t>mrežnim</w:t>
      </w:r>
      <w:proofErr w:type="spellEnd"/>
      <w:r w:rsidRPr="00DC58C6">
        <w:rPr>
          <w:rFonts w:ascii="Arial" w:eastAsia="Calibri" w:hAnsi="Arial" w:cs="Arial"/>
        </w:rPr>
        <w:t xml:space="preserve"> i </w:t>
      </w:r>
      <w:proofErr w:type="spellStart"/>
      <w:r w:rsidRPr="00DC58C6">
        <w:rPr>
          <w:rFonts w:ascii="Arial" w:eastAsia="Calibri" w:hAnsi="Arial" w:cs="Arial"/>
        </w:rPr>
        <w:t>informacijskim</w:t>
      </w:r>
      <w:proofErr w:type="spellEnd"/>
      <w:r w:rsidRPr="00DC58C6">
        <w:rPr>
          <w:rFonts w:ascii="Arial" w:eastAsia="Calibri" w:hAnsi="Arial" w:cs="Arial"/>
        </w:rPr>
        <w:t xml:space="preserve"> </w:t>
      </w:r>
      <w:proofErr w:type="spellStart"/>
      <w:r w:rsidRPr="00DC58C6">
        <w:rPr>
          <w:rFonts w:ascii="Arial" w:eastAsia="Calibri" w:hAnsi="Arial" w:cs="Arial"/>
        </w:rPr>
        <w:t>sustavima</w:t>
      </w:r>
      <w:proofErr w:type="spellEnd"/>
      <w:r w:rsidRPr="00DC58C6">
        <w:rPr>
          <w:rFonts w:ascii="Arial" w:eastAsia="Calibri" w:hAnsi="Arial" w:cs="Arial"/>
        </w:rPr>
        <w:t xml:space="preserve"> </w:t>
      </w:r>
      <w:proofErr w:type="spellStart"/>
      <w:r w:rsidRPr="00DC58C6">
        <w:rPr>
          <w:rFonts w:ascii="Arial" w:eastAsia="Calibri" w:hAnsi="Arial" w:cs="Arial"/>
        </w:rPr>
        <w:t>kojima</w:t>
      </w:r>
      <w:proofErr w:type="spellEnd"/>
      <w:r w:rsidRPr="00DC58C6">
        <w:rPr>
          <w:rFonts w:ascii="Arial" w:eastAsia="Calibri" w:hAnsi="Arial" w:cs="Arial"/>
        </w:rPr>
        <w:t xml:space="preserve"> se </w:t>
      </w:r>
      <w:proofErr w:type="spellStart"/>
      <w:r w:rsidRPr="00DC58C6">
        <w:rPr>
          <w:rFonts w:ascii="Arial" w:eastAsia="Calibri" w:hAnsi="Arial" w:cs="Arial"/>
        </w:rPr>
        <w:t>Naručitelj</w:t>
      </w:r>
      <w:proofErr w:type="spellEnd"/>
      <w:r w:rsidRPr="00DC58C6">
        <w:rPr>
          <w:rFonts w:ascii="Arial" w:eastAsia="Calibri" w:hAnsi="Arial" w:cs="Arial"/>
        </w:rPr>
        <w:t xml:space="preserve"> </w:t>
      </w:r>
      <w:proofErr w:type="spellStart"/>
      <w:r w:rsidRPr="00DC58C6">
        <w:rPr>
          <w:rFonts w:ascii="Arial" w:eastAsia="Calibri" w:hAnsi="Arial" w:cs="Arial"/>
        </w:rPr>
        <w:t>služi</w:t>
      </w:r>
      <w:proofErr w:type="spellEnd"/>
      <w:r w:rsidRPr="00DC58C6">
        <w:rPr>
          <w:rFonts w:ascii="Arial" w:eastAsia="Calibri" w:hAnsi="Arial" w:cs="Arial"/>
        </w:rPr>
        <w:t xml:space="preserve"> u </w:t>
      </w:r>
      <w:proofErr w:type="spellStart"/>
      <w:r w:rsidRPr="00DC58C6">
        <w:rPr>
          <w:rFonts w:ascii="Arial" w:eastAsia="Calibri" w:hAnsi="Arial" w:cs="Arial"/>
        </w:rPr>
        <w:t>svom</w:t>
      </w:r>
      <w:proofErr w:type="spellEnd"/>
      <w:r w:rsidRPr="00DC58C6">
        <w:rPr>
          <w:rFonts w:ascii="Arial" w:eastAsia="Calibri" w:hAnsi="Arial" w:cs="Arial"/>
        </w:rPr>
        <w:t xml:space="preserve"> </w:t>
      </w:r>
      <w:proofErr w:type="spellStart"/>
      <w:r w:rsidRPr="00DC58C6">
        <w:rPr>
          <w:rFonts w:ascii="Arial" w:eastAsia="Calibri" w:hAnsi="Arial" w:cs="Arial"/>
        </w:rPr>
        <w:t>poslovanju</w:t>
      </w:r>
      <w:proofErr w:type="spellEnd"/>
      <w:r w:rsidRPr="00DC58C6">
        <w:rPr>
          <w:rFonts w:ascii="Arial" w:eastAsia="Calibri" w:hAnsi="Arial" w:cs="Arial"/>
        </w:rPr>
        <w:t xml:space="preserve"> </w:t>
      </w:r>
      <w:proofErr w:type="spellStart"/>
      <w:r w:rsidRPr="00DC58C6">
        <w:rPr>
          <w:rFonts w:ascii="Arial" w:eastAsia="Calibri" w:hAnsi="Arial" w:cs="Arial"/>
        </w:rPr>
        <w:t>ili</w:t>
      </w:r>
      <w:proofErr w:type="spellEnd"/>
      <w:r w:rsidRPr="00DC58C6">
        <w:rPr>
          <w:rFonts w:ascii="Arial" w:eastAsia="Calibri" w:hAnsi="Arial" w:cs="Arial"/>
        </w:rPr>
        <w:t xml:space="preserve"> u </w:t>
      </w:r>
      <w:proofErr w:type="spellStart"/>
      <w:r w:rsidRPr="00DC58C6">
        <w:rPr>
          <w:rFonts w:ascii="Arial" w:eastAsia="Calibri" w:hAnsi="Arial" w:cs="Arial"/>
        </w:rPr>
        <w:t>pružanju</w:t>
      </w:r>
      <w:proofErr w:type="spellEnd"/>
      <w:r w:rsidRPr="00DC58C6">
        <w:rPr>
          <w:rFonts w:ascii="Arial" w:eastAsia="Calibri" w:hAnsi="Arial" w:cs="Arial"/>
        </w:rPr>
        <w:t xml:space="preserve"> </w:t>
      </w:r>
      <w:proofErr w:type="spellStart"/>
      <w:r w:rsidRPr="00DC58C6">
        <w:rPr>
          <w:rFonts w:ascii="Arial" w:eastAsia="Calibri" w:hAnsi="Arial" w:cs="Arial"/>
        </w:rPr>
        <w:t>svojih</w:t>
      </w:r>
      <w:proofErr w:type="spellEnd"/>
      <w:r w:rsidRPr="00DC58C6">
        <w:rPr>
          <w:rFonts w:ascii="Arial" w:eastAsia="Calibri" w:hAnsi="Arial" w:cs="Arial"/>
        </w:rPr>
        <w:t xml:space="preserve"> </w:t>
      </w:r>
      <w:proofErr w:type="spellStart"/>
      <w:r w:rsidRPr="00DC58C6">
        <w:rPr>
          <w:rFonts w:ascii="Arial" w:eastAsia="Calibri" w:hAnsi="Arial" w:cs="Arial"/>
        </w:rPr>
        <w:t>usluga</w:t>
      </w:r>
      <w:proofErr w:type="spellEnd"/>
      <w:r w:rsidRPr="00DC58C6">
        <w:rPr>
          <w:rFonts w:ascii="Arial" w:eastAsia="Calibri" w:hAnsi="Arial" w:cs="Arial"/>
        </w:rPr>
        <w:t xml:space="preserve">, </w:t>
      </w:r>
      <w:proofErr w:type="spellStart"/>
      <w:r w:rsidRPr="00DC58C6">
        <w:rPr>
          <w:rFonts w:ascii="Arial" w:eastAsia="Calibri" w:hAnsi="Arial" w:cs="Arial"/>
        </w:rPr>
        <w:t>informacije</w:t>
      </w:r>
      <w:proofErr w:type="spellEnd"/>
      <w:r w:rsidRPr="00DC58C6">
        <w:rPr>
          <w:rFonts w:ascii="Arial" w:eastAsia="Calibri" w:hAnsi="Arial" w:cs="Arial"/>
        </w:rPr>
        <w:t xml:space="preserve"> o </w:t>
      </w:r>
      <w:proofErr w:type="spellStart"/>
      <w:r w:rsidRPr="00DC58C6">
        <w:rPr>
          <w:rFonts w:ascii="Arial" w:eastAsia="Calibri" w:hAnsi="Arial" w:cs="Arial"/>
        </w:rPr>
        <w:t>mjerama</w:t>
      </w:r>
      <w:proofErr w:type="spellEnd"/>
      <w:r w:rsidRPr="00DC58C6">
        <w:rPr>
          <w:rFonts w:ascii="Arial" w:eastAsia="Calibri" w:hAnsi="Arial" w:cs="Arial"/>
        </w:rPr>
        <w:t xml:space="preserve"> za zaštitu i </w:t>
      </w:r>
      <w:proofErr w:type="spellStart"/>
      <w:r w:rsidRPr="00DC58C6">
        <w:rPr>
          <w:rFonts w:ascii="Arial" w:eastAsia="Calibri" w:hAnsi="Arial" w:cs="Arial"/>
        </w:rPr>
        <w:t>sprječavanje</w:t>
      </w:r>
      <w:proofErr w:type="spellEnd"/>
      <w:r w:rsidRPr="00DC58C6">
        <w:rPr>
          <w:rFonts w:ascii="Arial" w:eastAsia="Calibri" w:hAnsi="Arial" w:cs="Arial"/>
        </w:rPr>
        <w:t xml:space="preserve"> </w:t>
      </w:r>
      <w:proofErr w:type="spellStart"/>
      <w:r w:rsidRPr="00DC58C6">
        <w:rPr>
          <w:rFonts w:ascii="Arial" w:eastAsia="Calibri" w:hAnsi="Arial" w:cs="Arial"/>
        </w:rPr>
        <w:t>incidenata</w:t>
      </w:r>
      <w:proofErr w:type="spellEnd"/>
      <w:r w:rsidRPr="00DC58C6">
        <w:rPr>
          <w:rFonts w:ascii="Arial" w:eastAsia="Calibri" w:hAnsi="Arial" w:cs="Arial"/>
        </w:rPr>
        <w:t xml:space="preserve">, a </w:t>
      </w:r>
      <w:proofErr w:type="spellStart"/>
      <w:r w:rsidRPr="00DC58C6">
        <w:rPr>
          <w:rFonts w:ascii="Arial" w:eastAsia="Calibri" w:hAnsi="Arial" w:cs="Arial"/>
        </w:rPr>
        <w:t>sve</w:t>
      </w:r>
      <w:proofErr w:type="spellEnd"/>
      <w:r w:rsidRPr="00DC58C6">
        <w:rPr>
          <w:rFonts w:ascii="Arial" w:eastAsia="Calibri" w:hAnsi="Arial" w:cs="Arial"/>
        </w:rPr>
        <w:t xml:space="preserve"> </w:t>
      </w:r>
      <w:proofErr w:type="spellStart"/>
      <w:r w:rsidRPr="00DC58C6">
        <w:rPr>
          <w:rFonts w:ascii="Arial" w:eastAsia="Calibri" w:hAnsi="Arial" w:cs="Arial"/>
        </w:rPr>
        <w:t>sukladno</w:t>
      </w:r>
      <w:proofErr w:type="spellEnd"/>
      <w:r w:rsidRPr="00DC58C6">
        <w:rPr>
          <w:rFonts w:ascii="Arial" w:eastAsia="Calibri" w:hAnsi="Arial" w:cs="Arial"/>
        </w:rPr>
        <w:t xml:space="preserve"> </w:t>
      </w:r>
      <w:proofErr w:type="spellStart"/>
      <w:r w:rsidRPr="00DC58C6">
        <w:rPr>
          <w:rFonts w:ascii="Arial" w:eastAsia="Calibri" w:hAnsi="Arial" w:cs="Arial"/>
        </w:rPr>
        <w:t>propisima</w:t>
      </w:r>
      <w:proofErr w:type="spellEnd"/>
      <w:r w:rsidRPr="00DC58C6">
        <w:rPr>
          <w:rFonts w:ascii="Arial" w:eastAsia="Calibri" w:hAnsi="Arial" w:cs="Arial"/>
        </w:rPr>
        <w:t xml:space="preserve"> o </w:t>
      </w:r>
      <w:proofErr w:type="spellStart"/>
      <w:r w:rsidRPr="00DC58C6">
        <w:rPr>
          <w:rFonts w:ascii="Arial" w:eastAsia="Calibri" w:hAnsi="Arial" w:cs="Arial"/>
        </w:rPr>
        <w:t>kibernetičkoj</w:t>
      </w:r>
      <w:proofErr w:type="spellEnd"/>
      <w:r w:rsidRPr="00DC58C6">
        <w:rPr>
          <w:rFonts w:ascii="Arial" w:eastAsia="Calibri" w:hAnsi="Arial" w:cs="Arial"/>
        </w:rPr>
        <w:t xml:space="preserve"> </w:t>
      </w:r>
      <w:proofErr w:type="spellStart"/>
      <w:r w:rsidRPr="00DC58C6">
        <w:rPr>
          <w:rFonts w:ascii="Arial" w:eastAsia="Calibri" w:hAnsi="Arial" w:cs="Arial"/>
        </w:rPr>
        <w:t>sigurnosti</w:t>
      </w:r>
      <w:proofErr w:type="spellEnd"/>
      <w:r w:rsidRPr="00DC58C6">
        <w:rPr>
          <w:rFonts w:ascii="Arial" w:eastAsia="Calibri" w:hAnsi="Arial" w:cs="Arial"/>
        </w:rPr>
        <w:t xml:space="preserve">, </w:t>
      </w:r>
      <w:proofErr w:type="spellStart"/>
      <w:r w:rsidRPr="00DC58C6">
        <w:rPr>
          <w:rFonts w:ascii="Arial" w:eastAsia="Calibri" w:hAnsi="Arial" w:cs="Arial"/>
        </w:rPr>
        <w:t>kao</w:t>
      </w:r>
      <w:proofErr w:type="spellEnd"/>
      <w:r w:rsidRPr="00DC58C6">
        <w:rPr>
          <w:rFonts w:ascii="Arial" w:eastAsia="Calibri" w:hAnsi="Arial" w:cs="Arial"/>
        </w:rPr>
        <w:t xml:space="preserve"> </w:t>
      </w:r>
      <w:proofErr w:type="spellStart"/>
      <w:r w:rsidRPr="00DC58C6">
        <w:rPr>
          <w:rFonts w:ascii="Arial" w:eastAsia="Calibri" w:hAnsi="Arial" w:cs="Arial"/>
        </w:rPr>
        <w:t>ni</w:t>
      </w:r>
      <w:proofErr w:type="spellEnd"/>
      <w:r w:rsidRPr="00DC58C6">
        <w:rPr>
          <w:rFonts w:ascii="Arial" w:eastAsia="Calibri" w:hAnsi="Arial" w:cs="Arial"/>
        </w:rPr>
        <w:t xml:space="preserve"> u one </w:t>
      </w:r>
      <w:proofErr w:type="spellStart"/>
      <w:r w:rsidRPr="00DC58C6">
        <w:rPr>
          <w:rFonts w:ascii="Arial" w:eastAsia="Calibri" w:hAnsi="Arial" w:cs="Arial"/>
        </w:rPr>
        <w:t>dijelove</w:t>
      </w:r>
      <w:proofErr w:type="spellEnd"/>
      <w:r w:rsidRPr="00DC58C6">
        <w:rPr>
          <w:rFonts w:ascii="Arial" w:eastAsia="Calibri" w:hAnsi="Arial" w:cs="Arial"/>
        </w:rPr>
        <w:t xml:space="preserve"> </w:t>
      </w:r>
      <w:proofErr w:type="spellStart"/>
      <w:r w:rsidRPr="00DC58C6">
        <w:rPr>
          <w:rFonts w:ascii="Arial" w:eastAsia="Calibri" w:hAnsi="Arial" w:cs="Arial"/>
        </w:rPr>
        <w:t>ponuda</w:t>
      </w:r>
      <w:proofErr w:type="spellEnd"/>
      <w:r w:rsidRPr="00DC58C6">
        <w:rPr>
          <w:rFonts w:ascii="Arial" w:eastAsia="Calibri" w:hAnsi="Arial" w:cs="Arial"/>
        </w:rPr>
        <w:t xml:space="preserve"> koji </w:t>
      </w:r>
      <w:proofErr w:type="spellStart"/>
      <w:r w:rsidRPr="00DC58C6">
        <w:rPr>
          <w:rFonts w:ascii="Arial" w:eastAsia="Calibri" w:hAnsi="Arial" w:cs="Arial"/>
        </w:rPr>
        <w:t>sadrže</w:t>
      </w:r>
      <w:proofErr w:type="spellEnd"/>
      <w:r w:rsidRPr="00DC58C6">
        <w:rPr>
          <w:rFonts w:ascii="Arial" w:eastAsia="Calibri" w:hAnsi="Arial" w:cs="Arial"/>
        </w:rPr>
        <w:t xml:space="preserve"> </w:t>
      </w:r>
      <w:proofErr w:type="spellStart"/>
      <w:r w:rsidRPr="00DC58C6">
        <w:rPr>
          <w:rFonts w:ascii="Arial" w:eastAsia="Calibri" w:hAnsi="Arial" w:cs="Arial"/>
        </w:rPr>
        <w:t>podatke</w:t>
      </w:r>
      <w:proofErr w:type="spellEnd"/>
      <w:r w:rsidRPr="00DC58C6">
        <w:rPr>
          <w:rFonts w:ascii="Arial" w:eastAsia="Calibri" w:hAnsi="Arial" w:cs="Arial"/>
        </w:rPr>
        <w:t xml:space="preserve"> </w:t>
      </w:r>
      <w:proofErr w:type="spellStart"/>
      <w:r w:rsidRPr="00DC58C6">
        <w:rPr>
          <w:rFonts w:ascii="Arial" w:eastAsia="Calibri" w:hAnsi="Arial" w:cs="Arial"/>
        </w:rPr>
        <w:t>čije</w:t>
      </w:r>
      <w:proofErr w:type="spellEnd"/>
      <w:r w:rsidRPr="00DC58C6">
        <w:rPr>
          <w:rFonts w:ascii="Arial" w:eastAsia="Calibri" w:hAnsi="Arial" w:cs="Arial"/>
        </w:rPr>
        <w:t xml:space="preserve"> bi </w:t>
      </w:r>
      <w:proofErr w:type="spellStart"/>
      <w:r w:rsidRPr="00DC58C6">
        <w:rPr>
          <w:rFonts w:ascii="Arial" w:eastAsia="Calibri" w:hAnsi="Arial" w:cs="Arial"/>
        </w:rPr>
        <w:t>otkrivanje</w:t>
      </w:r>
      <w:proofErr w:type="spellEnd"/>
      <w:r w:rsidRPr="00DC58C6">
        <w:rPr>
          <w:rFonts w:ascii="Arial" w:eastAsia="Calibri" w:hAnsi="Arial" w:cs="Arial"/>
        </w:rPr>
        <w:t xml:space="preserve"> </w:t>
      </w:r>
      <w:proofErr w:type="spellStart"/>
      <w:r w:rsidRPr="00DC58C6">
        <w:rPr>
          <w:rFonts w:ascii="Arial" w:eastAsia="Calibri" w:hAnsi="Arial" w:cs="Arial"/>
        </w:rPr>
        <w:t>moglo</w:t>
      </w:r>
      <w:proofErr w:type="spellEnd"/>
      <w:r w:rsidRPr="00DC58C6">
        <w:rPr>
          <w:rFonts w:ascii="Arial" w:eastAsia="Calibri" w:hAnsi="Arial" w:cs="Arial"/>
        </w:rPr>
        <w:t xml:space="preserve"> </w:t>
      </w:r>
      <w:proofErr w:type="spellStart"/>
      <w:r w:rsidRPr="00DC58C6">
        <w:rPr>
          <w:rFonts w:ascii="Arial" w:eastAsia="Calibri" w:hAnsi="Arial" w:cs="Arial"/>
        </w:rPr>
        <w:t>predstavljati</w:t>
      </w:r>
      <w:proofErr w:type="spellEnd"/>
      <w:r w:rsidRPr="00DC58C6">
        <w:rPr>
          <w:rFonts w:ascii="Arial" w:eastAsia="Calibri" w:hAnsi="Arial" w:cs="Arial"/>
        </w:rPr>
        <w:t xml:space="preserve"> </w:t>
      </w:r>
      <w:proofErr w:type="spellStart"/>
      <w:r w:rsidRPr="00DC58C6">
        <w:rPr>
          <w:rFonts w:ascii="Arial" w:eastAsia="Calibri" w:hAnsi="Arial" w:cs="Arial"/>
        </w:rPr>
        <w:t>prijetnju</w:t>
      </w:r>
      <w:proofErr w:type="spellEnd"/>
      <w:r w:rsidRPr="00DC58C6">
        <w:rPr>
          <w:rFonts w:ascii="Arial" w:eastAsia="Calibri" w:hAnsi="Arial" w:cs="Arial"/>
        </w:rPr>
        <w:t xml:space="preserve"> </w:t>
      </w:r>
      <w:proofErr w:type="spellStart"/>
      <w:r w:rsidRPr="00DC58C6">
        <w:rPr>
          <w:rFonts w:ascii="Arial" w:eastAsia="Calibri" w:hAnsi="Arial" w:cs="Arial"/>
        </w:rPr>
        <w:t>sa</w:t>
      </w:r>
      <w:proofErr w:type="spellEnd"/>
      <w:r w:rsidRPr="00DC58C6">
        <w:rPr>
          <w:rFonts w:ascii="Arial" w:eastAsia="Calibri" w:hAnsi="Arial" w:cs="Arial"/>
        </w:rPr>
        <w:t xml:space="preserve"> </w:t>
      </w:r>
      <w:proofErr w:type="spellStart"/>
      <w:r w:rsidRPr="00DC58C6">
        <w:rPr>
          <w:rFonts w:ascii="Arial" w:eastAsia="Calibri" w:hAnsi="Arial" w:cs="Arial"/>
        </w:rPr>
        <w:t>stajališta</w:t>
      </w:r>
      <w:proofErr w:type="spellEnd"/>
      <w:r w:rsidRPr="00DC58C6">
        <w:rPr>
          <w:rFonts w:ascii="Arial" w:eastAsia="Calibri" w:hAnsi="Arial" w:cs="Arial"/>
        </w:rPr>
        <w:t xml:space="preserve"> </w:t>
      </w:r>
      <w:proofErr w:type="spellStart"/>
      <w:r w:rsidRPr="00DC58C6">
        <w:rPr>
          <w:rFonts w:ascii="Arial" w:eastAsia="Calibri" w:hAnsi="Arial" w:cs="Arial"/>
        </w:rPr>
        <w:t>kibernetičke</w:t>
      </w:r>
      <w:proofErr w:type="spellEnd"/>
      <w:r w:rsidRPr="00DC58C6">
        <w:rPr>
          <w:rFonts w:ascii="Arial" w:eastAsia="Calibri" w:hAnsi="Arial" w:cs="Arial"/>
        </w:rPr>
        <w:t xml:space="preserve"> </w:t>
      </w:r>
      <w:proofErr w:type="spellStart"/>
      <w:r w:rsidRPr="00DC58C6">
        <w:rPr>
          <w:rFonts w:ascii="Arial" w:eastAsia="Calibri" w:hAnsi="Arial" w:cs="Arial"/>
        </w:rPr>
        <w:t>sigurnosti</w:t>
      </w:r>
      <w:proofErr w:type="spellEnd"/>
      <w:r w:rsidRPr="00DC58C6">
        <w:rPr>
          <w:rFonts w:ascii="Arial" w:eastAsia="Calibri" w:hAnsi="Arial" w:cs="Arial"/>
        </w:rPr>
        <w:t>.</w:t>
      </w:r>
    </w:p>
    <w:p w14:paraId="6552AAA2" w14:textId="77777777" w:rsidR="009F6EDB" w:rsidRPr="00DC58C6" w:rsidRDefault="009F6EDB" w:rsidP="009C285A">
      <w:pPr>
        <w:spacing w:after="120" w:line="240" w:lineRule="auto"/>
        <w:jc w:val="both"/>
        <w:rPr>
          <w:rFonts w:ascii="Arial" w:hAnsi="Arial" w:cs="Arial"/>
        </w:rPr>
      </w:pPr>
    </w:p>
    <w:p w14:paraId="01FF2376" w14:textId="2349F46A" w:rsidR="00A05A2F" w:rsidRPr="00DC58C6" w:rsidRDefault="00A05A2F" w:rsidP="009C285A">
      <w:pPr>
        <w:pStyle w:val="Heading1"/>
        <w:spacing w:before="0" w:after="120" w:line="240" w:lineRule="auto"/>
        <w:jc w:val="center"/>
        <w:rPr>
          <w:rFonts w:ascii="Arial" w:eastAsia="Calibri" w:hAnsi="Arial" w:cs="Arial"/>
          <w:bCs w:val="0"/>
          <w:color w:val="auto"/>
          <w:sz w:val="22"/>
          <w:szCs w:val="22"/>
        </w:rPr>
      </w:pPr>
      <w:r w:rsidRPr="00DC58C6">
        <w:rPr>
          <w:rFonts w:ascii="Arial" w:eastAsia="Calibri" w:hAnsi="Arial" w:cs="Arial"/>
          <w:bCs w:val="0"/>
          <w:color w:val="auto"/>
          <w:sz w:val="22"/>
          <w:szCs w:val="22"/>
        </w:rPr>
        <w:t>PRAVO NA PRIGOVOR</w:t>
      </w:r>
    </w:p>
    <w:p w14:paraId="458F2456" w14:textId="77777777" w:rsidR="005D48A1" w:rsidRPr="00DC58C6" w:rsidRDefault="005D48A1" w:rsidP="009C285A">
      <w:pPr>
        <w:spacing w:line="240" w:lineRule="auto"/>
        <w:rPr>
          <w:rFonts w:ascii="Arial" w:hAnsi="Arial" w:cs="Arial"/>
        </w:rPr>
      </w:pPr>
    </w:p>
    <w:p w14:paraId="5067746A" w14:textId="2BE9DEA0" w:rsidR="00AC1298" w:rsidRPr="00AC1298" w:rsidRDefault="00A415A0" w:rsidP="00AC1298">
      <w:pPr>
        <w:pStyle w:val="Heading1"/>
        <w:spacing w:before="0" w:after="120" w:line="240" w:lineRule="auto"/>
        <w:jc w:val="center"/>
        <w:rPr>
          <w:rFonts w:ascii="Arial" w:hAnsi="Arial" w:cs="Arial"/>
          <w:bCs w:val="0"/>
          <w:color w:val="auto"/>
          <w:sz w:val="22"/>
          <w:szCs w:val="22"/>
        </w:rPr>
      </w:pPr>
      <w:proofErr w:type="spellStart"/>
      <w:r w:rsidRPr="00DC58C6">
        <w:rPr>
          <w:rFonts w:ascii="Arial" w:eastAsia="Calibri" w:hAnsi="Arial" w:cs="Arial"/>
          <w:bCs w:val="0"/>
          <w:color w:val="auto"/>
          <w:sz w:val="22"/>
          <w:szCs w:val="22"/>
        </w:rPr>
        <w:t>Članak</w:t>
      </w:r>
      <w:proofErr w:type="spellEnd"/>
      <w:r w:rsidRPr="00DC58C6">
        <w:rPr>
          <w:rFonts w:ascii="Arial" w:eastAsia="Calibri" w:hAnsi="Arial" w:cs="Arial"/>
          <w:bCs w:val="0"/>
          <w:color w:val="auto"/>
          <w:sz w:val="22"/>
          <w:szCs w:val="22"/>
        </w:rPr>
        <w:t xml:space="preserve"> 2</w:t>
      </w:r>
      <w:r w:rsidR="004A4BC7" w:rsidRPr="00DC58C6">
        <w:rPr>
          <w:rFonts w:ascii="Arial" w:eastAsia="Calibri" w:hAnsi="Arial" w:cs="Arial"/>
          <w:bCs w:val="0"/>
          <w:color w:val="auto"/>
          <w:sz w:val="22"/>
          <w:szCs w:val="22"/>
        </w:rPr>
        <w:t>5</w:t>
      </w:r>
      <w:r w:rsidRPr="00DC58C6">
        <w:rPr>
          <w:rFonts w:ascii="Arial" w:hAnsi="Arial" w:cs="Arial"/>
          <w:bCs w:val="0"/>
          <w:color w:val="auto"/>
          <w:sz w:val="22"/>
          <w:szCs w:val="22"/>
        </w:rPr>
        <w:t>.</w:t>
      </w:r>
    </w:p>
    <w:p w14:paraId="3BC011E0" w14:textId="4E4A02DD" w:rsidR="00A415A0" w:rsidRPr="00DC58C6" w:rsidRDefault="00A415A0" w:rsidP="009C285A">
      <w:pPr>
        <w:spacing w:after="120" w:line="240" w:lineRule="auto"/>
        <w:jc w:val="both"/>
        <w:rPr>
          <w:rFonts w:ascii="Arial" w:eastAsia="Calibri" w:hAnsi="Arial" w:cs="Arial"/>
        </w:rPr>
      </w:pPr>
      <w:r w:rsidRPr="00DC58C6">
        <w:rPr>
          <w:rFonts w:ascii="Arial" w:eastAsia="Calibri" w:hAnsi="Arial" w:cs="Arial"/>
        </w:rPr>
        <w:t xml:space="preserve">(1) Na </w:t>
      </w:r>
      <w:proofErr w:type="spellStart"/>
      <w:r w:rsidRPr="00DC58C6">
        <w:rPr>
          <w:rFonts w:ascii="Arial" w:eastAsia="Calibri" w:hAnsi="Arial" w:cs="Arial"/>
        </w:rPr>
        <w:t>Odluku</w:t>
      </w:r>
      <w:proofErr w:type="spellEnd"/>
      <w:r w:rsidRPr="00DC58C6">
        <w:rPr>
          <w:rFonts w:ascii="Arial" w:eastAsia="Calibri" w:hAnsi="Arial" w:cs="Arial"/>
        </w:rPr>
        <w:t xml:space="preserve"> u </w:t>
      </w:r>
      <w:proofErr w:type="spellStart"/>
      <w:r w:rsidRPr="00DC58C6">
        <w:rPr>
          <w:rFonts w:ascii="Arial" w:eastAsia="Calibri" w:hAnsi="Arial" w:cs="Arial"/>
        </w:rPr>
        <w:t>postupku</w:t>
      </w:r>
      <w:proofErr w:type="spellEnd"/>
      <w:r w:rsidRPr="00DC58C6">
        <w:rPr>
          <w:rFonts w:ascii="Arial" w:eastAsia="Calibri" w:hAnsi="Arial" w:cs="Arial"/>
        </w:rPr>
        <w:t xml:space="preserve"> </w:t>
      </w:r>
      <w:proofErr w:type="spellStart"/>
      <w:r w:rsidRPr="00DC58C6">
        <w:rPr>
          <w:rFonts w:ascii="Arial" w:eastAsia="Calibri" w:hAnsi="Arial" w:cs="Arial"/>
        </w:rPr>
        <w:t>jednostavne</w:t>
      </w:r>
      <w:proofErr w:type="spellEnd"/>
      <w:r w:rsidRPr="00DC58C6">
        <w:rPr>
          <w:rFonts w:ascii="Arial" w:eastAsia="Calibri" w:hAnsi="Arial" w:cs="Arial"/>
        </w:rPr>
        <w:t xml:space="preserve"> </w:t>
      </w:r>
      <w:proofErr w:type="spellStart"/>
      <w:r w:rsidRPr="00DC58C6">
        <w:rPr>
          <w:rFonts w:ascii="Arial" w:eastAsia="Calibri" w:hAnsi="Arial" w:cs="Arial"/>
        </w:rPr>
        <w:t>nabave</w:t>
      </w:r>
      <w:proofErr w:type="spellEnd"/>
      <w:r w:rsidRPr="00DC58C6">
        <w:rPr>
          <w:rFonts w:ascii="Arial" w:eastAsia="Calibri" w:hAnsi="Arial" w:cs="Arial"/>
        </w:rPr>
        <w:t xml:space="preserve"> </w:t>
      </w:r>
      <w:proofErr w:type="spellStart"/>
      <w:r w:rsidRPr="00DC58C6">
        <w:rPr>
          <w:rFonts w:ascii="Arial" w:eastAsia="Calibri" w:hAnsi="Arial" w:cs="Arial"/>
        </w:rPr>
        <w:t>čija</w:t>
      </w:r>
      <w:proofErr w:type="spellEnd"/>
      <w:r w:rsidRPr="00DC58C6">
        <w:rPr>
          <w:rFonts w:ascii="Arial" w:eastAsia="Calibri" w:hAnsi="Arial" w:cs="Arial"/>
        </w:rPr>
        <w:t xml:space="preserve"> je </w:t>
      </w:r>
      <w:proofErr w:type="spellStart"/>
      <w:r w:rsidRPr="00DC58C6">
        <w:rPr>
          <w:rFonts w:ascii="Arial" w:eastAsia="Calibri" w:hAnsi="Arial" w:cs="Arial"/>
        </w:rPr>
        <w:t>procijenjena</w:t>
      </w:r>
      <w:proofErr w:type="spellEnd"/>
      <w:r w:rsidRPr="00DC58C6">
        <w:rPr>
          <w:rFonts w:ascii="Arial" w:eastAsia="Calibri" w:hAnsi="Arial" w:cs="Arial"/>
        </w:rPr>
        <w:t xml:space="preserve"> </w:t>
      </w:r>
      <w:proofErr w:type="spellStart"/>
      <w:r w:rsidRPr="00DC58C6">
        <w:rPr>
          <w:rFonts w:ascii="Arial" w:eastAsia="Calibri" w:hAnsi="Arial" w:cs="Arial"/>
        </w:rPr>
        <w:t>vrijednost</w:t>
      </w:r>
      <w:proofErr w:type="spellEnd"/>
      <w:r w:rsidRPr="00DC58C6">
        <w:rPr>
          <w:rFonts w:ascii="Arial" w:eastAsia="Calibri" w:hAnsi="Arial" w:cs="Arial"/>
        </w:rPr>
        <w:t xml:space="preserve"> </w:t>
      </w:r>
      <w:proofErr w:type="spellStart"/>
      <w:r w:rsidRPr="00DC58C6">
        <w:rPr>
          <w:rFonts w:ascii="Arial" w:eastAsia="Calibri" w:hAnsi="Arial" w:cs="Arial"/>
        </w:rPr>
        <w:t>veća</w:t>
      </w:r>
      <w:proofErr w:type="spellEnd"/>
      <w:r w:rsidRPr="00DC58C6">
        <w:rPr>
          <w:rFonts w:ascii="Arial" w:eastAsia="Calibri" w:hAnsi="Arial" w:cs="Arial"/>
        </w:rPr>
        <w:t xml:space="preserve"> od 15.000,00 </w:t>
      </w:r>
      <w:r w:rsidR="008A096E">
        <w:rPr>
          <w:rFonts w:ascii="Arial" w:eastAsia="Calibri" w:hAnsi="Arial" w:cs="Arial"/>
        </w:rPr>
        <w:t>EUR</w:t>
      </w:r>
      <w:r w:rsidRPr="00DC58C6">
        <w:rPr>
          <w:rFonts w:ascii="Arial" w:eastAsia="Calibri" w:hAnsi="Arial" w:cs="Arial"/>
        </w:rPr>
        <w:t xml:space="preserve"> </w:t>
      </w:r>
      <w:proofErr w:type="spellStart"/>
      <w:r w:rsidRPr="00DC58C6">
        <w:rPr>
          <w:rFonts w:ascii="Arial" w:eastAsia="Calibri" w:hAnsi="Arial" w:cs="Arial"/>
        </w:rPr>
        <w:t>dopušteno</w:t>
      </w:r>
      <w:proofErr w:type="spellEnd"/>
      <w:r w:rsidRPr="00DC58C6">
        <w:rPr>
          <w:rFonts w:ascii="Arial" w:eastAsia="Calibri" w:hAnsi="Arial" w:cs="Arial"/>
        </w:rPr>
        <w:t xml:space="preserve"> je </w:t>
      </w:r>
      <w:proofErr w:type="spellStart"/>
      <w:r w:rsidR="008A096E">
        <w:rPr>
          <w:rFonts w:ascii="Arial" w:eastAsia="Calibri" w:hAnsi="Arial" w:cs="Arial"/>
        </w:rPr>
        <w:t>dekanu</w:t>
      </w:r>
      <w:proofErr w:type="spellEnd"/>
      <w:r w:rsidR="008A096E">
        <w:rPr>
          <w:rFonts w:ascii="Arial" w:eastAsia="Calibri" w:hAnsi="Arial" w:cs="Arial"/>
        </w:rPr>
        <w:t xml:space="preserve"> </w:t>
      </w:r>
      <w:proofErr w:type="spellStart"/>
      <w:r w:rsidRPr="00DC58C6">
        <w:rPr>
          <w:rFonts w:ascii="Arial" w:eastAsia="Calibri" w:hAnsi="Arial" w:cs="Arial"/>
        </w:rPr>
        <w:t>podnijeti</w:t>
      </w:r>
      <w:proofErr w:type="spellEnd"/>
      <w:r w:rsidRPr="00DC58C6">
        <w:rPr>
          <w:rFonts w:ascii="Arial" w:eastAsia="Calibri" w:hAnsi="Arial" w:cs="Arial"/>
        </w:rPr>
        <w:t xml:space="preserve"> </w:t>
      </w:r>
      <w:proofErr w:type="spellStart"/>
      <w:r w:rsidRPr="00DC58C6">
        <w:rPr>
          <w:rFonts w:ascii="Arial" w:eastAsia="Calibri" w:hAnsi="Arial" w:cs="Arial"/>
        </w:rPr>
        <w:t>prigovor</w:t>
      </w:r>
      <w:proofErr w:type="spellEnd"/>
      <w:r w:rsidRPr="00DC58C6">
        <w:rPr>
          <w:rFonts w:ascii="Arial" w:eastAsia="Calibri" w:hAnsi="Arial" w:cs="Arial"/>
        </w:rPr>
        <w:t xml:space="preserve"> u </w:t>
      </w:r>
      <w:proofErr w:type="spellStart"/>
      <w:r w:rsidRPr="00DC58C6">
        <w:rPr>
          <w:rFonts w:ascii="Arial" w:eastAsia="Calibri" w:hAnsi="Arial" w:cs="Arial"/>
        </w:rPr>
        <w:t>pisanom</w:t>
      </w:r>
      <w:proofErr w:type="spellEnd"/>
      <w:r w:rsidRPr="00DC58C6">
        <w:rPr>
          <w:rFonts w:ascii="Arial" w:eastAsia="Calibri" w:hAnsi="Arial" w:cs="Arial"/>
        </w:rPr>
        <w:t xml:space="preserve"> </w:t>
      </w:r>
      <w:proofErr w:type="spellStart"/>
      <w:r w:rsidRPr="00DC58C6">
        <w:rPr>
          <w:rFonts w:ascii="Arial" w:eastAsia="Calibri" w:hAnsi="Arial" w:cs="Arial"/>
        </w:rPr>
        <w:t>obliku</w:t>
      </w:r>
      <w:proofErr w:type="spellEnd"/>
      <w:r w:rsidR="008A096E">
        <w:rPr>
          <w:rFonts w:ascii="Arial" w:eastAsia="Calibri" w:hAnsi="Arial" w:cs="Arial"/>
        </w:rPr>
        <w:t>.</w:t>
      </w:r>
    </w:p>
    <w:p w14:paraId="527AA387" w14:textId="60FAB46D" w:rsidR="00A415A0" w:rsidRPr="00DC58C6" w:rsidRDefault="00A415A0" w:rsidP="009C285A">
      <w:pPr>
        <w:spacing w:after="120" w:line="240" w:lineRule="auto"/>
        <w:jc w:val="both"/>
        <w:rPr>
          <w:rFonts w:ascii="Arial" w:hAnsi="Arial" w:cs="Arial"/>
        </w:rPr>
      </w:pPr>
      <w:r w:rsidRPr="00DC58C6">
        <w:rPr>
          <w:rFonts w:ascii="Arial" w:eastAsia="Calibri" w:hAnsi="Arial" w:cs="Arial"/>
        </w:rPr>
        <w:t xml:space="preserve">(2) </w:t>
      </w:r>
      <w:proofErr w:type="spellStart"/>
      <w:r w:rsidRPr="00DC58C6">
        <w:rPr>
          <w:rFonts w:ascii="Arial" w:eastAsia="Calibri" w:hAnsi="Arial" w:cs="Arial"/>
        </w:rPr>
        <w:t>Pravo</w:t>
      </w:r>
      <w:proofErr w:type="spellEnd"/>
      <w:r w:rsidRPr="00DC58C6">
        <w:rPr>
          <w:rFonts w:ascii="Arial" w:eastAsia="Calibri" w:hAnsi="Arial" w:cs="Arial"/>
        </w:rPr>
        <w:t xml:space="preserve"> </w:t>
      </w:r>
      <w:proofErr w:type="spellStart"/>
      <w:r w:rsidRPr="00DC58C6">
        <w:rPr>
          <w:rFonts w:ascii="Arial" w:eastAsia="Calibri" w:hAnsi="Arial" w:cs="Arial"/>
        </w:rPr>
        <w:t>na</w:t>
      </w:r>
      <w:proofErr w:type="spellEnd"/>
      <w:r w:rsidRPr="00DC58C6">
        <w:rPr>
          <w:rFonts w:ascii="Arial" w:eastAsia="Calibri" w:hAnsi="Arial" w:cs="Arial"/>
        </w:rPr>
        <w:t xml:space="preserve"> </w:t>
      </w:r>
      <w:proofErr w:type="spellStart"/>
      <w:r w:rsidRPr="00DC58C6">
        <w:rPr>
          <w:rFonts w:ascii="Arial" w:eastAsia="Calibri" w:hAnsi="Arial" w:cs="Arial"/>
        </w:rPr>
        <w:t>prigovor</w:t>
      </w:r>
      <w:proofErr w:type="spellEnd"/>
      <w:r w:rsidRPr="00DC58C6">
        <w:rPr>
          <w:rFonts w:ascii="Arial" w:eastAsia="Calibri" w:hAnsi="Arial" w:cs="Arial"/>
        </w:rPr>
        <w:t xml:space="preserve"> </w:t>
      </w:r>
      <w:proofErr w:type="spellStart"/>
      <w:r w:rsidRPr="00DC58C6">
        <w:rPr>
          <w:rFonts w:ascii="Arial" w:eastAsia="Calibri" w:hAnsi="Arial" w:cs="Arial"/>
        </w:rPr>
        <w:t>ima</w:t>
      </w:r>
      <w:proofErr w:type="spellEnd"/>
      <w:r w:rsidRPr="00DC58C6">
        <w:rPr>
          <w:rFonts w:ascii="Arial" w:eastAsia="Calibri" w:hAnsi="Arial" w:cs="Arial"/>
        </w:rPr>
        <w:t xml:space="preserve"> </w:t>
      </w:r>
      <w:proofErr w:type="spellStart"/>
      <w:r w:rsidRPr="00DC58C6">
        <w:rPr>
          <w:rFonts w:ascii="Arial" w:eastAsia="Calibri" w:hAnsi="Arial" w:cs="Arial"/>
        </w:rPr>
        <w:t>svaki</w:t>
      </w:r>
      <w:proofErr w:type="spellEnd"/>
      <w:r w:rsidRPr="00DC58C6">
        <w:rPr>
          <w:rFonts w:ascii="Arial" w:eastAsia="Calibri" w:hAnsi="Arial" w:cs="Arial"/>
        </w:rPr>
        <w:t xml:space="preserve"> </w:t>
      </w:r>
      <w:proofErr w:type="spellStart"/>
      <w:r w:rsidRPr="00DC58C6">
        <w:rPr>
          <w:rFonts w:ascii="Arial" w:eastAsia="Calibri" w:hAnsi="Arial" w:cs="Arial"/>
        </w:rPr>
        <w:t>gospodarski</w:t>
      </w:r>
      <w:proofErr w:type="spellEnd"/>
      <w:r w:rsidRPr="00DC58C6">
        <w:rPr>
          <w:rFonts w:ascii="Arial" w:eastAsia="Calibri" w:hAnsi="Arial" w:cs="Arial"/>
        </w:rPr>
        <w:t xml:space="preserve"> </w:t>
      </w:r>
      <w:proofErr w:type="spellStart"/>
      <w:r w:rsidRPr="00DC58C6">
        <w:rPr>
          <w:rFonts w:ascii="Arial" w:eastAsia="Calibri" w:hAnsi="Arial" w:cs="Arial"/>
        </w:rPr>
        <w:t>subjekt</w:t>
      </w:r>
      <w:proofErr w:type="spellEnd"/>
      <w:r w:rsidRPr="00DC58C6">
        <w:rPr>
          <w:rFonts w:ascii="Arial" w:eastAsia="Calibri" w:hAnsi="Arial" w:cs="Arial"/>
        </w:rPr>
        <w:t xml:space="preserve"> koji </w:t>
      </w:r>
      <w:proofErr w:type="spellStart"/>
      <w:r w:rsidRPr="00DC58C6">
        <w:rPr>
          <w:rFonts w:ascii="Arial" w:eastAsia="Calibri" w:hAnsi="Arial" w:cs="Arial"/>
        </w:rPr>
        <w:t>ima</w:t>
      </w:r>
      <w:proofErr w:type="spellEnd"/>
      <w:r w:rsidRPr="00DC58C6">
        <w:rPr>
          <w:rFonts w:ascii="Arial" w:eastAsia="Calibri" w:hAnsi="Arial" w:cs="Arial"/>
        </w:rPr>
        <w:t xml:space="preserve"> </w:t>
      </w:r>
      <w:proofErr w:type="spellStart"/>
      <w:r w:rsidRPr="00DC58C6">
        <w:rPr>
          <w:rFonts w:ascii="Arial" w:eastAsia="Calibri" w:hAnsi="Arial" w:cs="Arial"/>
        </w:rPr>
        <w:t>pravni</w:t>
      </w:r>
      <w:proofErr w:type="spellEnd"/>
      <w:r w:rsidRPr="00DC58C6">
        <w:rPr>
          <w:rFonts w:ascii="Arial" w:eastAsia="Calibri" w:hAnsi="Arial" w:cs="Arial"/>
        </w:rPr>
        <w:t xml:space="preserve"> </w:t>
      </w:r>
      <w:proofErr w:type="spellStart"/>
      <w:r w:rsidRPr="00DC58C6">
        <w:rPr>
          <w:rFonts w:ascii="Arial" w:eastAsia="Calibri" w:hAnsi="Arial" w:cs="Arial"/>
        </w:rPr>
        <w:t>interes</w:t>
      </w:r>
      <w:proofErr w:type="spellEnd"/>
      <w:r w:rsidRPr="00DC58C6">
        <w:rPr>
          <w:rFonts w:ascii="Arial" w:eastAsia="Calibri" w:hAnsi="Arial" w:cs="Arial"/>
        </w:rPr>
        <w:t xml:space="preserve"> za </w:t>
      </w:r>
      <w:proofErr w:type="spellStart"/>
      <w:r w:rsidR="00272902">
        <w:rPr>
          <w:rFonts w:ascii="Arial" w:eastAsia="Calibri" w:hAnsi="Arial" w:cs="Arial"/>
        </w:rPr>
        <w:t>sklapanje</w:t>
      </w:r>
      <w:proofErr w:type="spellEnd"/>
      <w:r w:rsidR="00272902">
        <w:rPr>
          <w:rFonts w:ascii="Arial" w:eastAsia="Calibri" w:hAnsi="Arial" w:cs="Arial"/>
        </w:rPr>
        <w:t xml:space="preserve"> </w:t>
      </w:r>
      <w:proofErr w:type="spellStart"/>
      <w:r w:rsidRPr="00DC58C6">
        <w:rPr>
          <w:rFonts w:ascii="Arial" w:eastAsia="Calibri" w:hAnsi="Arial" w:cs="Arial"/>
        </w:rPr>
        <w:t>ugovora</w:t>
      </w:r>
      <w:proofErr w:type="spellEnd"/>
      <w:r w:rsidRPr="00DC58C6">
        <w:rPr>
          <w:rFonts w:ascii="Arial" w:eastAsia="Calibri" w:hAnsi="Arial" w:cs="Arial"/>
        </w:rPr>
        <w:t xml:space="preserve"> o </w:t>
      </w:r>
      <w:proofErr w:type="spellStart"/>
      <w:r w:rsidRPr="00DC58C6">
        <w:rPr>
          <w:rFonts w:ascii="Arial" w:eastAsia="Calibri" w:hAnsi="Arial" w:cs="Arial"/>
        </w:rPr>
        <w:t>jednostavnoj</w:t>
      </w:r>
      <w:proofErr w:type="spellEnd"/>
      <w:r w:rsidRPr="00DC58C6">
        <w:rPr>
          <w:rFonts w:ascii="Arial" w:eastAsia="Calibri" w:hAnsi="Arial" w:cs="Arial"/>
        </w:rPr>
        <w:t xml:space="preserve"> </w:t>
      </w:r>
      <w:proofErr w:type="spellStart"/>
      <w:r w:rsidRPr="00DC58C6">
        <w:rPr>
          <w:rFonts w:ascii="Arial" w:eastAsia="Calibri" w:hAnsi="Arial" w:cs="Arial"/>
        </w:rPr>
        <w:t>nabavi</w:t>
      </w:r>
      <w:proofErr w:type="spellEnd"/>
      <w:r w:rsidRPr="00DC58C6">
        <w:rPr>
          <w:rFonts w:ascii="Arial" w:eastAsia="Calibri" w:hAnsi="Arial" w:cs="Arial"/>
        </w:rPr>
        <w:t xml:space="preserve"> i koji je </w:t>
      </w:r>
      <w:proofErr w:type="spellStart"/>
      <w:r w:rsidRPr="00DC58C6">
        <w:rPr>
          <w:rFonts w:ascii="Arial" w:eastAsia="Calibri" w:hAnsi="Arial" w:cs="Arial"/>
        </w:rPr>
        <w:t>pretrpio</w:t>
      </w:r>
      <w:proofErr w:type="spellEnd"/>
      <w:r w:rsidRPr="00DC58C6">
        <w:rPr>
          <w:rFonts w:ascii="Arial" w:eastAsia="Calibri" w:hAnsi="Arial" w:cs="Arial"/>
        </w:rPr>
        <w:t xml:space="preserve"> </w:t>
      </w:r>
      <w:proofErr w:type="spellStart"/>
      <w:r w:rsidRPr="00DC58C6">
        <w:rPr>
          <w:rFonts w:ascii="Arial" w:eastAsia="Calibri" w:hAnsi="Arial" w:cs="Arial"/>
        </w:rPr>
        <w:t>ili</w:t>
      </w:r>
      <w:proofErr w:type="spellEnd"/>
      <w:r w:rsidRPr="00DC58C6">
        <w:rPr>
          <w:rFonts w:ascii="Arial" w:eastAsia="Calibri" w:hAnsi="Arial" w:cs="Arial"/>
        </w:rPr>
        <w:t xml:space="preserve"> bi </w:t>
      </w:r>
      <w:proofErr w:type="spellStart"/>
      <w:r w:rsidRPr="00DC58C6">
        <w:rPr>
          <w:rFonts w:ascii="Arial" w:eastAsia="Calibri" w:hAnsi="Arial" w:cs="Arial"/>
        </w:rPr>
        <w:t>mogao</w:t>
      </w:r>
      <w:proofErr w:type="spellEnd"/>
      <w:r w:rsidRPr="00DC58C6">
        <w:rPr>
          <w:rFonts w:ascii="Arial" w:eastAsia="Calibri" w:hAnsi="Arial" w:cs="Arial"/>
        </w:rPr>
        <w:t xml:space="preserve"> </w:t>
      </w:r>
      <w:proofErr w:type="spellStart"/>
      <w:r w:rsidRPr="00DC58C6">
        <w:rPr>
          <w:rFonts w:ascii="Arial" w:eastAsia="Calibri" w:hAnsi="Arial" w:cs="Arial"/>
        </w:rPr>
        <w:t>pretrpjeti</w:t>
      </w:r>
      <w:proofErr w:type="spellEnd"/>
      <w:r w:rsidRPr="00DC58C6">
        <w:rPr>
          <w:rFonts w:ascii="Arial" w:eastAsia="Calibri" w:hAnsi="Arial" w:cs="Arial"/>
        </w:rPr>
        <w:t xml:space="preserve"> </w:t>
      </w:r>
      <w:proofErr w:type="spellStart"/>
      <w:r w:rsidRPr="00DC58C6">
        <w:rPr>
          <w:rFonts w:ascii="Arial" w:eastAsia="Calibri" w:hAnsi="Arial" w:cs="Arial"/>
        </w:rPr>
        <w:t>štetu</w:t>
      </w:r>
      <w:proofErr w:type="spellEnd"/>
      <w:r w:rsidR="00272902">
        <w:rPr>
          <w:rFonts w:ascii="Arial" w:eastAsia="Calibri" w:hAnsi="Arial" w:cs="Arial"/>
        </w:rPr>
        <w:t xml:space="preserve">. </w:t>
      </w:r>
    </w:p>
    <w:p w14:paraId="34D57B4B" w14:textId="18D8575C" w:rsidR="00A415A0" w:rsidRDefault="00A415A0" w:rsidP="009C285A">
      <w:pPr>
        <w:spacing w:after="120" w:line="240" w:lineRule="auto"/>
        <w:jc w:val="both"/>
        <w:rPr>
          <w:rFonts w:ascii="Arial" w:eastAsia="Calibri" w:hAnsi="Arial" w:cs="Arial"/>
        </w:rPr>
      </w:pPr>
      <w:r w:rsidRPr="00DC58C6">
        <w:rPr>
          <w:rFonts w:ascii="Arial" w:eastAsia="Calibri" w:hAnsi="Arial" w:cs="Arial"/>
        </w:rPr>
        <w:t xml:space="preserve">(3) </w:t>
      </w:r>
      <w:proofErr w:type="spellStart"/>
      <w:r w:rsidRPr="00DC58C6">
        <w:rPr>
          <w:rFonts w:ascii="Arial" w:eastAsia="Calibri" w:hAnsi="Arial" w:cs="Arial"/>
        </w:rPr>
        <w:t>Prigovor</w:t>
      </w:r>
      <w:proofErr w:type="spellEnd"/>
      <w:r w:rsidRPr="00DC58C6">
        <w:rPr>
          <w:rFonts w:ascii="Arial" w:eastAsia="Calibri" w:hAnsi="Arial" w:cs="Arial"/>
        </w:rPr>
        <w:t xml:space="preserve"> se </w:t>
      </w:r>
      <w:proofErr w:type="spellStart"/>
      <w:r w:rsidRPr="00DC58C6">
        <w:rPr>
          <w:rFonts w:ascii="Arial" w:eastAsia="Calibri" w:hAnsi="Arial" w:cs="Arial"/>
        </w:rPr>
        <w:t>izjavljuje</w:t>
      </w:r>
      <w:proofErr w:type="spellEnd"/>
      <w:r w:rsidRPr="00DC58C6">
        <w:rPr>
          <w:rFonts w:ascii="Arial" w:eastAsia="Calibri" w:hAnsi="Arial" w:cs="Arial"/>
        </w:rPr>
        <w:t xml:space="preserve"> </w:t>
      </w:r>
      <w:proofErr w:type="spellStart"/>
      <w:r w:rsidR="008A096E">
        <w:rPr>
          <w:rFonts w:ascii="Arial" w:eastAsia="Calibri" w:hAnsi="Arial" w:cs="Arial"/>
        </w:rPr>
        <w:t>dekanu</w:t>
      </w:r>
      <w:proofErr w:type="spellEnd"/>
      <w:r w:rsidRPr="00DC58C6">
        <w:rPr>
          <w:rFonts w:ascii="Arial" w:eastAsia="Calibri" w:hAnsi="Arial" w:cs="Arial"/>
        </w:rPr>
        <w:t xml:space="preserve"> </w:t>
      </w:r>
      <w:proofErr w:type="spellStart"/>
      <w:r w:rsidRPr="00DC58C6">
        <w:rPr>
          <w:rFonts w:ascii="Arial" w:eastAsia="Calibri" w:hAnsi="Arial" w:cs="Arial"/>
        </w:rPr>
        <w:t>elektroničkim</w:t>
      </w:r>
      <w:proofErr w:type="spellEnd"/>
      <w:r w:rsidRPr="00DC58C6">
        <w:rPr>
          <w:rFonts w:ascii="Arial" w:eastAsia="Calibri" w:hAnsi="Arial" w:cs="Arial"/>
        </w:rPr>
        <w:t xml:space="preserve"> </w:t>
      </w:r>
      <w:proofErr w:type="spellStart"/>
      <w:r w:rsidRPr="00DC58C6">
        <w:rPr>
          <w:rFonts w:ascii="Arial" w:eastAsia="Calibri" w:hAnsi="Arial" w:cs="Arial"/>
        </w:rPr>
        <w:t>sredstvima</w:t>
      </w:r>
      <w:proofErr w:type="spellEnd"/>
      <w:r w:rsidRPr="00DC58C6">
        <w:rPr>
          <w:rFonts w:ascii="Arial" w:eastAsia="Calibri" w:hAnsi="Arial" w:cs="Arial"/>
        </w:rPr>
        <w:t xml:space="preserve"> </w:t>
      </w:r>
      <w:proofErr w:type="spellStart"/>
      <w:r w:rsidRPr="00DC58C6">
        <w:rPr>
          <w:rFonts w:ascii="Arial" w:eastAsia="Calibri" w:hAnsi="Arial" w:cs="Arial"/>
        </w:rPr>
        <w:t>komunikacije</w:t>
      </w:r>
      <w:proofErr w:type="spellEnd"/>
      <w:r w:rsidRPr="00DC58C6">
        <w:rPr>
          <w:rFonts w:ascii="Arial" w:eastAsia="Calibri" w:hAnsi="Arial" w:cs="Arial"/>
        </w:rPr>
        <w:t xml:space="preserve"> </w:t>
      </w:r>
      <w:proofErr w:type="spellStart"/>
      <w:r w:rsidRPr="00DC58C6">
        <w:rPr>
          <w:rFonts w:ascii="Arial" w:eastAsia="Calibri" w:hAnsi="Arial" w:cs="Arial"/>
        </w:rPr>
        <w:t>putem</w:t>
      </w:r>
      <w:proofErr w:type="spellEnd"/>
      <w:r w:rsidRPr="00DC58C6">
        <w:rPr>
          <w:rFonts w:ascii="Arial" w:eastAsia="Calibri" w:hAnsi="Arial" w:cs="Arial"/>
        </w:rPr>
        <w:t xml:space="preserve"> EOJN-a u </w:t>
      </w:r>
      <w:proofErr w:type="spellStart"/>
      <w:r w:rsidRPr="00DC58C6">
        <w:rPr>
          <w:rFonts w:ascii="Arial" w:eastAsia="Calibri" w:hAnsi="Arial" w:cs="Arial"/>
        </w:rPr>
        <w:t>roku</w:t>
      </w:r>
      <w:proofErr w:type="spellEnd"/>
      <w:r w:rsidRPr="00DC58C6">
        <w:rPr>
          <w:rFonts w:ascii="Arial" w:eastAsia="Calibri" w:hAnsi="Arial" w:cs="Arial"/>
        </w:rPr>
        <w:t xml:space="preserve"> od 5 </w:t>
      </w:r>
      <w:r w:rsidR="00272902">
        <w:rPr>
          <w:rFonts w:ascii="Arial" w:eastAsia="Calibri" w:hAnsi="Arial" w:cs="Arial"/>
        </w:rPr>
        <w:t xml:space="preserve">(pet) </w:t>
      </w:r>
      <w:r w:rsidRPr="00DC58C6">
        <w:rPr>
          <w:rFonts w:ascii="Arial" w:eastAsia="Calibri" w:hAnsi="Arial" w:cs="Arial"/>
        </w:rPr>
        <w:t xml:space="preserve">dana od </w:t>
      </w:r>
      <w:proofErr w:type="spellStart"/>
      <w:r w:rsidRPr="00DC58C6">
        <w:rPr>
          <w:rFonts w:ascii="Arial" w:eastAsia="Calibri" w:hAnsi="Arial" w:cs="Arial"/>
        </w:rPr>
        <w:t>primitka</w:t>
      </w:r>
      <w:proofErr w:type="spellEnd"/>
      <w:r w:rsidRPr="00DC58C6">
        <w:rPr>
          <w:rFonts w:ascii="Arial" w:eastAsia="Calibri" w:hAnsi="Arial" w:cs="Arial"/>
        </w:rPr>
        <w:t xml:space="preserve"> </w:t>
      </w:r>
      <w:proofErr w:type="spellStart"/>
      <w:r w:rsidRPr="00DC58C6">
        <w:rPr>
          <w:rFonts w:ascii="Arial" w:eastAsia="Calibri" w:hAnsi="Arial" w:cs="Arial"/>
        </w:rPr>
        <w:t>Odluke</w:t>
      </w:r>
      <w:proofErr w:type="spellEnd"/>
      <w:r w:rsidR="00272902">
        <w:rPr>
          <w:rFonts w:ascii="Arial" w:eastAsia="Calibri" w:hAnsi="Arial" w:cs="Arial"/>
        </w:rPr>
        <w:t>.</w:t>
      </w:r>
    </w:p>
    <w:p w14:paraId="3E9C3040" w14:textId="3B2B368A" w:rsidR="00434525" w:rsidRPr="00DC58C6" w:rsidRDefault="00434525" w:rsidP="009C285A">
      <w:pPr>
        <w:spacing w:after="120" w:line="240" w:lineRule="auto"/>
        <w:jc w:val="both"/>
        <w:rPr>
          <w:rFonts w:ascii="Arial" w:eastAsia="Calibri" w:hAnsi="Arial" w:cs="Arial"/>
        </w:rPr>
      </w:pPr>
      <w:r w:rsidRPr="00434525">
        <w:rPr>
          <w:rFonts w:ascii="Arial" w:eastAsia="Calibri" w:hAnsi="Arial" w:cs="Arial"/>
        </w:rPr>
        <w:t>(</w:t>
      </w:r>
      <w:r>
        <w:rPr>
          <w:rFonts w:ascii="Arial" w:eastAsia="Calibri" w:hAnsi="Arial" w:cs="Arial"/>
        </w:rPr>
        <w:t>4</w:t>
      </w:r>
      <w:r w:rsidRPr="00434525">
        <w:rPr>
          <w:rFonts w:ascii="Arial" w:eastAsia="Calibri" w:hAnsi="Arial" w:cs="Arial"/>
        </w:rPr>
        <w:t xml:space="preserve">) </w:t>
      </w:r>
      <w:proofErr w:type="spellStart"/>
      <w:r w:rsidRPr="00434525">
        <w:rPr>
          <w:rFonts w:ascii="Arial" w:eastAsia="Calibri" w:hAnsi="Arial" w:cs="Arial"/>
        </w:rPr>
        <w:t>Dekan</w:t>
      </w:r>
      <w:proofErr w:type="spellEnd"/>
      <w:r w:rsidRPr="00434525">
        <w:rPr>
          <w:rFonts w:ascii="Arial" w:eastAsia="Calibri" w:hAnsi="Arial" w:cs="Arial"/>
        </w:rPr>
        <w:t xml:space="preserve"> je </w:t>
      </w:r>
      <w:proofErr w:type="spellStart"/>
      <w:r w:rsidRPr="00434525">
        <w:rPr>
          <w:rFonts w:ascii="Arial" w:eastAsia="Calibri" w:hAnsi="Arial" w:cs="Arial"/>
        </w:rPr>
        <w:t>dužan</w:t>
      </w:r>
      <w:proofErr w:type="spellEnd"/>
      <w:r w:rsidRPr="00434525">
        <w:rPr>
          <w:rFonts w:ascii="Arial" w:eastAsia="Calibri" w:hAnsi="Arial" w:cs="Arial"/>
        </w:rPr>
        <w:t xml:space="preserve"> </w:t>
      </w:r>
      <w:proofErr w:type="spellStart"/>
      <w:r w:rsidRPr="00434525">
        <w:rPr>
          <w:rFonts w:ascii="Arial" w:eastAsia="Calibri" w:hAnsi="Arial" w:cs="Arial"/>
        </w:rPr>
        <w:t>donijeti</w:t>
      </w:r>
      <w:proofErr w:type="spellEnd"/>
      <w:r w:rsidRPr="00434525">
        <w:rPr>
          <w:rFonts w:ascii="Arial" w:eastAsia="Calibri" w:hAnsi="Arial" w:cs="Arial"/>
        </w:rPr>
        <w:t xml:space="preserve"> </w:t>
      </w:r>
      <w:proofErr w:type="spellStart"/>
      <w:r w:rsidRPr="00434525">
        <w:rPr>
          <w:rFonts w:ascii="Arial" w:eastAsia="Calibri" w:hAnsi="Arial" w:cs="Arial"/>
        </w:rPr>
        <w:t>odluku</w:t>
      </w:r>
      <w:proofErr w:type="spellEnd"/>
      <w:r w:rsidRPr="00434525">
        <w:rPr>
          <w:rFonts w:ascii="Arial" w:eastAsia="Calibri" w:hAnsi="Arial" w:cs="Arial"/>
        </w:rPr>
        <w:t xml:space="preserve"> o </w:t>
      </w:r>
      <w:proofErr w:type="spellStart"/>
      <w:r w:rsidRPr="00434525">
        <w:rPr>
          <w:rFonts w:ascii="Arial" w:eastAsia="Calibri" w:hAnsi="Arial" w:cs="Arial"/>
        </w:rPr>
        <w:t>prigovoru</w:t>
      </w:r>
      <w:proofErr w:type="spellEnd"/>
      <w:r w:rsidRPr="00434525">
        <w:rPr>
          <w:rFonts w:ascii="Arial" w:eastAsia="Calibri" w:hAnsi="Arial" w:cs="Arial"/>
        </w:rPr>
        <w:t xml:space="preserve"> u </w:t>
      </w:r>
      <w:proofErr w:type="spellStart"/>
      <w:r w:rsidRPr="00434525">
        <w:rPr>
          <w:rFonts w:ascii="Arial" w:eastAsia="Calibri" w:hAnsi="Arial" w:cs="Arial"/>
        </w:rPr>
        <w:t>roku</w:t>
      </w:r>
      <w:proofErr w:type="spellEnd"/>
      <w:r w:rsidRPr="00434525">
        <w:rPr>
          <w:rFonts w:ascii="Arial" w:eastAsia="Calibri" w:hAnsi="Arial" w:cs="Arial"/>
        </w:rPr>
        <w:t xml:space="preserve"> od 8 </w:t>
      </w:r>
      <w:r w:rsidR="00472B59">
        <w:rPr>
          <w:rFonts w:ascii="Arial" w:eastAsia="Calibri" w:hAnsi="Arial" w:cs="Arial"/>
        </w:rPr>
        <w:t>(</w:t>
      </w:r>
      <w:proofErr w:type="spellStart"/>
      <w:r w:rsidR="00472B59">
        <w:rPr>
          <w:rFonts w:ascii="Arial" w:eastAsia="Calibri" w:hAnsi="Arial" w:cs="Arial"/>
        </w:rPr>
        <w:t>osam</w:t>
      </w:r>
      <w:proofErr w:type="spellEnd"/>
      <w:r w:rsidR="00472B59">
        <w:rPr>
          <w:rFonts w:ascii="Arial" w:eastAsia="Calibri" w:hAnsi="Arial" w:cs="Arial"/>
        </w:rPr>
        <w:t xml:space="preserve">) </w:t>
      </w:r>
      <w:r w:rsidRPr="00434525">
        <w:rPr>
          <w:rFonts w:ascii="Arial" w:eastAsia="Calibri" w:hAnsi="Arial" w:cs="Arial"/>
        </w:rPr>
        <w:t xml:space="preserve">dana od dana </w:t>
      </w:r>
      <w:proofErr w:type="spellStart"/>
      <w:r w:rsidRPr="00434525">
        <w:rPr>
          <w:rFonts w:ascii="Arial" w:eastAsia="Calibri" w:hAnsi="Arial" w:cs="Arial"/>
        </w:rPr>
        <w:t>zaprimanja</w:t>
      </w:r>
      <w:proofErr w:type="spellEnd"/>
      <w:r w:rsidRPr="00434525">
        <w:rPr>
          <w:rFonts w:ascii="Arial" w:eastAsia="Calibri" w:hAnsi="Arial" w:cs="Arial"/>
        </w:rPr>
        <w:t xml:space="preserve"> </w:t>
      </w:r>
      <w:proofErr w:type="spellStart"/>
      <w:r w:rsidRPr="00434525">
        <w:rPr>
          <w:rFonts w:ascii="Arial" w:eastAsia="Calibri" w:hAnsi="Arial" w:cs="Arial"/>
        </w:rPr>
        <w:t>urednog</w:t>
      </w:r>
      <w:proofErr w:type="spellEnd"/>
      <w:r w:rsidRPr="00434525">
        <w:rPr>
          <w:rFonts w:ascii="Arial" w:eastAsia="Calibri" w:hAnsi="Arial" w:cs="Arial"/>
        </w:rPr>
        <w:t xml:space="preserve"> </w:t>
      </w:r>
      <w:proofErr w:type="spellStart"/>
      <w:r w:rsidRPr="00434525">
        <w:rPr>
          <w:rFonts w:ascii="Arial" w:eastAsia="Calibri" w:hAnsi="Arial" w:cs="Arial"/>
        </w:rPr>
        <w:t>prigovora</w:t>
      </w:r>
      <w:proofErr w:type="spellEnd"/>
      <w:r w:rsidRPr="00434525">
        <w:rPr>
          <w:rFonts w:ascii="Arial" w:eastAsia="Calibri" w:hAnsi="Arial" w:cs="Arial"/>
        </w:rPr>
        <w:t xml:space="preserve">. </w:t>
      </w:r>
      <w:proofErr w:type="spellStart"/>
      <w:r w:rsidRPr="00434525">
        <w:rPr>
          <w:rFonts w:ascii="Arial" w:eastAsia="Calibri" w:hAnsi="Arial" w:cs="Arial"/>
        </w:rPr>
        <w:t>Odluka</w:t>
      </w:r>
      <w:proofErr w:type="spellEnd"/>
      <w:r w:rsidRPr="00434525">
        <w:rPr>
          <w:rFonts w:ascii="Arial" w:eastAsia="Calibri" w:hAnsi="Arial" w:cs="Arial"/>
        </w:rPr>
        <w:t xml:space="preserve"> se </w:t>
      </w:r>
      <w:proofErr w:type="spellStart"/>
      <w:r w:rsidRPr="00434525">
        <w:rPr>
          <w:rFonts w:ascii="Arial" w:eastAsia="Calibri" w:hAnsi="Arial" w:cs="Arial"/>
        </w:rPr>
        <w:t>dostavlja</w:t>
      </w:r>
      <w:proofErr w:type="spellEnd"/>
      <w:r w:rsidRPr="00434525">
        <w:rPr>
          <w:rFonts w:ascii="Arial" w:eastAsia="Calibri" w:hAnsi="Arial" w:cs="Arial"/>
        </w:rPr>
        <w:t xml:space="preserve"> </w:t>
      </w:r>
      <w:proofErr w:type="spellStart"/>
      <w:r w:rsidRPr="00434525">
        <w:rPr>
          <w:rFonts w:ascii="Arial" w:eastAsia="Calibri" w:hAnsi="Arial" w:cs="Arial"/>
        </w:rPr>
        <w:t>podnositelju</w:t>
      </w:r>
      <w:proofErr w:type="spellEnd"/>
      <w:r w:rsidRPr="00434525">
        <w:rPr>
          <w:rFonts w:ascii="Arial" w:eastAsia="Calibri" w:hAnsi="Arial" w:cs="Arial"/>
        </w:rPr>
        <w:t xml:space="preserve"> </w:t>
      </w:r>
      <w:proofErr w:type="spellStart"/>
      <w:r w:rsidRPr="00434525">
        <w:rPr>
          <w:rFonts w:ascii="Arial" w:eastAsia="Calibri" w:hAnsi="Arial" w:cs="Arial"/>
        </w:rPr>
        <w:t>prigovora</w:t>
      </w:r>
      <w:proofErr w:type="spellEnd"/>
      <w:r w:rsidRPr="00434525">
        <w:rPr>
          <w:rFonts w:ascii="Arial" w:eastAsia="Calibri" w:hAnsi="Arial" w:cs="Arial"/>
        </w:rPr>
        <w:t xml:space="preserve"> i </w:t>
      </w:r>
      <w:proofErr w:type="spellStart"/>
      <w:r w:rsidRPr="00434525">
        <w:rPr>
          <w:rFonts w:ascii="Arial" w:eastAsia="Calibri" w:hAnsi="Arial" w:cs="Arial"/>
        </w:rPr>
        <w:t>svim</w:t>
      </w:r>
      <w:proofErr w:type="spellEnd"/>
      <w:r w:rsidRPr="00434525">
        <w:rPr>
          <w:rFonts w:ascii="Arial" w:eastAsia="Calibri" w:hAnsi="Arial" w:cs="Arial"/>
        </w:rPr>
        <w:t xml:space="preserve"> </w:t>
      </w:r>
      <w:proofErr w:type="spellStart"/>
      <w:r w:rsidRPr="00434525">
        <w:rPr>
          <w:rFonts w:ascii="Arial" w:eastAsia="Calibri" w:hAnsi="Arial" w:cs="Arial"/>
        </w:rPr>
        <w:t>ostalim</w:t>
      </w:r>
      <w:proofErr w:type="spellEnd"/>
      <w:r w:rsidRPr="00434525">
        <w:rPr>
          <w:rFonts w:ascii="Arial" w:eastAsia="Calibri" w:hAnsi="Arial" w:cs="Arial"/>
        </w:rPr>
        <w:t xml:space="preserve"> </w:t>
      </w:r>
      <w:proofErr w:type="spellStart"/>
      <w:r w:rsidRPr="00434525">
        <w:rPr>
          <w:rFonts w:ascii="Arial" w:eastAsia="Calibri" w:hAnsi="Arial" w:cs="Arial"/>
        </w:rPr>
        <w:t>sudionicima</w:t>
      </w:r>
      <w:proofErr w:type="spellEnd"/>
      <w:r w:rsidRPr="00434525">
        <w:rPr>
          <w:rFonts w:ascii="Arial" w:eastAsia="Calibri" w:hAnsi="Arial" w:cs="Arial"/>
        </w:rPr>
        <w:t xml:space="preserve"> u </w:t>
      </w:r>
      <w:proofErr w:type="spellStart"/>
      <w:r w:rsidRPr="00434525">
        <w:rPr>
          <w:rFonts w:ascii="Arial" w:eastAsia="Calibri" w:hAnsi="Arial" w:cs="Arial"/>
        </w:rPr>
        <w:t>postupku</w:t>
      </w:r>
      <w:proofErr w:type="spellEnd"/>
      <w:r w:rsidRPr="00434525">
        <w:rPr>
          <w:rFonts w:ascii="Arial" w:eastAsia="Calibri" w:hAnsi="Arial" w:cs="Arial"/>
        </w:rPr>
        <w:t xml:space="preserve"> </w:t>
      </w:r>
      <w:proofErr w:type="spellStart"/>
      <w:r w:rsidRPr="00434525">
        <w:rPr>
          <w:rFonts w:ascii="Arial" w:eastAsia="Calibri" w:hAnsi="Arial" w:cs="Arial"/>
        </w:rPr>
        <w:t>putem</w:t>
      </w:r>
      <w:proofErr w:type="spellEnd"/>
      <w:r w:rsidRPr="00434525">
        <w:rPr>
          <w:rFonts w:ascii="Arial" w:eastAsia="Calibri" w:hAnsi="Arial" w:cs="Arial"/>
        </w:rPr>
        <w:t xml:space="preserve"> EOJN-a RH.</w:t>
      </w:r>
    </w:p>
    <w:p w14:paraId="6C40E65E" w14:textId="77777777" w:rsidR="005D48A1" w:rsidRPr="00DC58C6" w:rsidRDefault="005D48A1" w:rsidP="009C285A">
      <w:pPr>
        <w:spacing w:after="120" w:line="240" w:lineRule="auto"/>
        <w:jc w:val="both"/>
        <w:rPr>
          <w:rFonts w:ascii="Arial" w:eastAsia="Calibri" w:hAnsi="Arial" w:cs="Arial"/>
        </w:rPr>
      </w:pPr>
    </w:p>
    <w:p w14:paraId="40DCC644" w14:textId="3283F0AD" w:rsidR="00AC1298" w:rsidRPr="00DC58C6" w:rsidRDefault="005D48A1" w:rsidP="00AC1298">
      <w:pPr>
        <w:spacing w:after="120" w:line="240" w:lineRule="auto"/>
        <w:jc w:val="center"/>
        <w:rPr>
          <w:rFonts w:ascii="Arial" w:eastAsia="Calibri" w:hAnsi="Arial" w:cs="Arial"/>
          <w:b/>
          <w:bCs/>
        </w:rPr>
      </w:pPr>
      <w:proofErr w:type="spellStart"/>
      <w:r w:rsidRPr="00DC58C6">
        <w:rPr>
          <w:rFonts w:ascii="Arial" w:eastAsia="Calibri" w:hAnsi="Arial" w:cs="Arial"/>
          <w:b/>
          <w:bCs/>
        </w:rPr>
        <w:t>Čla</w:t>
      </w:r>
      <w:r w:rsidR="00AC1298">
        <w:rPr>
          <w:rFonts w:ascii="Arial" w:eastAsia="Calibri" w:hAnsi="Arial" w:cs="Arial"/>
          <w:b/>
          <w:bCs/>
        </w:rPr>
        <w:t>n</w:t>
      </w:r>
      <w:r w:rsidRPr="00DC58C6">
        <w:rPr>
          <w:rFonts w:ascii="Arial" w:eastAsia="Calibri" w:hAnsi="Arial" w:cs="Arial"/>
          <w:b/>
          <w:bCs/>
        </w:rPr>
        <w:t>ak</w:t>
      </w:r>
      <w:proofErr w:type="spellEnd"/>
      <w:r w:rsidRPr="00DC58C6">
        <w:rPr>
          <w:rFonts w:ascii="Arial" w:eastAsia="Calibri" w:hAnsi="Arial" w:cs="Arial"/>
          <w:b/>
          <w:bCs/>
        </w:rPr>
        <w:t xml:space="preserve"> 2</w:t>
      </w:r>
      <w:r w:rsidR="004A4BC7" w:rsidRPr="00DC58C6">
        <w:rPr>
          <w:rFonts w:ascii="Arial" w:eastAsia="Calibri" w:hAnsi="Arial" w:cs="Arial"/>
          <w:b/>
          <w:bCs/>
        </w:rPr>
        <w:t>6</w:t>
      </w:r>
      <w:r w:rsidRPr="00DC58C6">
        <w:rPr>
          <w:rFonts w:ascii="Arial" w:eastAsia="Calibri" w:hAnsi="Arial" w:cs="Arial"/>
          <w:b/>
          <w:bCs/>
        </w:rPr>
        <w:t>.</w:t>
      </w:r>
    </w:p>
    <w:p w14:paraId="7CE7BD51" w14:textId="0976F890" w:rsidR="00A415A0" w:rsidRPr="00DC58C6" w:rsidRDefault="00A415A0" w:rsidP="009C285A">
      <w:pPr>
        <w:spacing w:after="120" w:line="240" w:lineRule="auto"/>
        <w:jc w:val="both"/>
        <w:rPr>
          <w:rFonts w:ascii="Arial" w:eastAsia="Calibri" w:hAnsi="Arial" w:cs="Arial"/>
        </w:rPr>
      </w:pPr>
      <w:r w:rsidRPr="00DC58C6">
        <w:rPr>
          <w:rFonts w:ascii="Arial" w:eastAsia="Calibri" w:hAnsi="Arial" w:cs="Arial"/>
        </w:rPr>
        <w:t>(</w:t>
      </w:r>
      <w:r w:rsidR="005D48A1" w:rsidRPr="00DC58C6">
        <w:rPr>
          <w:rFonts w:ascii="Arial" w:eastAsia="Calibri" w:hAnsi="Arial" w:cs="Arial"/>
        </w:rPr>
        <w:t>1</w:t>
      </w:r>
      <w:r w:rsidRPr="00DC58C6">
        <w:rPr>
          <w:rFonts w:ascii="Arial" w:eastAsia="Calibri" w:hAnsi="Arial" w:cs="Arial"/>
        </w:rPr>
        <w:t xml:space="preserve">) </w:t>
      </w:r>
      <w:proofErr w:type="spellStart"/>
      <w:r w:rsidRPr="00DC58C6">
        <w:rPr>
          <w:rFonts w:ascii="Arial" w:eastAsia="Calibri" w:hAnsi="Arial" w:cs="Arial"/>
        </w:rPr>
        <w:t>Podnositelj</w:t>
      </w:r>
      <w:proofErr w:type="spellEnd"/>
      <w:r w:rsidRPr="00DC58C6">
        <w:rPr>
          <w:rFonts w:ascii="Arial" w:eastAsia="Calibri" w:hAnsi="Arial" w:cs="Arial"/>
        </w:rPr>
        <w:t xml:space="preserve"> </w:t>
      </w:r>
      <w:proofErr w:type="spellStart"/>
      <w:r w:rsidRPr="00DC58C6">
        <w:rPr>
          <w:rFonts w:ascii="Arial" w:eastAsia="Calibri" w:hAnsi="Arial" w:cs="Arial"/>
        </w:rPr>
        <w:t>prigovora</w:t>
      </w:r>
      <w:proofErr w:type="spellEnd"/>
      <w:r w:rsidRPr="00DC58C6">
        <w:rPr>
          <w:rFonts w:ascii="Arial" w:eastAsia="Calibri" w:hAnsi="Arial" w:cs="Arial"/>
        </w:rPr>
        <w:t xml:space="preserve"> </w:t>
      </w:r>
      <w:proofErr w:type="spellStart"/>
      <w:r w:rsidRPr="00DC58C6">
        <w:rPr>
          <w:rFonts w:ascii="Arial" w:eastAsia="Calibri" w:hAnsi="Arial" w:cs="Arial"/>
        </w:rPr>
        <w:t>može</w:t>
      </w:r>
      <w:proofErr w:type="spellEnd"/>
      <w:r w:rsidRPr="00DC58C6">
        <w:rPr>
          <w:rFonts w:ascii="Arial" w:eastAsia="Calibri" w:hAnsi="Arial" w:cs="Arial"/>
        </w:rPr>
        <w:t xml:space="preserve"> </w:t>
      </w:r>
      <w:proofErr w:type="spellStart"/>
      <w:r w:rsidRPr="00DC58C6">
        <w:rPr>
          <w:rFonts w:ascii="Arial" w:eastAsia="Calibri" w:hAnsi="Arial" w:cs="Arial"/>
        </w:rPr>
        <w:t>odustati</w:t>
      </w:r>
      <w:proofErr w:type="spellEnd"/>
      <w:r w:rsidRPr="00DC58C6">
        <w:rPr>
          <w:rFonts w:ascii="Arial" w:eastAsia="Calibri" w:hAnsi="Arial" w:cs="Arial"/>
        </w:rPr>
        <w:t xml:space="preserve"> od </w:t>
      </w:r>
      <w:proofErr w:type="spellStart"/>
      <w:r w:rsidRPr="00DC58C6">
        <w:rPr>
          <w:rFonts w:ascii="Arial" w:eastAsia="Calibri" w:hAnsi="Arial" w:cs="Arial"/>
        </w:rPr>
        <w:t>prigovora</w:t>
      </w:r>
      <w:proofErr w:type="spellEnd"/>
      <w:r w:rsidRPr="00DC58C6">
        <w:rPr>
          <w:rFonts w:ascii="Arial" w:eastAsia="Calibri" w:hAnsi="Arial" w:cs="Arial"/>
        </w:rPr>
        <w:t xml:space="preserve"> </w:t>
      </w:r>
      <w:proofErr w:type="spellStart"/>
      <w:r w:rsidRPr="00DC58C6">
        <w:rPr>
          <w:rFonts w:ascii="Arial" w:eastAsia="Calibri" w:hAnsi="Arial" w:cs="Arial"/>
        </w:rPr>
        <w:t>sve</w:t>
      </w:r>
      <w:proofErr w:type="spellEnd"/>
      <w:r w:rsidRPr="00DC58C6">
        <w:rPr>
          <w:rFonts w:ascii="Arial" w:eastAsia="Calibri" w:hAnsi="Arial" w:cs="Arial"/>
        </w:rPr>
        <w:t xml:space="preserve"> </w:t>
      </w:r>
      <w:proofErr w:type="spellStart"/>
      <w:r w:rsidR="005D48A1" w:rsidRPr="00DC58C6">
        <w:rPr>
          <w:rFonts w:ascii="Arial" w:eastAsia="Calibri" w:hAnsi="Arial" w:cs="Arial"/>
        </w:rPr>
        <w:t>donošenja</w:t>
      </w:r>
      <w:proofErr w:type="spellEnd"/>
      <w:r w:rsidR="005D48A1" w:rsidRPr="00DC58C6">
        <w:rPr>
          <w:rFonts w:ascii="Arial" w:eastAsia="Calibri" w:hAnsi="Arial" w:cs="Arial"/>
        </w:rPr>
        <w:t xml:space="preserve"> </w:t>
      </w:r>
      <w:proofErr w:type="spellStart"/>
      <w:r w:rsidR="005D48A1" w:rsidRPr="00DC58C6">
        <w:rPr>
          <w:rFonts w:ascii="Arial" w:eastAsia="Calibri" w:hAnsi="Arial" w:cs="Arial"/>
        </w:rPr>
        <w:t>odluke</w:t>
      </w:r>
      <w:proofErr w:type="spellEnd"/>
      <w:r w:rsidR="005D48A1" w:rsidRPr="00DC58C6">
        <w:rPr>
          <w:rFonts w:ascii="Arial" w:eastAsia="Calibri" w:hAnsi="Arial" w:cs="Arial"/>
        </w:rPr>
        <w:t xml:space="preserve"> o </w:t>
      </w:r>
      <w:proofErr w:type="spellStart"/>
      <w:r w:rsidR="005D48A1" w:rsidRPr="00DC58C6">
        <w:rPr>
          <w:rFonts w:ascii="Arial" w:eastAsia="Calibri" w:hAnsi="Arial" w:cs="Arial"/>
        </w:rPr>
        <w:t>prigovoru</w:t>
      </w:r>
      <w:proofErr w:type="spellEnd"/>
      <w:r w:rsidR="005D48A1" w:rsidRPr="00DC58C6">
        <w:rPr>
          <w:rFonts w:ascii="Arial" w:eastAsia="Calibri" w:hAnsi="Arial" w:cs="Arial"/>
        </w:rPr>
        <w:t>.</w:t>
      </w:r>
    </w:p>
    <w:p w14:paraId="6156BACB" w14:textId="5E65DBF7" w:rsidR="00A415A0" w:rsidRPr="00DC58C6" w:rsidRDefault="00A415A0" w:rsidP="009C285A">
      <w:pPr>
        <w:spacing w:after="120" w:line="240" w:lineRule="auto"/>
        <w:jc w:val="both"/>
        <w:rPr>
          <w:rFonts w:ascii="Arial" w:eastAsia="Calibri" w:hAnsi="Arial" w:cs="Arial"/>
        </w:rPr>
      </w:pPr>
      <w:r w:rsidRPr="00DC58C6">
        <w:rPr>
          <w:rFonts w:ascii="Arial" w:eastAsia="Calibri" w:hAnsi="Arial" w:cs="Arial"/>
        </w:rPr>
        <w:t>(</w:t>
      </w:r>
      <w:r w:rsidR="005D48A1" w:rsidRPr="00DC58C6">
        <w:rPr>
          <w:rFonts w:ascii="Arial" w:eastAsia="Calibri" w:hAnsi="Arial" w:cs="Arial"/>
        </w:rPr>
        <w:t>2</w:t>
      </w:r>
      <w:r w:rsidRPr="00DC58C6">
        <w:rPr>
          <w:rFonts w:ascii="Arial" w:eastAsia="Calibri" w:hAnsi="Arial" w:cs="Arial"/>
        </w:rPr>
        <w:t xml:space="preserve">) </w:t>
      </w:r>
      <w:proofErr w:type="spellStart"/>
      <w:r w:rsidRPr="00DC58C6">
        <w:rPr>
          <w:rFonts w:ascii="Arial" w:eastAsia="Calibri" w:hAnsi="Arial" w:cs="Arial"/>
        </w:rPr>
        <w:t>Odustanak</w:t>
      </w:r>
      <w:proofErr w:type="spellEnd"/>
      <w:r w:rsidRPr="00DC58C6">
        <w:rPr>
          <w:rFonts w:ascii="Arial" w:eastAsia="Calibri" w:hAnsi="Arial" w:cs="Arial"/>
        </w:rPr>
        <w:t xml:space="preserve"> od </w:t>
      </w:r>
      <w:proofErr w:type="spellStart"/>
      <w:r w:rsidRPr="00DC58C6">
        <w:rPr>
          <w:rFonts w:ascii="Arial" w:eastAsia="Calibri" w:hAnsi="Arial" w:cs="Arial"/>
        </w:rPr>
        <w:t>prigovora</w:t>
      </w:r>
      <w:proofErr w:type="spellEnd"/>
      <w:r w:rsidRPr="00DC58C6">
        <w:rPr>
          <w:rFonts w:ascii="Arial" w:eastAsia="Calibri" w:hAnsi="Arial" w:cs="Arial"/>
        </w:rPr>
        <w:t xml:space="preserve"> ne </w:t>
      </w:r>
      <w:proofErr w:type="spellStart"/>
      <w:r w:rsidRPr="00DC58C6">
        <w:rPr>
          <w:rFonts w:ascii="Arial" w:eastAsia="Calibri" w:hAnsi="Arial" w:cs="Arial"/>
        </w:rPr>
        <w:t>može</w:t>
      </w:r>
      <w:proofErr w:type="spellEnd"/>
      <w:r w:rsidRPr="00DC58C6">
        <w:rPr>
          <w:rFonts w:ascii="Arial" w:eastAsia="Calibri" w:hAnsi="Arial" w:cs="Arial"/>
        </w:rPr>
        <w:t xml:space="preserve"> se </w:t>
      </w:r>
      <w:proofErr w:type="spellStart"/>
      <w:r w:rsidRPr="00DC58C6">
        <w:rPr>
          <w:rFonts w:ascii="Arial" w:eastAsia="Calibri" w:hAnsi="Arial" w:cs="Arial"/>
        </w:rPr>
        <w:t>opozvati</w:t>
      </w:r>
      <w:proofErr w:type="spellEnd"/>
      <w:r w:rsidRPr="00DC58C6">
        <w:rPr>
          <w:rFonts w:ascii="Arial" w:eastAsia="Calibri" w:hAnsi="Arial" w:cs="Arial"/>
        </w:rPr>
        <w:t>.</w:t>
      </w:r>
    </w:p>
    <w:p w14:paraId="4059156D" w14:textId="61B1EC0C" w:rsidR="005D48A1" w:rsidRDefault="00A415A0" w:rsidP="009C285A">
      <w:pPr>
        <w:spacing w:after="120" w:line="240" w:lineRule="auto"/>
        <w:jc w:val="both"/>
        <w:rPr>
          <w:rFonts w:ascii="Arial" w:eastAsia="Calibri" w:hAnsi="Arial" w:cs="Arial"/>
        </w:rPr>
      </w:pPr>
      <w:r w:rsidRPr="00DC58C6">
        <w:rPr>
          <w:rFonts w:ascii="Arial" w:eastAsia="Calibri" w:hAnsi="Arial" w:cs="Arial"/>
        </w:rPr>
        <w:t>(</w:t>
      </w:r>
      <w:r w:rsidR="005D48A1" w:rsidRPr="00DC58C6">
        <w:rPr>
          <w:rFonts w:ascii="Arial" w:eastAsia="Calibri" w:hAnsi="Arial" w:cs="Arial"/>
        </w:rPr>
        <w:t>3</w:t>
      </w:r>
      <w:r w:rsidRPr="00DC58C6">
        <w:rPr>
          <w:rFonts w:ascii="Arial" w:eastAsia="Calibri" w:hAnsi="Arial" w:cs="Arial"/>
        </w:rPr>
        <w:t xml:space="preserve">) </w:t>
      </w:r>
      <w:proofErr w:type="spellStart"/>
      <w:r w:rsidRPr="00DC58C6">
        <w:rPr>
          <w:rFonts w:ascii="Arial" w:eastAsia="Calibri" w:hAnsi="Arial" w:cs="Arial"/>
        </w:rPr>
        <w:t>Ako</w:t>
      </w:r>
      <w:proofErr w:type="spellEnd"/>
      <w:r w:rsidRPr="00DC58C6">
        <w:rPr>
          <w:rFonts w:ascii="Arial" w:eastAsia="Calibri" w:hAnsi="Arial" w:cs="Arial"/>
        </w:rPr>
        <w:t xml:space="preserve"> </w:t>
      </w:r>
      <w:proofErr w:type="spellStart"/>
      <w:r w:rsidRPr="00DC58C6">
        <w:rPr>
          <w:rFonts w:ascii="Arial" w:eastAsia="Calibri" w:hAnsi="Arial" w:cs="Arial"/>
        </w:rPr>
        <w:t>podnositelj</w:t>
      </w:r>
      <w:proofErr w:type="spellEnd"/>
      <w:r w:rsidR="005D48A1" w:rsidRPr="00DC58C6">
        <w:rPr>
          <w:rFonts w:ascii="Arial" w:eastAsia="Calibri" w:hAnsi="Arial" w:cs="Arial"/>
        </w:rPr>
        <w:t xml:space="preserve"> </w:t>
      </w:r>
      <w:proofErr w:type="spellStart"/>
      <w:r w:rsidRPr="00DC58C6">
        <w:rPr>
          <w:rFonts w:ascii="Arial" w:eastAsia="Calibri" w:hAnsi="Arial" w:cs="Arial"/>
        </w:rPr>
        <w:t>odustane</w:t>
      </w:r>
      <w:proofErr w:type="spellEnd"/>
      <w:r w:rsidRPr="00DC58C6">
        <w:rPr>
          <w:rFonts w:ascii="Arial" w:eastAsia="Calibri" w:hAnsi="Arial" w:cs="Arial"/>
        </w:rPr>
        <w:t xml:space="preserve"> od </w:t>
      </w:r>
      <w:proofErr w:type="spellStart"/>
      <w:r w:rsidRPr="00DC58C6">
        <w:rPr>
          <w:rFonts w:ascii="Arial" w:eastAsia="Calibri" w:hAnsi="Arial" w:cs="Arial"/>
        </w:rPr>
        <w:t>prigovora</w:t>
      </w:r>
      <w:proofErr w:type="spellEnd"/>
      <w:r w:rsidRPr="00DC58C6">
        <w:rPr>
          <w:rFonts w:ascii="Arial" w:eastAsia="Calibri" w:hAnsi="Arial" w:cs="Arial"/>
        </w:rPr>
        <w:t xml:space="preserve">, </w:t>
      </w:r>
      <w:proofErr w:type="spellStart"/>
      <w:r w:rsidR="008A096E">
        <w:rPr>
          <w:rFonts w:ascii="Arial" w:eastAsia="Calibri" w:hAnsi="Arial" w:cs="Arial"/>
        </w:rPr>
        <w:t>dekan</w:t>
      </w:r>
      <w:proofErr w:type="spellEnd"/>
      <w:r w:rsidR="005D48A1" w:rsidRPr="00DC58C6">
        <w:rPr>
          <w:rFonts w:ascii="Arial" w:eastAsia="Calibri" w:hAnsi="Arial" w:cs="Arial"/>
        </w:rPr>
        <w:t xml:space="preserve"> </w:t>
      </w:r>
      <w:proofErr w:type="spellStart"/>
      <w:r w:rsidR="005D48A1" w:rsidRPr="00DC58C6">
        <w:rPr>
          <w:rFonts w:ascii="Arial" w:eastAsia="Calibri" w:hAnsi="Arial" w:cs="Arial"/>
        </w:rPr>
        <w:t>donosi</w:t>
      </w:r>
      <w:proofErr w:type="spellEnd"/>
      <w:r w:rsidR="005D48A1" w:rsidRPr="00DC58C6">
        <w:rPr>
          <w:rFonts w:ascii="Arial" w:eastAsia="Calibri" w:hAnsi="Arial" w:cs="Arial"/>
        </w:rPr>
        <w:t xml:space="preserve"> </w:t>
      </w:r>
      <w:proofErr w:type="spellStart"/>
      <w:r w:rsidR="005D48A1" w:rsidRPr="00DC58C6">
        <w:rPr>
          <w:rFonts w:ascii="Arial" w:eastAsia="Calibri" w:hAnsi="Arial" w:cs="Arial"/>
        </w:rPr>
        <w:t>odluku</w:t>
      </w:r>
      <w:proofErr w:type="spellEnd"/>
      <w:r w:rsidR="00272902">
        <w:rPr>
          <w:rFonts w:ascii="Arial" w:eastAsia="Calibri" w:hAnsi="Arial" w:cs="Arial"/>
        </w:rPr>
        <w:t>.</w:t>
      </w:r>
    </w:p>
    <w:p w14:paraId="0090A00E" w14:textId="77777777" w:rsidR="00AC1298" w:rsidRPr="00272902" w:rsidRDefault="00AC1298" w:rsidP="009C285A">
      <w:pPr>
        <w:spacing w:after="120" w:line="240" w:lineRule="auto"/>
        <w:jc w:val="both"/>
        <w:rPr>
          <w:rFonts w:ascii="Arial" w:eastAsia="Calibri" w:hAnsi="Arial" w:cs="Arial"/>
        </w:rPr>
      </w:pPr>
    </w:p>
    <w:p w14:paraId="59F0008D" w14:textId="6751FD62" w:rsidR="00AC1298" w:rsidRPr="00AC1298" w:rsidRDefault="00A415A0" w:rsidP="00AC1298">
      <w:pPr>
        <w:pStyle w:val="Heading1"/>
        <w:spacing w:before="0" w:after="120" w:line="240" w:lineRule="auto"/>
        <w:jc w:val="center"/>
        <w:rPr>
          <w:rFonts w:ascii="Arial" w:eastAsia="Calibri" w:hAnsi="Arial" w:cs="Arial"/>
          <w:bCs w:val="0"/>
          <w:color w:val="auto"/>
          <w:sz w:val="22"/>
          <w:szCs w:val="22"/>
        </w:rPr>
      </w:pPr>
      <w:proofErr w:type="spellStart"/>
      <w:r w:rsidRPr="00DC58C6">
        <w:rPr>
          <w:rFonts w:ascii="Arial" w:eastAsia="Calibri" w:hAnsi="Arial" w:cs="Arial"/>
          <w:bCs w:val="0"/>
          <w:color w:val="auto"/>
          <w:sz w:val="22"/>
          <w:szCs w:val="22"/>
        </w:rPr>
        <w:t>Članak</w:t>
      </w:r>
      <w:proofErr w:type="spellEnd"/>
      <w:r w:rsidRPr="00DC58C6">
        <w:rPr>
          <w:rFonts w:ascii="Arial" w:eastAsia="Calibri" w:hAnsi="Arial" w:cs="Arial"/>
          <w:bCs w:val="0"/>
          <w:color w:val="auto"/>
          <w:sz w:val="22"/>
          <w:szCs w:val="22"/>
        </w:rPr>
        <w:t xml:space="preserve"> 2</w:t>
      </w:r>
      <w:r w:rsidR="004A4BC7" w:rsidRPr="00DC58C6">
        <w:rPr>
          <w:rFonts w:ascii="Arial" w:eastAsia="Calibri" w:hAnsi="Arial" w:cs="Arial"/>
          <w:bCs w:val="0"/>
          <w:color w:val="auto"/>
          <w:sz w:val="22"/>
          <w:szCs w:val="22"/>
        </w:rPr>
        <w:t>7</w:t>
      </w:r>
      <w:r w:rsidRPr="00DC58C6">
        <w:rPr>
          <w:rFonts w:ascii="Arial" w:eastAsia="Calibri" w:hAnsi="Arial" w:cs="Arial"/>
          <w:bCs w:val="0"/>
          <w:color w:val="auto"/>
          <w:sz w:val="22"/>
          <w:szCs w:val="22"/>
        </w:rPr>
        <w:t>.</w:t>
      </w:r>
    </w:p>
    <w:p w14:paraId="38FB1DE2" w14:textId="1058FB5B" w:rsidR="009F6EDB" w:rsidRPr="009F6EDB" w:rsidRDefault="008A096E" w:rsidP="009F6EDB">
      <w:pPr>
        <w:pStyle w:val="ListParagraph"/>
        <w:numPr>
          <w:ilvl w:val="0"/>
          <w:numId w:val="19"/>
        </w:numPr>
        <w:spacing w:after="120" w:line="240" w:lineRule="auto"/>
        <w:jc w:val="both"/>
        <w:rPr>
          <w:rFonts w:ascii="Arial" w:eastAsia="Calibri" w:hAnsi="Arial" w:cs="Arial"/>
        </w:rPr>
      </w:pPr>
      <w:proofErr w:type="spellStart"/>
      <w:r w:rsidRPr="009F6EDB">
        <w:rPr>
          <w:rFonts w:ascii="Arial" w:eastAsia="Calibri" w:hAnsi="Arial" w:cs="Arial"/>
        </w:rPr>
        <w:t>Dekan</w:t>
      </w:r>
      <w:proofErr w:type="spellEnd"/>
      <w:r w:rsidR="00A415A0" w:rsidRPr="009F6EDB">
        <w:rPr>
          <w:rFonts w:ascii="Arial" w:eastAsia="Calibri" w:hAnsi="Arial" w:cs="Arial"/>
        </w:rPr>
        <w:t xml:space="preserve"> u </w:t>
      </w:r>
      <w:proofErr w:type="spellStart"/>
      <w:r w:rsidR="00A415A0" w:rsidRPr="009F6EDB">
        <w:rPr>
          <w:rFonts w:ascii="Arial" w:eastAsia="Calibri" w:hAnsi="Arial" w:cs="Arial"/>
        </w:rPr>
        <w:t>postupku</w:t>
      </w:r>
      <w:proofErr w:type="spellEnd"/>
      <w:r w:rsidR="00A415A0" w:rsidRPr="009F6EDB">
        <w:rPr>
          <w:rFonts w:ascii="Arial" w:eastAsia="Calibri" w:hAnsi="Arial" w:cs="Arial"/>
        </w:rPr>
        <w:t xml:space="preserve"> </w:t>
      </w:r>
      <w:proofErr w:type="spellStart"/>
      <w:r w:rsidR="00A415A0" w:rsidRPr="009F6EDB">
        <w:rPr>
          <w:rFonts w:ascii="Arial" w:eastAsia="Calibri" w:hAnsi="Arial" w:cs="Arial"/>
        </w:rPr>
        <w:t>po</w:t>
      </w:r>
      <w:r w:rsidR="00272902" w:rsidRPr="009F6EDB">
        <w:rPr>
          <w:rFonts w:ascii="Arial" w:eastAsia="Calibri" w:hAnsi="Arial" w:cs="Arial"/>
        </w:rPr>
        <w:t>vodom</w:t>
      </w:r>
      <w:proofErr w:type="spellEnd"/>
      <w:r w:rsidR="00272902" w:rsidRPr="009F6EDB">
        <w:rPr>
          <w:rFonts w:ascii="Arial" w:eastAsia="Calibri" w:hAnsi="Arial" w:cs="Arial"/>
        </w:rPr>
        <w:t xml:space="preserve"> </w:t>
      </w:r>
      <w:proofErr w:type="spellStart"/>
      <w:r w:rsidR="00272902" w:rsidRPr="009F6EDB">
        <w:rPr>
          <w:rFonts w:ascii="Arial" w:eastAsia="Calibri" w:hAnsi="Arial" w:cs="Arial"/>
        </w:rPr>
        <w:t>podnesenog</w:t>
      </w:r>
      <w:proofErr w:type="spellEnd"/>
      <w:r w:rsidR="00A415A0" w:rsidRPr="009F6EDB">
        <w:rPr>
          <w:rFonts w:ascii="Arial" w:eastAsia="Calibri" w:hAnsi="Arial" w:cs="Arial"/>
        </w:rPr>
        <w:t xml:space="preserve"> </w:t>
      </w:r>
      <w:proofErr w:type="spellStart"/>
      <w:r w:rsidR="00A415A0" w:rsidRPr="009F6EDB">
        <w:rPr>
          <w:rFonts w:ascii="Arial" w:eastAsia="Calibri" w:hAnsi="Arial" w:cs="Arial"/>
        </w:rPr>
        <w:t>prigovor</w:t>
      </w:r>
      <w:r w:rsidR="00272902" w:rsidRPr="009F6EDB">
        <w:rPr>
          <w:rFonts w:ascii="Arial" w:eastAsia="Calibri" w:hAnsi="Arial" w:cs="Arial"/>
        </w:rPr>
        <w:t>a</w:t>
      </w:r>
      <w:proofErr w:type="spellEnd"/>
      <w:r w:rsidR="00A415A0" w:rsidRPr="009F6EDB">
        <w:rPr>
          <w:rFonts w:ascii="Arial" w:eastAsia="Calibri" w:hAnsi="Arial" w:cs="Arial"/>
        </w:rPr>
        <w:t xml:space="preserve"> </w:t>
      </w:r>
      <w:proofErr w:type="spellStart"/>
      <w:r w:rsidR="00A415A0" w:rsidRPr="009F6EDB">
        <w:rPr>
          <w:rFonts w:ascii="Arial" w:eastAsia="Calibri" w:hAnsi="Arial" w:cs="Arial"/>
        </w:rPr>
        <w:t>može</w:t>
      </w:r>
      <w:proofErr w:type="spellEnd"/>
      <w:r w:rsidR="00A415A0" w:rsidRPr="009F6EDB">
        <w:rPr>
          <w:rFonts w:ascii="Arial" w:eastAsia="Calibri" w:hAnsi="Arial" w:cs="Arial"/>
        </w:rPr>
        <w:t>:</w:t>
      </w:r>
    </w:p>
    <w:p w14:paraId="66FA45B1" w14:textId="65178275" w:rsidR="00A415A0" w:rsidRPr="00DC58C6" w:rsidRDefault="00A415A0" w:rsidP="009F6EDB">
      <w:pPr>
        <w:spacing w:after="120" w:line="240" w:lineRule="auto"/>
        <w:jc w:val="both"/>
        <w:rPr>
          <w:rFonts w:ascii="Arial" w:hAnsi="Arial" w:cs="Arial"/>
        </w:rPr>
      </w:pPr>
      <w:r w:rsidRPr="00DC58C6">
        <w:rPr>
          <w:rFonts w:ascii="Arial" w:eastAsia="Calibri" w:hAnsi="Arial" w:cs="Arial"/>
        </w:rPr>
        <w:t xml:space="preserve">1. </w:t>
      </w:r>
      <w:proofErr w:type="spellStart"/>
      <w:r w:rsidRPr="00DC58C6">
        <w:rPr>
          <w:rFonts w:ascii="Arial" w:eastAsia="Calibri" w:hAnsi="Arial" w:cs="Arial"/>
        </w:rPr>
        <w:t>obustaviti</w:t>
      </w:r>
      <w:proofErr w:type="spellEnd"/>
      <w:r w:rsidRPr="00DC58C6">
        <w:rPr>
          <w:rFonts w:ascii="Arial" w:eastAsia="Calibri" w:hAnsi="Arial" w:cs="Arial"/>
        </w:rPr>
        <w:t xml:space="preserve"> </w:t>
      </w:r>
      <w:proofErr w:type="spellStart"/>
      <w:r w:rsidRPr="00DC58C6">
        <w:rPr>
          <w:rFonts w:ascii="Arial" w:eastAsia="Calibri" w:hAnsi="Arial" w:cs="Arial"/>
        </w:rPr>
        <w:t>postupak</w:t>
      </w:r>
      <w:proofErr w:type="spellEnd"/>
      <w:r w:rsidR="009F6EDB">
        <w:rPr>
          <w:rFonts w:ascii="Arial" w:hAnsi="Arial" w:cs="Arial"/>
        </w:rPr>
        <w:t>;</w:t>
      </w:r>
    </w:p>
    <w:p w14:paraId="2A50721E" w14:textId="36D4F0C1" w:rsidR="00A415A0" w:rsidRPr="00DC58C6" w:rsidRDefault="00A415A0" w:rsidP="009F6EDB">
      <w:pPr>
        <w:spacing w:after="120" w:line="240" w:lineRule="auto"/>
        <w:jc w:val="both"/>
        <w:rPr>
          <w:rFonts w:ascii="Arial" w:hAnsi="Arial" w:cs="Arial"/>
        </w:rPr>
      </w:pPr>
      <w:r w:rsidRPr="00DC58C6">
        <w:rPr>
          <w:rFonts w:ascii="Arial" w:eastAsia="Calibri" w:hAnsi="Arial" w:cs="Arial"/>
        </w:rPr>
        <w:t xml:space="preserve">2. </w:t>
      </w:r>
      <w:proofErr w:type="spellStart"/>
      <w:r w:rsidRPr="00DC58C6">
        <w:rPr>
          <w:rFonts w:ascii="Arial" w:eastAsia="Calibri" w:hAnsi="Arial" w:cs="Arial"/>
        </w:rPr>
        <w:t>odbaciti</w:t>
      </w:r>
      <w:proofErr w:type="spellEnd"/>
      <w:r w:rsidRPr="00DC58C6">
        <w:rPr>
          <w:rFonts w:ascii="Arial" w:eastAsia="Calibri" w:hAnsi="Arial" w:cs="Arial"/>
        </w:rPr>
        <w:t xml:space="preserve"> </w:t>
      </w:r>
      <w:proofErr w:type="spellStart"/>
      <w:r w:rsidRPr="00DC58C6">
        <w:rPr>
          <w:rFonts w:ascii="Arial" w:eastAsia="Calibri" w:hAnsi="Arial" w:cs="Arial"/>
        </w:rPr>
        <w:t>prigovor</w:t>
      </w:r>
      <w:proofErr w:type="spellEnd"/>
      <w:r w:rsidRPr="00DC58C6">
        <w:rPr>
          <w:rFonts w:ascii="Arial" w:eastAsia="Calibri" w:hAnsi="Arial" w:cs="Arial"/>
        </w:rPr>
        <w:t xml:space="preserve"> </w:t>
      </w:r>
      <w:proofErr w:type="spellStart"/>
      <w:r w:rsidRPr="00DC58C6">
        <w:rPr>
          <w:rFonts w:ascii="Arial" w:eastAsia="Calibri" w:hAnsi="Arial" w:cs="Arial"/>
        </w:rPr>
        <w:t>zbog</w:t>
      </w:r>
      <w:proofErr w:type="spellEnd"/>
      <w:r w:rsidRPr="00DC58C6">
        <w:rPr>
          <w:rFonts w:ascii="Arial" w:eastAsia="Calibri" w:hAnsi="Arial" w:cs="Arial"/>
        </w:rPr>
        <w:t xml:space="preserve"> </w:t>
      </w:r>
      <w:proofErr w:type="spellStart"/>
      <w:r w:rsidRPr="00DC58C6">
        <w:rPr>
          <w:rFonts w:ascii="Arial" w:eastAsia="Calibri" w:hAnsi="Arial" w:cs="Arial"/>
        </w:rPr>
        <w:t>nedopuštenosti</w:t>
      </w:r>
      <w:proofErr w:type="spellEnd"/>
      <w:r w:rsidRPr="00DC58C6">
        <w:rPr>
          <w:rFonts w:ascii="Arial" w:eastAsia="Calibri" w:hAnsi="Arial" w:cs="Arial"/>
        </w:rPr>
        <w:t xml:space="preserve">, </w:t>
      </w:r>
      <w:proofErr w:type="spellStart"/>
      <w:r w:rsidRPr="00DC58C6">
        <w:rPr>
          <w:rFonts w:ascii="Arial" w:eastAsia="Calibri" w:hAnsi="Arial" w:cs="Arial"/>
        </w:rPr>
        <w:t>nepravodobnosti</w:t>
      </w:r>
      <w:proofErr w:type="spellEnd"/>
      <w:r w:rsidRPr="00DC58C6">
        <w:rPr>
          <w:rFonts w:ascii="Arial" w:eastAsia="Calibri" w:hAnsi="Arial" w:cs="Arial"/>
        </w:rPr>
        <w:t xml:space="preserve">, </w:t>
      </w:r>
      <w:proofErr w:type="spellStart"/>
      <w:r w:rsidRPr="00DC58C6">
        <w:rPr>
          <w:rFonts w:ascii="Arial" w:eastAsia="Calibri" w:hAnsi="Arial" w:cs="Arial"/>
        </w:rPr>
        <w:t>nedostatka</w:t>
      </w:r>
      <w:proofErr w:type="spellEnd"/>
      <w:r w:rsidRPr="00DC58C6">
        <w:rPr>
          <w:rFonts w:ascii="Arial" w:eastAsia="Calibri" w:hAnsi="Arial" w:cs="Arial"/>
        </w:rPr>
        <w:t xml:space="preserve"> </w:t>
      </w:r>
      <w:proofErr w:type="spellStart"/>
      <w:r w:rsidRPr="00DC58C6">
        <w:rPr>
          <w:rFonts w:ascii="Arial" w:eastAsia="Calibri" w:hAnsi="Arial" w:cs="Arial"/>
        </w:rPr>
        <w:t>pravnog</w:t>
      </w:r>
      <w:proofErr w:type="spellEnd"/>
      <w:r w:rsidRPr="00DC58C6">
        <w:rPr>
          <w:rFonts w:ascii="Arial" w:eastAsia="Calibri" w:hAnsi="Arial" w:cs="Arial"/>
        </w:rPr>
        <w:t xml:space="preserve"> </w:t>
      </w:r>
      <w:proofErr w:type="spellStart"/>
      <w:r w:rsidRPr="00DC58C6">
        <w:rPr>
          <w:rFonts w:ascii="Arial" w:eastAsia="Calibri" w:hAnsi="Arial" w:cs="Arial"/>
        </w:rPr>
        <w:t>interesa</w:t>
      </w:r>
      <w:proofErr w:type="spellEnd"/>
      <w:r w:rsidRPr="00DC58C6">
        <w:rPr>
          <w:rFonts w:ascii="Arial" w:eastAsia="Calibri" w:hAnsi="Arial" w:cs="Arial"/>
        </w:rPr>
        <w:t xml:space="preserve"> i </w:t>
      </w:r>
      <w:proofErr w:type="spellStart"/>
      <w:r w:rsidRPr="00DC58C6">
        <w:rPr>
          <w:rFonts w:ascii="Arial" w:eastAsia="Calibri" w:hAnsi="Arial" w:cs="Arial"/>
        </w:rPr>
        <w:t>zbog</w:t>
      </w:r>
      <w:proofErr w:type="spellEnd"/>
      <w:r w:rsidRPr="00DC58C6">
        <w:rPr>
          <w:rFonts w:ascii="Arial" w:eastAsia="Calibri" w:hAnsi="Arial" w:cs="Arial"/>
        </w:rPr>
        <w:t xml:space="preserve"> toga </w:t>
      </w:r>
      <w:proofErr w:type="spellStart"/>
      <w:r w:rsidRPr="00DC58C6">
        <w:rPr>
          <w:rFonts w:ascii="Arial" w:eastAsia="Calibri" w:hAnsi="Arial" w:cs="Arial"/>
        </w:rPr>
        <w:t>što</w:t>
      </w:r>
      <w:proofErr w:type="spellEnd"/>
      <w:r w:rsidRPr="00DC58C6">
        <w:rPr>
          <w:rFonts w:ascii="Arial" w:eastAsia="Calibri" w:hAnsi="Arial" w:cs="Arial"/>
        </w:rPr>
        <w:t xml:space="preserve"> je </w:t>
      </w:r>
      <w:proofErr w:type="spellStart"/>
      <w:r w:rsidRPr="00DC58C6">
        <w:rPr>
          <w:rFonts w:ascii="Arial" w:eastAsia="Calibri" w:hAnsi="Arial" w:cs="Arial"/>
        </w:rPr>
        <w:t>izjavljen</w:t>
      </w:r>
      <w:proofErr w:type="spellEnd"/>
      <w:r w:rsidRPr="00DC58C6">
        <w:rPr>
          <w:rFonts w:ascii="Arial" w:eastAsia="Calibri" w:hAnsi="Arial" w:cs="Arial"/>
        </w:rPr>
        <w:t xml:space="preserve"> od </w:t>
      </w:r>
      <w:proofErr w:type="spellStart"/>
      <w:r w:rsidRPr="00DC58C6">
        <w:rPr>
          <w:rFonts w:ascii="Arial" w:eastAsia="Calibri" w:hAnsi="Arial" w:cs="Arial"/>
        </w:rPr>
        <w:t>neovlaštene</w:t>
      </w:r>
      <w:proofErr w:type="spellEnd"/>
      <w:r w:rsidRPr="00DC58C6">
        <w:rPr>
          <w:rFonts w:ascii="Arial" w:eastAsia="Calibri" w:hAnsi="Arial" w:cs="Arial"/>
        </w:rPr>
        <w:t xml:space="preserve"> </w:t>
      </w:r>
      <w:proofErr w:type="spellStart"/>
      <w:r w:rsidRPr="00DC58C6">
        <w:rPr>
          <w:rFonts w:ascii="Arial" w:eastAsia="Calibri" w:hAnsi="Arial" w:cs="Arial"/>
        </w:rPr>
        <w:t>osobe</w:t>
      </w:r>
      <w:proofErr w:type="spellEnd"/>
      <w:r w:rsidR="008B6545">
        <w:rPr>
          <w:rFonts w:ascii="Arial" w:hAnsi="Arial" w:cs="Arial"/>
        </w:rPr>
        <w:t>;</w:t>
      </w:r>
    </w:p>
    <w:p w14:paraId="6B36A211" w14:textId="7E9CC06E" w:rsidR="00A415A0" w:rsidRPr="00DC58C6" w:rsidRDefault="00A415A0" w:rsidP="009F6EDB">
      <w:pPr>
        <w:spacing w:after="120" w:line="240" w:lineRule="auto"/>
        <w:jc w:val="both"/>
        <w:rPr>
          <w:rFonts w:ascii="Arial" w:hAnsi="Arial" w:cs="Arial"/>
        </w:rPr>
      </w:pPr>
      <w:r w:rsidRPr="00DC58C6">
        <w:rPr>
          <w:rFonts w:ascii="Arial" w:eastAsia="Calibri" w:hAnsi="Arial" w:cs="Arial"/>
        </w:rPr>
        <w:t xml:space="preserve">3. </w:t>
      </w:r>
      <w:proofErr w:type="spellStart"/>
      <w:r w:rsidRPr="00DC58C6">
        <w:rPr>
          <w:rFonts w:ascii="Arial" w:eastAsia="Calibri" w:hAnsi="Arial" w:cs="Arial"/>
        </w:rPr>
        <w:t>odbiti</w:t>
      </w:r>
      <w:proofErr w:type="spellEnd"/>
      <w:r w:rsidRPr="00DC58C6">
        <w:rPr>
          <w:rFonts w:ascii="Arial" w:eastAsia="Calibri" w:hAnsi="Arial" w:cs="Arial"/>
        </w:rPr>
        <w:t xml:space="preserve"> </w:t>
      </w:r>
      <w:proofErr w:type="spellStart"/>
      <w:r w:rsidRPr="00DC58C6">
        <w:rPr>
          <w:rFonts w:ascii="Arial" w:eastAsia="Calibri" w:hAnsi="Arial" w:cs="Arial"/>
        </w:rPr>
        <w:t>prigovor</w:t>
      </w:r>
      <w:proofErr w:type="spellEnd"/>
      <w:r w:rsidR="009F6EDB">
        <w:rPr>
          <w:rFonts w:ascii="Arial" w:eastAsia="Calibri" w:hAnsi="Arial" w:cs="Arial"/>
        </w:rPr>
        <w:t>;</w:t>
      </w:r>
    </w:p>
    <w:p w14:paraId="1CEEC104" w14:textId="6FE66A28" w:rsidR="009C285A" w:rsidRPr="009F6EDB" w:rsidRDefault="00A415A0" w:rsidP="009F6EDB">
      <w:pPr>
        <w:spacing w:after="120" w:line="240" w:lineRule="auto"/>
        <w:jc w:val="both"/>
        <w:rPr>
          <w:rFonts w:ascii="Arial" w:eastAsia="Calibri" w:hAnsi="Arial" w:cs="Arial"/>
        </w:rPr>
      </w:pPr>
      <w:r w:rsidRPr="00DC58C6">
        <w:rPr>
          <w:rFonts w:ascii="Arial" w:eastAsia="Calibri" w:hAnsi="Arial" w:cs="Arial"/>
        </w:rPr>
        <w:t xml:space="preserve">4. </w:t>
      </w:r>
      <w:proofErr w:type="spellStart"/>
      <w:r w:rsidRPr="00DC58C6">
        <w:rPr>
          <w:rFonts w:ascii="Arial" w:eastAsia="Calibri" w:hAnsi="Arial" w:cs="Arial"/>
        </w:rPr>
        <w:t>usvojiti</w:t>
      </w:r>
      <w:proofErr w:type="spellEnd"/>
      <w:r w:rsidRPr="00DC58C6">
        <w:rPr>
          <w:rFonts w:ascii="Arial" w:eastAsia="Calibri" w:hAnsi="Arial" w:cs="Arial"/>
        </w:rPr>
        <w:t xml:space="preserve"> </w:t>
      </w:r>
      <w:proofErr w:type="spellStart"/>
      <w:r w:rsidRPr="00DC58C6">
        <w:rPr>
          <w:rFonts w:ascii="Arial" w:eastAsia="Calibri" w:hAnsi="Arial" w:cs="Arial"/>
        </w:rPr>
        <w:t>prigovor</w:t>
      </w:r>
      <w:proofErr w:type="spellEnd"/>
      <w:r w:rsidRPr="00DC58C6">
        <w:rPr>
          <w:rFonts w:ascii="Arial" w:eastAsia="Calibri" w:hAnsi="Arial" w:cs="Arial"/>
        </w:rPr>
        <w:t xml:space="preserve"> </w:t>
      </w:r>
      <w:proofErr w:type="spellStart"/>
      <w:r w:rsidRPr="00DC58C6">
        <w:rPr>
          <w:rFonts w:ascii="Arial" w:eastAsia="Calibri" w:hAnsi="Arial" w:cs="Arial"/>
        </w:rPr>
        <w:t>te</w:t>
      </w:r>
      <w:proofErr w:type="spellEnd"/>
      <w:r w:rsidRPr="00DC58C6">
        <w:rPr>
          <w:rFonts w:ascii="Arial" w:eastAsia="Calibri" w:hAnsi="Arial" w:cs="Arial"/>
        </w:rPr>
        <w:t xml:space="preserve"> </w:t>
      </w:r>
      <w:proofErr w:type="spellStart"/>
      <w:r w:rsidRPr="00DC58C6">
        <w:rPr>
          <w:rFonts w:ascii="Arial" w:eastAsia="Calibri" w:hAnsi="Arial" w:cs="Arial"/>
        </w:rPr>
        <w:t>poništiti</w:t>
      </w:r>
      <w:proofErr w:type="spellEnd"/>
      <w:r w:rsidRPr="00DC58C6">
        <w:rPr>
          <w:rFonts w:ascii="Arial" w:eastAsia="Calibri" w:hAnsi="Arial" w:cs="Arial"/>
        </w:rPr>
        <w:t xml:space="preserve"> </w:t>
      </w:r>
      <w:proofErr w:type="spellStart"/>
      <w:r w:rsidRPr="00DC58C6">
        <w:rPr>
          <w:rFonts w:ascii="Arial" w:eastAsia="Calibri" w:hAnsi="Arial" w:cs="Arial"/>
        </w:rPr>
        <w:t>odluku</w:t>
      </w:r>
      <w:proofErr w:type="spellEnd"/>
      <w:r w:rsidRPr="00DC58C6">
        <w:rPr>
          <w:rFonts w:ascii="Arial" w:eastAsia="Calibri" w:hAnsi="Arial" w:cs="Arial"/>
        </w:rPr>
        <w:t xml:space="preserve"> </w:t>
      </w:r>
      <w:proofErr w:type="spellStart"/>
      <w:r w:rsidRPr="00DC58C6">
        <w:rPr>
          <w:rFonts w:ascii="Arial" w:eastAsia="Calibri" w:hAnsi="Arial" w:cs="Arial"/>
        </w:rPr>
        <w:t>ili</w:t>
      </w:r>
      <w:proofErr w:type="spellEnd"/>
      <w:r w:rsidRPr="00DC58C6">
        <w:rPr>
          <w:rFonts w:ascii="Arial" w:eastAsia="Calibri" w:hAnsi="Arial" w:cs="Arial"/>
        </w:rPr>
        <w:t xml:space="preserve"> </w:t>
      </w:r>
      <w:proofErr w:type="spellStart"/>
      <w:r w:rsidRPr="00DC58C6">
        <w:rPr>
          <w:rFonts w:ascii="Arial" w:eastAsia="Calibri" w:hAnsi="Arial" w:cs="Arial"/>
        </w:rPr>
        <w:t>postupak</w:t>
      </w:r>
      <w:proofErr w:type="spellEnd"/>
      <w:r w:rsidRPr="00DC58C6">
        <w:rPr>
          <w:rFonts w:ascii="Arial" w:hAnsi="Arial" w:cs="Arial"/>
        </w:rPr>
        <w:t>.</w:t>
      </w:r>
      <w:r w:rsidRPr="00DC58C6">
        <w:rPr>
          <w:rFonts w:ascii="Arial" w:eastAsia="Calibri" w:hAnsi="Arial" w:cs="Arial"/>
        </w:rPr>
        <w:t xml:space="preserve"> </w:t>
      </w:r>
    </w:p>
    <w:p w14:paraId="660B60EE" w14:textId="2957C24C" w:rsidR="009C285A" w:rsidRPr="00DC58C6" w:rsidRDefault="00A415A0" w:rsidP="009F6EDB">
      <w:pPr>
        <w:spacing w:after="120" w:line="240" w:lineRule="auto"/>
        <w:jc w:val="both"/>
        <w:rPr>
          <w:rFonts w:ascii="Arial" w:eastAsia="Calibri" w:hAnsi="Arial" w:cs="Arial"/>
        </w:rPr>
      </w:pPr>
      <w:r w:rsidRPr="00DC58C6">
        <w:rPr>
          <w:rFonts w:ascii="Arial" w:eastAsia="Calibri" w:hAnsi="Arial" w:cs="Arial"/>
        </w:rPr>
        <w:t xml:space="preserve">(2) </w:t>
      </w:r>
      <w:proofErr w:type="spellStart"/>
      <w:r w:rsidRPr="00DC58C6">
        <w:rPr>
          <w:rFonts w:ascii="Arial" w:eastAsia="Calibri" w:hAnsi="Arial" w:cs="Arial"/>
        </w:rPr>
        <w:t>Odluka</w:t>
      </w:r>
      <w:proofErr w:type="spellEnd"/>
      <w:r w:rsidRPr="00DC58C6">
        <w:rPr>
          <w:rFonts w:ascii="Arial" w:eastAsia="Calibri" w:hAnsi="Arial" w:cs="Arial"/>
        </w:rPr>
        <w:t xml:space="preserve"> o </w:t>
      </w:r>
      <w:proofErr w:type="spellStart"/>
      <w:r w:rsidRPr="00DC58C6">
        <w:rPr>
          <w:rFonts w:ascii="Arial" w:eastAsia="Calibri" w:hAnsi="Arial" w:cs="Arial"/>
        </w:rPr>
        <w:t>prigovoru</w:t>
      </w:r>
      <w:proofErr w:type="spellEnd"/>
      <w:r w:rsidRPr="00DC58C6">
        <w:rPr>
          <w:rFonts w:ascii="Arial" w:eastAsia="Calibri" w:hAnsi="Arial" w:cs="Arial"/>
        </w:rPr>
        <w:t xml:space="preserve"> mora </w:t>
      </w:r>
      <w:proofErr w:type="spellStart"/>
      <w:r w:rsidRPr="00DC58C6">
        <w:rPr>
          <w:rFonts w:ascii="Arial" w:eastAsia="Calibri" w:hAnsi="Arial" w:cs="Arial"/>
        </w:rPr>
        <w:t>biti</w:t>
      </w:r>
      <w:proofErr w:type="spellEnd"/>
      <w:r w:rsidRPr="00DC58C6">
        <w:rPr>
          <w:rFonts w:ascii="Arial" w:eastAsia="Calibri" w:hAnsi="Arial" w:cs="Arial"/>
        </w:rPr>
        <w:t xml:space="preserve"> </w:t>
      </w:r>
      <w:proofErr w:type="spellStart"/>
      <w:r w:rsidRPr="00DC58C6">
        <w:rPr>
          <w:rFonts w:ascii="Arial" w:eastAsia="Calibri" w:hAnsi="Arial" w:cs="Arial"/>
        </w:rPr>
        <w:t>obrazložena</w:t>
      </w:r>
      <w:proofErr w:type="spellEnd"/>
      <w:r w:rsidRPr="00DC58C6">
        <w:rPr>
          <w:rFonts w:ascii="Arial" w:eastAsia="Calibri" w:hAnsi="Arial" w:cs="Arial"/>
        </w:rPr>
        <w:t xml:space="preserve">. </w:t>
      </w:r>
    </w:p>
    <w:p w14:paraId="01BD47FA" w14:textId="758375CB" w:rsidR="00434525" w:rsidRPr="00434525" w:rsidRDefault="00A415A0" w:rsidP="00434525">
      <w:pPr>
        <w:spacing w:after="120" w:line="240" w:lineRule="auto"/>
        <w:jc w:val="both"/>
        <w:rPr>
          <w:rFonts w:ascii="Arial" w:eastAsia="Calibri" w:hAnsi="Arial" w:cs="Arial"/>
        </w:rPr>
      </w:pPr>
      <w:r w:rsidRPr="00DC58C6">
        <w:rPr>
          <w:rFonts w:ascii="Arial" w:eastAsia="Calibri" w:hAnsi="Arial" w:cs="Arial"/>
        </w:rPr>
        <w:lastRenderedPageBreak/>
        <w:t xml:space="preserve">(3) </w:t>
      </w:r>
      <w:proofErr w:type="spellStart"/>
      <w:r w:rsidR="00434525" w:rsidRPr="00434525">
        <w:rPr>
          <w:rFonts w:ascii="Arial" w:eastAsia="Calibri" w:hAnsi="Arial" w:cs="Arial"/>
        </w:rPr>
        <w:t>Prigovor</w:t>
      </w:r>
      <w:proofErr w:type="spellEnd"/>
      <w:r w:rsidR="00434525" w:rsidRPr="00434525">
        <w:rPr>
          <w:rFonts w:ascii="Arial" w:eastAsia="Calibri" w:hAnsi="Arial" w:cs="Arial"/>
        </w:rPr>
        <w:t xml:space="preserve"> se ne </w:t>
      </w:r>
      <w:proofErr w:type="spellStart"/>
      <w:r w:rsidR="00434525" w:rsidRPr="00434525">
        <w:rPr>
          <w:rFonts w:ascii="Arial" w:eastAsia="Calibri" w:hAnsi="Arial" w:cs="Arial"/>
        </w:rPr>
        <w:t>može</w:t>
      </w:r>
      <w:proofErr w:type="spellEnd"/>
      <w:r w:rsidR="00434525" w:rsidRPr="00434525">
        <w:rPr>
          <w:rFonts w:ascii="Arial" w:eastAsia="Calibri" w:hAnsi="Arial" w:cs="Arial"/>
        </w:rPr>
        <w:t xml:space="preserve"> </w:t>
      </w:r>
      <w:proofErr w:type="spellStart"/>
      <w:r w:rsidR="00434525" w:rsidRPr="00434525">
        <w:rPr>
          <w:rFonts w:ascii="Arial" w:eastAsia="Calibri" w:hAnsi="Arial" w:cs="Arial"/>
        </w:rPr>
        <w:t>izjaviti</w:t>
      </w:r>
      <w:proofErr w:type="spellEnd"/>
      <w:r w:rsidR="00434525" w:rsidRPr="00434525">
        <w:rPr>
          <w:rFonts w:ascii="Arial" w:eastAsia="Calibri" w:hAnsi="Arial" w:cs="Arial"/>
        </w:rPr>
        <w:t xml:space="preserve"> </w:t>
      </w:r>
      <w:proofErr w:type="spellStart"/>
      <w:r w:rsidR="00434525" w:rsidRPr="00434525">
        <w:rPr>
          <w:rFonts w:ascii="Arial" w:eastAsia="Calibri" w:hAnsi="Arial" w:cs="Arial"/>
        </w:rPr>
        <w:t>nakon</w:t>
      </w:r>
      <w:proofErr w:type="spellEnd"/>
      <w:r w:rsidR="00434525" w:rsidRPr="00434525">
        <w:rPr>
          <w:rFonts w:ascii="Arial" w:eastAsia="Calibri" w:hAnsi="Arial" w:cs="Arial"/>
        </w:rPr>
        <w:t xml:space="preserve"> </w:t>
      </w:r>
      <w:proofErr w:type="spellStart"/>
      <w:r w:rsidR="00434525" w:rsidRPr="00434525">
        <w:rPr>
          <w:rFonts w:ascii="Arial" w:eastAsia="Calibri" w:hAnsi="Arial" w:cs="Arial"/>
        </w:rPr>
        <w:t>što</w:t>
      </w:r>
      <w:proofErr w:type="spellEnd"/>
      <w:r w:rsidR="00434525" w:rsidRPr="00434525">
        <w:rPr>
          <w:rFonts w:ascii="Arial" w:eastAsia="Calibri" w:hAnsi="Arial" w:cs="Arial"/>
        </w:rPr>
        <w:t xml:space="preserve"> je </w:t>
      </w:r>
      <w:proofErr w:type="spellStart"/>
      <w:r w:rsidR="00434525" w:rsidRPr="00434525">
        <w:rPr>
          <w:rFonts w:ascii="Arial" w:eastAsia="Calibri" w:hAnsi="Arial" w:cs="Arial"/>
        </w:rPr>
        <w:t>ugovor</w:t>
      </w:r>
      <w:proofErr w:type="spellEnd"/>
      <w:r w:rsidR="00434525" w:rsidRPr="00434525">
        <w:rPr>
          <w:rFonts w:ascii="Arial" w:eastAsia="Calibri" w:hAnsi="Arial" w:cs="Arial"/>
        </w:rPr>
        <w:t xml:space="preserve"> o </w:t>
      </w:r>
      <w:proofErr w:type="spellStart"/>
      <w:r w:rsidR="00434525" w:rsidRPr="00434525">
        <w:rPr>
          <w:rFonts w:ascii="Arial" w:eastAsia="Calibri" w:hAnsi="Arial" w:cs="Arial"/>
        </w:rPr>
        <w:t>jednostavnoj</w:t>
      </w:r>
      <w:proofErr w:type="spellEnd"/>
      <w:r w:rsidR="00434525" w:rsidRPr="00434525">
        <w:rPr>
          <w:rFonts w:ascii="Arial" w:eastAsia="Calibri" w:hAnsi="Arial" w:cs="Arial"/>
        </w:rPr>
        <w:t xml:space="preserve"> </w:t>
      </w:r>
      <w:proofErr w:type="spellStart"/>
      <w:r w:rsidR="00434525" w:rsidRPr="00434525">
        <w:rPr>
          <w:rFonts w:ascii="Arial" w:eastAsia="Calibri" w:hAnsi="Arial" w:cs="Arial"/>
        </w:rPr>
        <w:t>nabavi</w:t>
      </w:r>
      <w:proofErr w:type="spellEnd"/>
      <w:r w:rsidR="00434525" w:rsidRPr="00434525">
        <w:rPr>
          <w:rFonts w:ascii="Arial" w:eastAsia="Calibri" w:hAnsi="Arial" w:cs="Arial"/>
        </w:rPr>
        <w:t xml:space="preserve"> </w:t>
      </w:r>
      <w:proofErr w:type="spellStart"/>
      <w:r w:rsidR="00434525" w:rsidRPr="00434525">
        <w:rPr>
          <w:rFonts w:ascii="Arial" w:eastAsia="Calibri" w:hAnsi="Arial" w:cs="Arial"/>
        </w:rPr>
        <w:t>sklopljen</w:t>
      </w:r>
      <w:proofErr w:type="spellEnd"/>
      <w:r w:rsidR="00434525" w:rsidRPr="00434525">
        <w:rPr>
          <w:rFonts w:ascii="Arial" w:eastAsia="Calibri" w:hAnsi="Arial" w:cs="Arial"/>
        </w:rPr>
        <w:t xml:space="preserve">, </w:t>
      </w:r>
      <w:proofErr w:type="spellStart"/>
      <w:r w:rsidR="00434525" w:rsidRPr="00434525">
        <w:rPr>
          <w:rFonts w:ascii="Arial" w:eastAsia="Calibri" w:hAnsi="Arial" w:cs="Arial"/>
        </w:rPr>
        <w:t>odnosno</w:t>
      </w:r>
      <w:proofErr w:type="spellEnd"/>
      <w:r w:rsidR="00434525" w:rsidRPr="00434525">
        <w:rPr>
          <w:rFonts w:ascii="Arial" w:eastAsia="Calibri" w:hAnsi="Arial" w:cs="Arial"/>
        </w:rPr>
        <w:t xml:space="preserve"> </w:t>
      </w:r>
      <w:proofErr w:type="spellStart"/>
      <w:r w:rsidR="00434525" w:rsidRPr="00434525">
        <w:rPr>
          <w:rFonts w:ascii="Arial" w:eastAsia="Calibri" w:hAnsi="Arial" w:cs="Arial"/>
        </w:rPr>
        <w:t>nakon</w:t>
      </w:r>
      <w:proofErr w:type="spellEnd"/>
      <w:r w:rsidR="00434525" w:rsidRPr="00434525">
        <w:rPr>
          <w:rFonts w:ascii="Arial" w:eastAsia="Calibri" w:hAnsi="Arial" w:cs="Arial"/>
        </w:rPr>
        <w:t xml:space="preserve"> </w:t>
      </w:r>
      <w:proofErr w:type="spellStart"/>
      <w:r w:rsidR="00434525" w:rsidRPr="00434525">
        <w:rPr>
          <w:rFonts w:ascii="Arial" w:eastAsia="Calibri" w:hAnsi="Arial" w:cs="Arial"/>
        </w:rPr>
        <w:t>što</w:t>
      </w:r>
      <w:proofErr w:type="spellEnd"/>
      <w:r w:rsidR="00434525" w:rsidRPr="00434525">
        <w:rPr>
          <w:rFonts w:ascii="Arial" w:eastAsia="Calibri" w:hAnsi="Arial" w:cs="Arial"/>
        </w:rPr>
        <w:t xml:space="preserve"> je </w:t>
      </w:r>
      <w:proofErr w:type="spellStart"/>
      <w:r w:rsidR="00434525" w:rsidRPr="00434525">
        <w:rPr>
          <w:rFonts w:ascii="Arial" w:eastAsia="Calibri" w:hAnsi="Arial" w:cs="Arial"/>
        </w:rPr>
        <w:t>izdana</w:t>
      </w:r>
      <w:proofErr w:type="spellEnd"/>
      <w:r w:rsidR="00434525" w:rsidRPr="00434525">
        <w:rPr>
          <w:rFonts w:ascii="Arial" w:eastAsia="Calibri" w:hAnsi="Arial" w:cs="Arial"/>
        </w:rPr>
        <w:t xml:space="preserve"> </w:t>
      </w:r>
      <w:proofErr w:type="spellStart"/>
      <w:r w:rsidR="00434525" w:rsidRPr="00434525">
        <w:rPr>
          <w:rFonts w:ascii="Arial" w:eastAsia="Calibri" w:hAnsi="Arial" w:cs="Arial"/>
        </w:rPr>
        <w:t>narudžbenica</w:t>
      </w:r>
      <w:proofErr w:type="spellEnd"/>
      <w:r w:rsidR="00434525" w:rsidRPr="00434525">
        <w:rPr>
          <w:rFonts w:ascii="Arial" w:eastAsia="Calibri" w:hAnsi="Arial" w:cs="Arial"/>
        </w:rPr>
        <w:t xml:space="preserve">. </w:t>
      </w:r>
    </w:p>
    <w:p w14:paraId="557EF884" w14:textId="7D7C9B8A" w:rsidR="00434525" w:rsidRPr="00434525" w:rsidRDefault="00434525" w:rsidP="00434525">
      <w:pPr>
        <w:spacing w:after="120" w:line="240" w:lineRule="auto"/>
        <w:jc w:val="both"/>
        <w:rPr>
          <w:rFonts w:ascii="Arial" w:eastAsia="Calibri" w:hAnsi="Arial" w:cs="Arial"/>
        </w:rPr>
      </w:pPr>
      <w:r w:rsidRPr="00434525">
        <w:rPr>
          <w:rFonts w:ascii="Arial" w:eastAsia="Calibri" w:hAnsi="Arial" w:cs="Arial"/>
        </w:rPr>
        <w:t>(</w:t>
      </w:r>
      <w:r>
        <w:rPr>
          <w:rFonts w:ascii="Arial" w:eastAsia="Calibri" w:hAnsi="Arial" w:cs="Arial"/>
        </w:rPr>
        <w:t>4</w:t>
      </w:r>
      <w:r w:rsidRPr="00434525">
        <w:rPr>
          <w:rFonts w:ascii="Arial" w:eastAsia="Calibri" w:hAnsi="Arial" w:cs="Arial"/>
        </w:rPr>
        <w:t xml:space="preserve">) </w:t>
      </w:r>
      <w:proofErr w:type="spellStart"/>
      <w:r w:rsidRPr="00434525">
        <w:rPr>
          <w:rFonts w:ascii="Arial" w:eastAsia="Calibri" w:hAnsi="Arial" w:cs="Arial"/>
        </w:rPr>
        <w:t>Pravodobno</w:t>
      </w:r>
      <w:proofErr w:type="spellEnd"/>
      <w:r w:rsidRPr="00434525">
        <w:rPr>
          <w:rFonts w:ascii="Arial" w:eastAsia="Calibri" w:hAnsi="Arial" w:cs="Arial"/>
        </w:rPr>
        <w:t xml:space="preserve"> </w:t>
      </w:r>
      <w:proofErr w:type="spellStart"/>
      <w:r w:rsidRPr="00434525">
        <w:rPr>
          <w:rFonts w:ascii="Arial" w:eastAsia="Calibri" w:hAnsi="Arial" w:cs="Arial"/>
        </w:rPr>
        <w:t>izjavljen</w:t>
      </w:r>
      <w:proofErr w:type="spellEnd"/>
      <w:r w:rsidRPr="00434525">
        <w:rPr>
          <w:rFonts w:ascii="Arial" w:eastAsia="Calibri" w:hAnsi="Arial" w:cs="Arial"/>
        </w:rPr>
        <w:t xml:space="preserve"> </w:t>
      </w:r>
      <w:proofErr w:type="spellStart"/>
      <w:r w:rsidRPr="00434525">
        <w:rPr>
          <w:rFonts w:ascii="Arial" w:eastAsia="Calibri" w:hAnsi="Arial" w:cs="Arial"/>
        </w:rPr>
        <w:t>prigovor</w:t>
      </w:r>
      <w:proofErr w:type="spellEnd"/>
      <w:r w:rsidRPr="00434525">
        <w:rPr>
          <w:rFonts w:ascii="Arial" w:eastAsia="Calibri" w:hAnsi="Arial" w:cs="Arial"/>
        </w:rPr>
        <w:t xml:space="preserve"> </w:t>
      </w:r>
      <w:proofErr w:type="spellStart"/>
      <w:r w:rsidRPr="00434525">
        <w:rPr>
          <w:rFonts w:ascii="Arial" w:eastAsia="Calibri" w:hAnsi="Arial" w:cs="Arial"/>
        </w:rPr>
        <w:t>odgađa</w:t>
      </w:r>
      <w:proofErr w:type="spellEnd"/>
      <w:r w:rsidRPr="00434525">
        <w:rPr>
          <w:rFonts w:ascii="Arial" w:eastAsia="Calibri" w:hAnsi="Arial" w:cs="Arial"/>
        </w:rPr>
        <w:t xml:space="preserve"> </w:t>
      </w:r>
      <w:proofErr w:type="spellStart"/>
      <w:r w:rsidRPr="00434525">
        <w:rPr>
          <w:rFonts w:ascii="Arial" w:eastAsia="Calibri" w:hAnsi="Arial" w:cs="Arial"/>
        </w:rPr>
        <w:t>nastavak</w:t>
      </w:r>
      <w:proofErr w:type="spellEnd"/>
      <w:r w:rsidRPr="00434525">
        <w:rPr>
          <w:rFonts w:ascii="Arial" w:eastAsia="Calibri" w:hAnsi="Arial" w:cs="Arial"/>
        </w:rPr>
        <w:t xml:space="preserve"> </w:t>
      </w:r>
      <w:proofErr w:type="spellStart"/>
      <w:r w:rsidRPr="00434525">
        <w:rPr>
          <w:rFonts w:ascii="Arial" w:eastAsia="Calibri" w:hAnsi="Arial" w:cs="Arial"/>
        </w:rPr>
        <w:t>postupka</w:t>
      </w:r>
      <w:proofErr w:type="spellEnd"/>
      <w:r w:rsidRPr="00434525">
        <w:rPr>
          <w:rFonts w:ascii="Arial" w:eastAsia="Calibri" w:hAnsi="Arial" w:cs="Arial"/>
        </w:rPr>
        <w:t xml:space="preserve"> </w:t>
      </w:r>
      <w:proofErr w:type="spellStart"/>
      <w:r w:rsidRPr="00434525">
        <w:rPr>
          <w:rFonts w:ascii="Arial" w:eastAsia="Calibri" w:hAnsi="Arial" w:cs="Arial"/>
        </w:rPr>
        <w:t>jednostavne</w:t>
      </w:r>
      <w:proofErr w:type="spellEnd"/>
      <w:r w:rsidRPr="00434525">
        <w:rPr>
          <w:rFonts w:ascii="Arial" w:eastAsia="Calibri" w:hAnsi="Arial" w:cs="Arial"/>
        </w:rPr>
        <w:t xml:space="preserve"> </w:t>
      </w:r>
      <w:proofErr w:type="spellStart"/>
      <w:r w:rsidRPr="00434525">
        <w:rPr>
          <w:rFonts w:ascii="Arial" w:eastAsia="Calibri" w:hAnsi="Arial" w:cs="Arial"/>
        </w:rPr>
        <w:t>nabave</w:t>
      </w:r>
      <w:proofErr w:type="spellEnd"/>
      <w:r w:rsidRPr="00434525">
        <w:rPr>
          <w:rFonts w:ascii="Arial" w:eastAsia="Calibri" w:hAnsi="Arial" w:cs="Arial"/>
        </w:rPr>
        <w:t xml:space="preserve"> do </w:t>
      </w:r>
      <w:proofErr w:type="spellStart"/>
      <w:r w:rsidRPr="00434525">
        <w:rPr>
          <w:rFonts w:ascii="Arial" w:eastAsia="Calibri" w:hAnsi="Arial" w:cs="Arial"/>
        </w:rPr>
        <w:t>donošenja</w:t>
      </w:r>
      <w:proofErr w:type="spellEnd"/>
      <w:r w:rsidRPr="00434525">
        <w:rPr>
          <w:rFonts w:ascii="Arial" w:eastAsia="Calibri" w:hAnsi="Arial" w:cs="Arial"/>
        </w:rPr>
        <w:t xml:space="preserve"> </w:t>
      </w:r>
      <w:proofErr w:type="spellStart"/>
      <w:r w:rsidRPr="00434525">
        <w:rPr>
          <w:rFonts w:ascii="Arial" w:eastAsia="Calibri" w:hAnsi="Arial" w:cs="Arial"/>
        </w:rPr>
        <w:t>odluke</w:t>
      </w:r>
      <w:proofErr w:type="spellEnd"/>
      <w:r w:rsidRPr="00434525">
        <w:rPr>
          <w:rFonts w:ascii="Arial" w:eastAsia="Calibri" w:hAnsi="Arial" w:cs="Arial"/>
        </w:rPr>
        <w:t xml:space="preserve"> </w:t>
      </w:r>
      <w:proofErr w:type="spellStart"/>
      <w:r w:rsidRPr="00434525">
        <w:rPr>
          <w:rFonts w:ascii="Arial" w:eastAsia="Calibri" w:hAnsi="Arial" w:cs="Arial"/>
        </w:rPr>
        <w:t>dekana</w:t>
      </w:r>
      <w:proofErr w:type="spellEnd"/>
      <w:r w:rsidRPr="00434525">
        <w:rPr>
          <w:rFonts w:ascii="Arial" w:eastAsia="Calibri" w:hAnsi="Arial" w:cs="Arial"/>
        </w:rPr>
        <w:t xml:space="preserve"> o </w:t>
      </w:r>
      <w:proofErr w:type="spellStart"/>
      <w:r w:rsidRPr="00434525">
        <w:rPr>
          <w:rFonts w:ascii="Arial" w:eastAsia="Calibri" w:hAnsi="Arial" w:cs="Arial"/>
        </w:rPr>
        <w:t>prigovoru</w:t>
      </w:r>
      <w:proofErr w:type="spellEnd"/>
      <w:r w:rsidRPr="00434525">
        <w:rPr>
          <w:rFonts w:ascii="Arial" w:eastAsia="Calibri" w:hAnsi="Arial" w:cs="Arial"/>
        </w:rPr>
        <w:t>.</w:t>
      </w:r>
    </w:p>
    <w:p w14:paraId="31215CE6" w14:textId="4F4AD0ED" w:rsidR="00A415A0" w:rsidRPr="00DC58C6" w:rsidRDefault="00434525" w:rsidP="00434525">
      <w:pPr>
        <w:spacing w:after="120" w:line="240" w:lineRule="auto"/>
        <w:jc w:val="both"/>
        <w:rPr>
          <w:rFonts w:ascii="Arial" w:eastAsia="Calibri" w:hAnsi="Arial" w:cs="Arial"/>
        </w:rPr>
      </w:pPr>
      <w:r w:rsidRPr="00434525">
        <w:rPr>
          <w:rFonts w:ascii="Arial" w:eastAsia="Calibri" w:hAnsi="Arial" w:cs="Arial"/>
        </w:rPr>
        <w:t>(</w:t>
      </w:r>
      <w:r>
        <w:rPr>
          <w:rFonts w:ascii="Arial" w:eastAsia="Calibri" w:hAnsi="Arial" w:cs="Arial"/>
        </w:rPr>
        <w:t>5</w:t>
      </w:r>
      <w:r w:rsidRPr="00434525">
        <w:rPr>
          <w:rFonts w:ascii="Arial" w:eastAsia="Calibri" w:hAnsi="Arial" w:cs="Arial"/>
        </w:rPr>
        <w:t xml:space="preserve">) </w:t>
      </w:r>
      <w:proofErr w:type="spellStart"/>
      <w:r w:rsidRPr="00434525">
        <w:rPr>
          <w:rFonts w:ascii="Arial" w:eastAsia="Calibri" w:hAnsi="Arial" w:cs="Arial"/>
        </w:rPr>
        <w:t>Protiv</w:t>
      </w:r>
      <w:proofErr w:type="spellEnd"/>
      <w:r w:rsidRPr="00434525">
        <w:rPr>
          <w:rFonts w:ascii="Arial" w:eastAsia="Calibri" w:hAnsi="Arial" w:cs="Arial"/>
        </w:rPr>
        <w:t xml:space="preserve"> </w:t>
      </w:r>
      <w:proofErr w:type="spellStart"/>
      <w:r w:rsidRPr="00434525">
        <w:rPr>
          <w:rFonts w:ascii="Arial" w:eastAsia="Calibri" w:hAnsi="Arial" w:cs="Arial"/>
        </w:rPr>
        <w:t>odluke</w:t>
      </w:r>
      <w:proofErr w:type="spellEnd"/>
      <w:r w:rsidRPr="00434525">
        <w:rPr>
          <w:rFonts w:ascii="Arial" w:eastAsia="Calibri" w:hAnsi="Arial" w:cs="Arial"/>
        </w:rPr>
        <w:t xml:space="preserve"> </w:t>
      </w:r>
      <w:proofErr w:type="spellStart"/>
      <w:r w:rsidRPr="00434525">
        <w:rPr>
          <w:rFonts w:ascii="Arial" w:eastAsia="Calibri" w:hAnsi="Arial" w:cs="Arial"/>
        </w:rPr>
        <w:t>dekana</w:t>
      </w:r>
      <w:proofErr w:type="spellEnd"/>
      <w:r w:rsidRPr="00434525">
        <w:rPr>
          <w:rFonts w:ascii="Arial" w:eastAsia="Calibri" w:hAnsi="Arial" w:cs="Arial"/>
        </w:rPr>
        <w:t xml:space="preserve"> o </w:t>
      </w:r>
      <w:proofErr w:type="spellStart"/>
      <w:r w:rsidRPr="00434525">
        <w:rPr>
          <w:rFonts w:ascii="Arial" w:eastAsia="Calibri" w:hAnsi="Arial" w:cs="Arial"/>
        </w:rPr>
        <w:t>prigovoru</w:t>
      </w:r>
      <w:proofErr w:type="spellEnd"/>
      <w:r w:rsidRPr="00434525">
        <w:rPr>
          <w:rFonts w:ascii="Arial" w:eastAsia="Calibri" w:hAnsi="Arial" w:cs="Arial"/>
        </w:rPr>
        <w:t xml:space="preserve"> u </w:t>
      </w:r>
      <w:proofErr w:type="spellStart"/>
      <w:r w:rsidRPr="00434525">
        <w:rPr>
          <w:rFonts w:ascii="Arial" w:eastAsia="Calibri" w:hAnsi="Arial" w:cs="Arial"/>
        </w:rPr>
        <w:t>postupcima</w:t>
      </w:r>
      <w:proofErr w:type="spellEnd"/>
      <w:r w:rsidRPr="00434525">
        <w:rPr>
          <w:rFonts w:ascii="Arial" w:eastAsia="Calibri" w:hAnsi="Arial" w:cs="Arial"/>
        </w:rPr>
        <w:t xml:space="preserve"> </w:t>
      </w:r>
      <w:proofErr w:type="spellStart"/>
      <w:r w:rsidRPr="00434525">
        <w:rPr>
          <w:rFonts w:ascii="Arial" w:eastAsia="Calibri" w:hAnsi="Arial" w:cs="Arial"/>
        </w:rPr>
        <w:t>jednostavne</w:t>
      </w:r>
      <w:proofErr w:type="spellEnd"/>
      <w:r w:rsidRPr="00434525">
        <w:rPr>
          <w:rFonts w:ascii="Arial" w:eastAsia="Calibri" w:hAnsi="Arial" w:cs="Arial"/>
        </w:rPr>
        <w:t xml:space="preserve"> </w:t>
      </w:r>
      <w:proofErr w:type="spellStart"/>
      <w:r w:rsidRPr="00434525">
        <w:rPr>
          <w:rFonts w:ascii="Arial" w:eastAsia="Calibri" w:hAnsi="Arial" w:cs="Arial"/>
        </w:rPr>
        <w:t>nabave</w:t>
      </w:r>
      <w:proofErr w:type="spellEnd"/>
      <w:r w:rsidRPr="00434525">
        <w:rPr>
          <w:rFonts w:ascii="Arial" w:eastAsia="Calibri" w:hAnsi="Arial" w:cs="Arial"/>
        </w:rPr>
        <w:t xml:space="preserve"> </w:t>
      </w:r>
      <w:proofErr w:type="spellStart"/>
      <w:r w:rsidRPr="00434525">
        <w:rPr>
          <w:rFonts w:ascii="Arial" w:eastAsia="Calibri" w:hAnsi="Arial" w:cs="Arial"/>
        </w:rPr>
        <w:t>može</w:t>
      </w:r>
      <w:proofErr w:type="spellEnd"/>
      <w:r w:rsidRPr="00434525">
        <w:rPr>
          <w:rFonts w:ascii="Arial" w:eastAsia="Calibri" w:hAnsi="Arial" w:cs="Arial"/>
        </w:rPr>
        <w:t xml:space="preserve"> se </w:t>
      </w:r>
      <w:proofErr w:type="spellStart"/>
      <w:r w:rsidRPr="00434525">
        <w:rPr>
          <w:rFonts w:ascii="Arial" w:eastAsia="Calibri" w:hAnsi="Arial" w:cs="Arial"/>
        </w:rPr>
        <w:t>pokrenuti</w:t>
      </w:r>
      <w:proofErr w:type="spellEnd"/>
      <w:r w:rsidRPr="00434525">
        <w:rPr>
          <w:rFonts w:ascii="Arial" w:eastAsia="Calibri" w:hAnsi="Arial" w:cs="Arial"/>
        </w:rPr>
        <w:t xml:space="preserve"> </w:t>
      </w:r>
      <w:proofErr w:type="spellStart"/>
      <w:r w:rsidRPr="00434525">
        <w:rPr>
          <w:rFonts w:ascii="Arial" w:eastAsia="Calibri" w:hAnsi="Arial" w:cs="Arial"/>
        </w:rPr>
        <w:t>upravni</w:t>
      </w:r>
      <w:proofErr w:type="spellEnd"/>
      <w:r w:rsidRPr="00434525">
        <w:rPr>
          <w:rFonts w:ascii="Arial" w:eastAsia="Calibri" w:hAnsi="Arial" w:cs="Arial"/>
        </w:rPr>
        <w:t xml:space="preserve"> </w:t>
      </w:r>
      <w:proofErr w:type="spellStart"/>
      <w:r w:rsidRPr="00434525">
        <w:rPr>
          <w:rFonts w:ascii="Arial" w:eastAsia="Calibri" w:hAnsi="Arial" w:cs="Arial"/>
        </w:rPr>
        <w:t>spor</w:t>
      </w:r>
      <w:proofErr w:type="spellEnd"/>
      <w:r w:rsidRPr="00434525">
        <w:rPr>
          <w:rFonts w:ascii="Arial" w:eastAsia="Calibri" w:hAnsi="Arial" w:cs="Arial"/>
        </w:rPr>
        <w:t xml:space="preserve"> pred </w:t>
      </w:r>
      <w:proofErr w:type="spellStart"/>
      <w:r w:rsidRPr="00434525">
        <w:rPr>
          <w:rFonts w:ascii="Arial" w:eastAsia="Calibri" w:hAnsi="Arial" w:cs="Arial"/>
        </w:rPr>
        <w:t>nadležnim</w:t>
      </w:r>
      <w:proofErr w:type="spellEnd"/>
      <w:r w:rsidRPr="00434525">
        <w:rPr>
          <w:rFonts w:ascii="Arial" w:eastAsia="Calibri" w:hAnsi="Arial" w:cs="Arial"/>
        </w:rPr>
        <w:t xml:space="preserve"> </w:t>
      </w:r>
      <w:proofErr w:type="spellStart"/>
      <w:r w:rsidRPr="00434525">
        <w:rPr>
          <w:rFonts w:ascii="Arial" w:eastAsia="Calibri" w:hAnsi="Arial" w:cs="Arial"/>
        </w:rPr>
        <w:t>upravnim</w:t>
      </w:r>
      <w:proofErr w:type="spellEnd"/>
      <w:r w:rsidRPr="00434525">
        <w:rPr>
          <w:rFonts w:ascii="Arial" w:eastAsia="Calibri" w:hAnsi="Arial" w:cs="Arial"/>
        </w:rPr>
        <w:t xml:space="preserve"> </w:t>
      </w:r>
      <w:proofErr w:type="spellStart"/>
      <w:r w:rsidRPr="00434525">
        <w:rPr>
          <w:rFonts w:ascii="Arial" w:eastAsia="Calibri" w:hAnsi="Arial" w:cs="Arial"/>
        </w:rPr>
        <w:t>sudom</w:t>
      </w:r>
      <w:proofErr w:type="spellEnd"/>
      <w:r w:rsidRPr="00434525">
        <w:rPr>
          <w:rFonts w:ascii="Arial" w:eastAsia="Calibri" w:hAnsi="Arial" w:cs="Arial"/>
        </w:rPr>
        <w:t xml:space="preserve"> u </w:t>
      </w:r>
      <w:proofErr w:type="spellStart"/>
      <w:r w:rsidRPr="00434525">
        <w:rPr>
          <w:rFonts w:ascii="Arial" w:eastAsia="Calibri" w:hAnsi="Arial" w:cs="Arial"/>
        </w:rPr>
        <w:t>roku</w:t>
      </w:r>
      <w:proofErr w:type="spellEnd"/>
      <w:r w:rsidRPr="00434525">
        <w:rPr>
          <w:rFonts w:ascii="Arial" w:eastAsia="Calibri" w:hAnsi="Arial" w:cs="Arial"/>
        </w:rPr>
        <w:t xml:space="preserve"> od 30 dana od </w:t>
      </w:r>
      <w:proofErr w:type="spellStart"/>
      <w:r w:rsidRPr="00434525">
        <w:rPr>
          <w:rFonts w:ascii="Arial" w:eastAsia="Calibri" w:hAnsi="Arial" w:cs="Arial"/>
        </w:rPr>
        <w:t>dostave</w:t>
      </w:r>
      <w:proofErr w:type="spellEnd"/>
      <w:r w:rsidRPr="00434525">
        <w:rPr>
          <w:rFonts w:ascii="Arial" w:eastAsia="Calibri" w:hAnsi="Arial" w:cs="Arial"/>
        </w:rPr>
        <w:t xml:space="preserve"> </w:t>
      </w:r>
      <w:proofErr w:type="spellStart"/>
      <w:r w:rsidRPr="00434525">
        <w:rPr>
          <w:rFonts w:ascii="Arial" w:eastAsia="Calibri" w:hAnsi="Arial" w:cs="Arial"/>
        </w:rPr>
        <w:t>odluke</w:t>
      </w:r>
      <w:proofErr w:type="spellEnd"/>
      <w:r w:rsidRPr="00434525">
        <w:rPr>
          <w:rFonts w:ascii="Arial" w:eastAsia="Calibri" w:hAnsi="Arial" w:cs="Arial"/>
        </w:rPr>
        <w:t xml:space="preserve">. </w:t>
      </w:r>
      <w:proofErr w:type="spellStart"/>
      <w:r w:rsidRPr="00434525">
        <w:rPr>
          <w:rFonts w:ascii="Arial" w:eastAsia="Calibri" w:hAnsi="Arial" w:cs="Arial"/>
        </w:rPr>
        <w:t>Pokretanje</w:t>
      </w:r>
      <w:proofErr w:type="spellEnd"/>
      <w:r w:rsidRPr="00434525">
        <w:rPr>
          <w:rFonts w:ascii="Arial" w:eastAsia="Calibri" w:hAnsi="Arial" w:cs="Arial"/>
        </w:rPr>
        <w:t xml:space="preserve"> </w:t>
      </w:r>
      <w:proofErr w:type="spellStart"/>
      <w:r w:rsidRPr="00434525">
        <w:rPr>
          <w:rFonts w:ascii="Arial" w:eastAsia="Calibri" w:hAnsi="Arial" w:cs="Arial"/>
        </w:rPr>
        <w:t>upravnog</w:t>
      </w:r>
      <w:proofErr w:type="spellEnd"/>
      <w:r w:rsidRPr="00434525">
        <w:rPr>
          <w:rFonts w:ascii="Arial" w:eastAsia="Calibri" w:hAnsi="Arial" w:cs="Arial"/>
        </w:rPr>
        <w:t xml:space="preserve"> </w:t>
      </w:r>
      <w:proofErr w:type="spellStart"/>
      <w:r w:rsidRPr="00434525">
        <w:rPr>
          <w:rFonts w:ascii="Arial" w:eastAsia="Calibri" w:hAnsi="Arial" w:cs="Arial"/>
        </w:rPr>
        <w:t>spora</w:t>
      </w:r>
      <w:proofErr w:type="spellEnd"/>
      <w:r w:rsidRPr="00434525">
        <w:rPr>
          <w:rFonts w:ascii="Arial" w:eastAsia="Calibri" w:hAnsi="Arial" w:cs="Arial"/>
        </w:rPr>
        <w:t xml:space="preserve"> ne </w:t>
      </w:r>
      <w:proofErr w:type="spellStart"/>
      <w:r w:rsidRPr="00434525">
        <w:rPr>
          <w:rFonts w:ascii="Arial" w:eastAsia="Calibri" w:hAnsi="Arial" w:cs="Arial"/>
        </w:rPr>
        <w:t>odgađa</w:t>
      </w:r>
      <w:proofErr w:type="spellEnd"/>
      <w:r w:rsidRPr="00434525">
        <w:rPr>
          <w:rFonts w:ascii="Arial" w:eastAsia="Calibri" w:hAnsi="Arial" w:cs="Arial"/>
        </w:rPr>
        <w:t xml:space="preserve"> </w:t>
      </w:r>
      <w:proofErr w:type="spellStart"/>
      <w:r w:rsidRPr="00434525">
        <w:rPr>
          <w:rFonts w:ascii="Arial" w:eastAsia="Calibri" w:hAnsi="Arial" w:cs="Arial"/>
        </w:rPr>
        <w:t>izvršenje</w:t>
      </w:r>
      <w:proofErr w:type="spellEnd"/>
      <w:r w:rsidRPr="00434525">
        <w:rPr>
          <w:rFonts w:ascii="Arial" w:eastAsia="Calibri" w:hAnsi="Arial" w:cs="Arial"/>
        </w:rPr>
        <w:t xml:space="preserve"> </w:t>
      </w:r>
      <w:proofErr w:type="spellStart"/>
      <w:r w:rsidRPr="00434525">
        <w:rPr>
          <w:rFonts w:ascii="Arial" w:eastAsia="Calibri" w:hAnsi="Arial" w:cs="Arial"/>
        </w:rPr>
        <w:t>odluke</w:t>
      </w:r>
      <w:proofErr w:type="spellEnd"/>
      <w:r w:rsidRPr="00434525">
        <w:rPr>
          <w:rFonts w:ascii="Arial" w:eastAsia="Calibri" w:hAnsi="Arial" w:cs="Arial"/>
        </w:rPr>
        <w:t xml:space="preserve"> i </w:t>
      </w:r>
      <w:proofErr w:type="spellStart"/>
      <w:r w:rsidRPr="00434525">
        <w:rPr>
          <w:rFonts w:ascii="Arial" w:eastAsia="Calibri" w:hAnsi="Arial" w:cs="Arial"/>
        </w:rPr>
        <w:t>sklapanje</w:t>
      </w:r>
      <w:proofErr w:type="spellEnd"/>
      <w:r w:rsidRPr="00434525">
        <w:rPr>
          <w:rFonts w:ascii="Arial" w:eastAsia="Calibri" w:hAnsi="Arial" w:cs="Arial"/>
        </w:rPr>
        <w:t xml:space="preserve"> </w:t>
      </w:r>
      <w:proofErr w:type="spellStart"/>
      <w:r w:rsidRPr="00434525">
        <w:rPr>
          <w:rFonts w:ascii="Arial" w:eastAsia="Calibri" w:hAnsi="Arial" w:cs="Arial"/>
        </w:rPr>
        <w:t>ugovora</w:t>
      </w:r>
      <w:proofErr w:type="spellEnd"/>
      <w:r w:rsidRPr="00434525">
        <w:rPr>
          <w:rFonts w:ascii="Arial" w:eastAsia="Calibri" w:hAnsi="Arial" w:cs="Arial"/>
        </w:rPr>
        <w:t>.</w:t>
      </w:r>
    </w:p>
    <w:p w14:paraId="73227BAE" w14:textId="77777777" w:rsidR="009F6EDB" w:rsidRPr="009F6EDB" w:rsidRDefault="009F6EDB" w:rsidP="009F6EDB"/>
    <w:p w14:paraId="5766E724" w14:textId="522D4FF1" w:rsidR="00A415A0" w:rsidRPr="00DC58C6" w:rsidRDefault="00A415A0" w:rsidP="009C285A">
      <w:pPr>
        <w:pStyle w:val="Heading1"/>
        <w:spacing w:before="0" w:after="120" w:line="240" w:lineRule="auto"/>
        <w:jc w:val="center"/>
        <w:rPr>
          <w:rFonts w:ascii="Arial" w:eastAsia="Calibri" w:hAnsi="Arial" w:cs="Arial"/>
          <w:color w:val="auto"/>
          <w:sz w:val="22"/>
          <w:szCs w:val="22"/>
        </w:rPr>
      </w:pPr>
      <w:r w:rsidRPr="00DC58C6">
        <w:rPr>
          <w:rFonts w:ascii="Arial" w:eastAsia="Calibri" w:hAnsi="Arial" w:cs="Arial"/>
          <w:color w:val="auto"/>
          <w:sz w:val="22"/>
          <w:szCs w:val="22"/>
        </w:rPr>
        <w:t>UGOVOR O JEDNOSTAVNOJ NABAVI</w:t>
      </w:r>
    </w:p>
    <w:p w14:paraId="6CF683C6" w14:textId="77777777" w:rsidR="002534B2" w:rsidRPr="00DC58C6" w:rsidRDefault="002534B2" w:rsidP="009C285A">
      <w:pPr>
        <w:spacing w:line="240" w:lineRule="auto"/>
        <w:rPr>
          <w:rFonts w:ascii="Arial" w:hAnsi="Arial" w:cs="Arial"/>
        </w:rPr>
      </w:pPr>
    </w:p>
    <w:p w14:paraId="21BE25F3" w14:textId="06431CB2" w:rsidR="00A415A0" w:rsidRPr="00DC58C6" w:rsidRDefault="00A415A0" w:rsidP="009C285A">
      <w:pPr>
        <w:pStyle w:val="Heading1"/>
        <w:spacing w:before="0" w:after="120" w:line="240" w:lineRule="auto"/>
        <w:jc w:val="center"/>
        <w:rPr>
          <w:rFonts w:ascii="Arial" w:hAnsi="Arial" w:cs="Arial"/>
          <w:color w:val="auto"/>
          <w:sz w:val="22"/>
          <w:szCs w:val="22"/>
        </w:rPr>
      </w:pPr>
      <w:proofErr w:type="spellStart"/>
      <w:r w:rsidRPr="00DC58C6">
        <w:rPr>
          <w:rFonts w:ascii="Arial" w:eastAsia="Calibri" w:hAnsi="Arial" w:cs="Arial"/>
          <w:color w:val="auto"/>
          <w:sz w:val="22"/>
          <w:szCs w:val="22"/>
        </w:rPr>
        <w:t>Članak</w:t>
      </w:r>
      <w:proofErr w:type="spellEnd"/>
      <w:r w:rsidRPr="00DC58C6">
        <w:rPr>
          <w:rFonts w:ascii="Arial" w:eastAsia="Calibri" w:hAnsi="Arial" w:cs="Arial"/>
          <w:color w:val="auto"/>
          <w:sz w:val="22"/>
          <w:szCs w:val="22"/>
        </w:rPr>
        <w:t xml:space="preserve"> 2</w:t>
      </w:r>
      <w:r w:rsidR="004A4BC7" w:rsidRPr="00DC58C6">
        <w:rPr>
          <w:rFonts w:ascii="Arial" w:eastAsia="Calibri" w:hAnsi="Arial" w:cs="Arial"/>
          <w:color w:val="auto"/>
          <w:sz w:val="22"/>
          <w:szCs w:val="22"/>
        </w:rPr>
        <w:t>8</w:t>
      </w:r>
      <w:r w:rsidRPr="00DC58C6">
        <w:rPr>
          <w:rFonts w:ascii="Arial" w:hAnsi="Arial" w:cs="Arial"/>
          <w:color w:val="auto"/>
          <w:sz w:val="22"/>
          <w:szCs w:val="22"/>
        </w:rPr>
        <w:t>.</w:t>
      </w:r>
    </w:p>
    <w:p w14:paraId="16C294E6" w14:textId="77777777" w:rsidR="00A415A0" w:rsidRPr="00DC58C6" w:rsidRDefault="00A415A0" w:rsidP="009C285A">
      <w:pPr>
        <w:spacing w:after="120" w:line="240" w:lineRule="auto"/>
        <w:jc w:val="both"/>
        <w:rPr>
          <w:rFonts w:ascii="Arial" w:hAnsi="Arial" w:cs="Arial"/>
        </w:rPr>
      </w:pPr>
      <w:r w:rsidRPr="00DC58C6">
        <w:rPr>
          <w:rFonts w:ascii="Arial" w:eastAsia="Calibri" w:hAnsi="Arial" w:cs="Arial"/>
        </w:rPr>
        <w:t xml:space="preserve">(1) S </w:t>
      </w:r>
      <w:proofErr w:type="spellStart"/>
      <w:r w:rsidRPr="00DC58C6">
        <w:rPr>
          <w:rFonts w:ascii="Arial" w:eastAsia="Calibri" w:hAnsi="Arial" w:cs="Arial"/>
        </w:rPr>
        <w:t>odabranim</w:t>
      </w:r>
      <w:proofErr w:type="spellEnd"/>
      <w:r w:rsidRPr="00DC58C6">
        <w:rPr>
          <w:rFonts w:ascii="Arial" w:eastAsia="Calibri" w:hAnsi="Arial" w:cs="Arial"/>
        </w:rPr>
        <w:t xml:space="preserve"> </w:t>
      </w:r>
      <w:proofErr w:type="spellStart"/>
      <w:r w:rsidRPr="00DC58C6">
        <w:rPr>
          <w:rFonts w:ascii="Arial" w:eastAsia="Calibri" w:hAnsi="Arial" w:cs="Arial"/>
        </w:rPr>
        <w:t>ponuditeljem</w:t>
      </w:r>
      <w:proofErr w:type="spellEnd"/>
      <w:r w:rsidRPr="00DC58C6">
        <w:rPr>
          <w:rFonts w:ascii="Arial" w:eastAsia="Calibri" w:hAnsi="Arial" w:cs="Arial"/>
        </w:rPr>
        <w:t xml:space="preserve"> </w:t>
      </w:r>
      <w:proofErr w:type="spellStart"/>
      <w:r w:rsidRPr="00DC58C6">
        <w:rPr>
          <w:rFonts w:ascii="Arial" w:eastAsia="Calibri" w:hAnsi="Arial" w:cs="Arial"/>
        </w:rPr>
        <w:t>sklapa</w:t>
      </w:r>
      <w:proofErr w:type="spellEnd"/>
      <w:r w:rsidRPr="00DC58C6">
        <w:rPr>
          <w:rFonts w:ascii="Arial" w:eastAsia="Calibri" w:hAnsi="Arial" w:cs="Arial"/>
        </w:rPr>
        <w:t xml:space="preserve"> se </w:t>
      </w:r>
      <w:proofErr w:type="spellStart"/>
      <w:r w:rsidRPr="00DC58C6">
        <w:rPr>
          <w:rFonts w:ascii="Arial" w:eastAsia="Calibri" w:hAnsi="Arial" w:cs="Arial"/>
        </w:rPr>
        <w:t>ugovor</w:t>
      </w:r>
      <w:proofErr w:type="spellEnd"/>
      <w:r w:rsidRPr="00DC58C6">
        <w:rPr>
          <w:rFonts w:ascii="Arial" w:eastAsia="Calibri" w:hAnsi="Arial" w:cs="Arial"/>
        </w:rPr>
        <w:t xml:space="preserve"> o </w:t>
      </w:r>
      <w:proofErr w:type="spellStart"/>
      <w:r w:rsidRPr="00DC58C6">
        <w:rPr>
          <w:rFonts w:ascii="Arial" w:eastAsia="Calibri" w:hAnsi="Arial" w:cs="Arial"/>
        </w:rPr>
        <w:t>jednostavnoj</w:t>
      </w:r>
      <w:proofErr w:type="spellEnd"/>
      <w:r w:rsidRPr="00DC58C6">
        <w:rPr>
          <w:rFonts w:ascii="Arial" w:eastAsia="Calibri" w:hAnsi="Arial" w:cs="Arial"/>
        </w:rPr>
        <w:t xml:space="preserve"> </w:t>
      </w:r>
      <w:proofErr w:type="spellStart"/>
      <w:r w:rsidRPr="00DC58C6">
        <w:rPr>
          <w:rFonts w:ascii="Arial" w:eastAsia="Calibri" w:hAnsi="Arial" w:cs="Arial"/>
        </w:rPr>
        <w:t>nabavi</w:t>
      </w:r>
      <w:proofErr w:type="spellEnd"/>
      <w:r w:rsidRPr="00DC58C6">
        <w:rPr>
          <w:rFonts w:ascii="Arial" w:eastAsia="Calibri" w:hAnsi="Arial" w:cs="Arial"/>
        </w:rPr>
        <w:t xml:space="preserve"> </w:t>
      </w:r>
      <w:proofErr w:type="spellStart"/>
      <w:r w:rsidRPr="00DC58C6">
        <w:rPr>
          <w:rFonts w:ascii="Arial" w:eastAsia="Calibri" w:hAnsi="Arial" w:cs="Arial"/>
        </w:rPr>
        <w:t>nakon</w:t>
      </w:r>
      <w:proofErr w:type="spellEnd"/>
      <w:r w:rsidRPr="00DC58C6">
        <w:rPr>
          <w:rFonts w:ascii="Arial" w:eastAsia="Calibri" w:hAnsi="Arial" w:cs="Arial"/>
        </w:rPr>
        <w:t xml:space="preserve"> </w:t>
      </w:r>
      <w:proofErr w:type="spellStart"/>
      <w:r w:rsidRPr="00DC58C6">
        <w:rPr>
          <w:rFonts w:ascii="Arial" w:eastAsia="Calibri" w:hAnsi="Arial" w:cs="Arial"/>
        </w:rPr>
        <w:t>izvršnosti</w:t>
      </w:r>
      <w:proofErr w:type="spellEnd"/>
      <w:r w:rsidRPr="00DC58C6">
        <w:rPr>
          <w:rFonts w:ascii="Arial" w:eastAsia="Calibri" w:hAnsi="Arial" w:cs="Arial"/>
        </w:rPr>
        <w:t xml:space="preserve"> </w:t>
      </w:r>
      <w:proofErr w:type="spellStart"/>
      <w:r w:rsidRPr="00DC58C6">
        <w:rPr>
          <w:rFonts w:ascii="Arial" w:eastAsia="Calibri" w:hAnsi="Arial" w:cs="Arial"/>
        </w:rPr>
        <w:t>odluke</w:t>
      </w:r>
      <w:proofErr w:type="spellEnd"/>
      <w:r w:rsidRPr="00DC58C6">
        <w:rPr>
          <w:rFonts w:ascii="Arial" w:eastAsia="Calibri" w:hAnsi="Arial" w:cs="Arial"/>
        </w:rPr>
        <w:t xml:space="preserve"> o </w:t>
      </w:r>
      <w:proofErr w:type="spellStart"/>
      <w:r w:rsidRPr="00DC58C6">
        <w:rPr>
          <w:rFonts w:ascii="Arial" w:eastAsia="Calibri" w:hAnsi="Arial" w:cs="Arial"/>
        </w:rPr>
        <w:t>odabiru</w:t>
      </w:r>
      <w:proofErr w:type="spellEnd"/>
      <w:r w:rsidRPr="00DC58C6">
        <w:rPr>
          <w:rFonts w:ascii="Arial" w:hAnsi="Arial" w:cs="Arial"/>
        </w:rPr>
        <w:t>.</w:t>
      </w:r>
    </w:p>
    <w:p w14:paraId="41D7092E" w14:textId="77777777" w:rsidR="00A415A0" w:rsidRPr="00DC58C6" w:rsidRDefault="00A415A0" w:rsidP="009C285A">
      <w:pPr>
        <w:spacing w:after="120" w:line="240" w:lineRule="auto"/>
        <w:jc w:val="both"/>
        <w:rPr>
          <w:rFonts w:ascii="Arial" w:hAnsi="Arial" w:cs="Arial"/>
        </w:rPr>
      </w:pPr>
      <w:r w:rsidRPr="00DC58C6">
        <w:rPr>
          <w:rFonts w:ascii="Arial" w:eastAsia="Calibri" w:hAnsi="Arial" w:cs="Arial"/>
        </w:rPr>
        <w:t xml:space="preserve">(2) </w:t>
      </w:r>
      <w:proofErr w:type="spellStart"/>
      <w:r w:rsidRPr="00DC58C6">
        <w:rPr>
          <w:rFonts w:ascii="Arial" w:eastAsia="Calibri" w:hAnsi="Arial" w:cs="Arial"/>
        </w:rPr>
        <w:t>Ugovorne</w:t>
      </w:r>
      <w:proofErr w:type="spellEnd"/>
      <w:r w:rsidRPr="00DC58C6">
        <w:rPr>
          <w:rFonts w:ascii="Arial" w:eastAsia="Calibri" w:hAnsi="Arial" w:cs="Arial"/>
        </w:rPr>
        <w:t xml:space="preserve"> </w:t>
      </w:r>
      <w:proofErr w:type="spellStart"/>
      <w:r w:rsidRPr="00DC58C6">
        <w:rPr>
          <w:rFonts w:ascii="Arial" w:eastAsia="Calibri" w:hAnsi="Arial" w:cs="Arial"/>
        </w:rPr>
        <w:t>strane</w:t>
      </w:r>
      <w:proofErr w:type="spellEnd"/>
      <w:r w:rsidRPr="00DC58C6">
        <w:rPr>
          <w:rFonts w:ascii="Arial" w:eastAsia="Calibri" w:hAnsi="Arial" w:cs="Arial"/>
        </w:rPr>
        <w:t xml:space="preserve"> </w:t>
      </w:r>
      <w:proofErr w:type="spellStart"/>
      <w:r w:rsidRPr="00DC58C6">
        <w:rPr>
          <w:rFonts w:ascii="Arial" w:eastAsia="Calibri" w:hAnsi="Arial" w:cs="Arial"/>
        </w:rPr>
        <w:t>izvršavaju</w:t>
      </w:r>
      <w:proofErr w:type="spellEnd"/>
      <w:r w:rsidRPr="00DC58C6">
        <w:rPr>
          <w:rFonts w:ascii="Arial" w:eastAsia="Calibri" w:hAnsi="Arial" w:cs="Arial"/>
        </w:rPr>
        <w:t xml:space="preserve"> </w:t>
      </w:r>
      <w:proofErr w:type="spellStart"/>
      <w:r w:rsidRPr="00DC58C6">
        <w:rPr>
          <w:rFonts w:ascii="Arial" w:eastAsia="Calibri" w:hAnsi="Arial" w:cs="Arial"/>
        </w:rPr>
        <w:t>ugovor</w:t>
      </w:r>
      <w:proofErr w:type="spellEnd"/>
      <w:r w:rsidRPr="00DC58C6">
        <w:rPr>
          <w:rFonts w:ascii="Arial" w:eastAsia="Calibri" w:hAnsi="Arial" w:cs="Arial"/>
        </w:rPr>
        <w:t xml:space="preserve"> o </w:t>
      </w:r>
      <w:proofErr w:type="spellStart"/>
      <w:r w:rsidRPr="00DC58C6">
        <w:rPr>
          <w:rFonts w:ascii="Arial" w:eastAsia="Calibri" w:hAnsi="Arial" w:cs="Arial"/>
        </w:rPr>
        <w:t>nabavi</w:t>
      </w:r>
      <w:proofErr w:type="spellEnd"/>
      <w:r w:rsidRPr="00DC58C6">
        <w:rPr>
          <w:rFonts w:ascii="Arial" w:eastAsia="Calibri" w:hAnsi="Arial" w:cs="Arial"/>
        </w:rPr>
        <w:t xml:space="preserve"> u </w:t>
      </w:r>
      <w:proofErr w:type="spellStart"/>
      <w:r w:rsidRPr="00DC58C6">
        <w:rPr>
          <w:rFonts w:ascii="Arial" w:eastAsia="Calibri" w:hAnsi="Arial" w:cs="Arial"/>
        </w:rPr>
        <w:t>skladu</w:t>
      </w:r>
      <w:proofErr w:type="spellEnd"/>
      <w:r w:rsidRPr="00DC58C6">
        <w:rPr>
          <w:rFonts w:ascii="Arial" w:eastAsia="Calibri" w:hAnsi="Arial" w:cs="Arial"/>
        </w:rPr>
        <w:t xml:space="preserve"> s </w:t>
      </w:r>
      <w:proofErr w:type="spellStart"/>
      <w:r w:rsidRPr="00DC58C6">
        <w:rPr>
          <w:rFonts w:ascii="Arial" w:eastAsia="Calibri" w:hAnsi="Arial" w:cs="Arial"/>
        </w:rPr>
        <w:t>uvjetima</w:t>
      </w:r>
      <w:proofErr w:type="spellEnd"/>
      <w:r w:rsidRPr="00DC58C6">
        <w:rPr>
          <w:rFonts w:ascii="Arial" w:eastAsia="Calibri" w:hAnsi="Arial" w:cs="Arial"/>
        </w:rPr>
        <w:t xml:space="preserve"> </w:t>
      </w:r>
      <w:proofErr w:type="spellStart"/>
      <w:r w:rsidRPr="00DC58C6">
        <w:rPr>
          <w:rFonts w:ascii="Arial" w:eastAsia="Calibri" w:hAnsi="Arial" w:cs="Arial"/>
        </w:rPr>
        <w:t>određenima</w:t>
      </w:r>
      <w:proofErr w:type="spellEnd"/>
      <w:r w:rsidRPr="00DC58C6">
        <w:rPr>
          <w:rFonts w:ascii="Arial" w:eastAsia="Calibri" w:hAnsi="Arial" w:cs="Arial"/>
        </w:rPr>
        <w:t xml:space="preserve"> u </w:t>
      </w:r>
      <w:proofErr w:type="spellStart"/>
      <w:r w:rsidRPr="00DC58C6">
        <w:rPr>
          <w:rFonts w:ascii="Arial" w:eastAsia="Calibri" w:hAnsi="Arial" w:cs="Arial"/>
        </w:rPr>
        <w:t>pozivu</w:t>
      </w:r>
      <w:proofErr w:type="spellEnd"/>
      <w:r w:rsidRPr="00DC58C6">
        <w:rPr>
          <w:rFonts w:ascii="Arial" w:eastAsia="Calibri" w:hAnsi="Arial" w:cs="Arial"/>
        </w:rPr>
        <w:t xml:space="preserve"> </w:t>
      </w:r>
      <w:proofErr w:type="spellStart"/>
      <w:r w:rsidRPr="00DC58C6">
        <w:rPr>
          <w:rFonts w:ascii="Arial" w:eastAsia="Calibri" w:hAnsi="Arial" w:cs="Arial"/>
        </w:rPr>
        <w:t>na</w:t>
      </w:r>
      <w:proofErr w:type="spellEnd"/>
      <w:r w:rsidRPr="00DC58C6">
        <w:rPr>
          <w:rFonts w:ascii="Arial" w:eastAsia="Calibri" w:hAnsi="Arial" w:cs="Arial"/>
        </w:rPr>
        <w:t xml:space="preserve"> </w:t>
      </w:r>
      <w:proofErr w:type="spellStart"/>
      <w:r w:rsidRPr="00DC58C6">
        <w:rPr>
          <w:rFonts w:ascii="Arial" w:eastAsia="Calibri" w:hAnsi="Arial" w:cs="Arial"/>
        </w:rPr>
        <w:t>dostavu</w:t>
      </w:r>
      <w:proofErr w:type="spellEnd"/>
      <w:r w:rsidRPr="00DC58C6">
        <w:rPr>
          <w:rFonts w:ascii="Arial" w:eastAsia="Calibri" w:hAnsi="Arial" w:cs="Arial"/>
        </w:rPr>
        <w:t xml:space="preserve"> </w:t>
      </w:r>
      <w:proofErr w:type="spellStart"/>
      <w:r w:rsidRPr="00DC58C6">
        <w:rPr>
          <w:rFonts w:ascii="Arial" w:eastAsia="Calibri" w:hAnsi="Arial" w:cs="Arial"/>
        </w:rPr>
        <w:t>ponuda</w:t>
      </w:r>
      <w:proofErr w:type="spellEnd"/>
      <w:r w:rsidRPr="00DC58C6">
        <w:rPr>
          <w:rFonts w:ascii="Arial" w:eastAsia="Calibri" w:hAnsi="Arial" w:cs="Arial"/>
        </w:rPr>
        <w:t xml:space="preserve"> i </w:t>
      </w:r>
      <w:proofErr w:type="spellStart"/>
      <w:r w:rsidRPr="00DC58C6">
        <w:rPr>
          <w:rFonts w:ascii="Arial" w:eastAsia="Calibri" w:hAnsi="Arial" w:cs="Arial"/>
        </w:rPr>
        <w:t>odabranom</w:t>
      </w:r>
      <w:proofErr w:type="spellEnd"/>
      <w:r w:rsidRPr="00DC58C6">
        <w:rPr>
          <w:rFonts w:ascii="Arial" w:eastAsia="Calibri" w:hAnsi="Arial" w:cs="Arial"/>
        </w:rPr>
        <w:t xml:space="preserve"> </w:t>
      </w:r>
      <w:proofErr w:type="spellStart"/>
      <w:r w:rsidRPr="00DC58C6">
        <w:rPr>
          <w:rFonts w:ascii="Arial" w:eastAsia="Calibri" w:hAnsi="Arial" w:cs="Arial"/>
        </w:rPr>
        <w:t>ponudom</w:t>
      </w:r>
      <w:proofErr w:type="spellEnd"/>
      <w:r w:rsidRPr="00DC58C6">
        <w:rPr>
          <w:rFonts w:ascii="Arial" w:eastAsia="Calibri" w:hAnsi="Arial" w:cs="Arial"/>
        </w:rPr>
        <w:t>.</w:t>
      </w:r>
    </w:p>
    <w:p w14:paraId="4693D58C" w14:textId="418ABCDB" w:rsidR="002534B2" w:rsidRPr="00DC58C6" w:rsidRDefault="00A415A0" w:rsidP="009C285A">
      <w:pPr>
        <w:spacing w:line="240" w:lineRule="auto"/>
        <w:jc w:val="both"/>
        <w:rPr>
          <w:rFonts w:ascii="Arial" w:hAnsi="Arial" w:cs="Arial"/>
        </w:rPr>
      </w:pPr>
      <w:r w:rsidRPr="00DC58C6">
        <w:rPr>
          <w:rFonts w:ascii="Arial" w:eastAsia="Calibri" w:hAnsi="Arial" w:cs="Arial"/>
        </w:rPr>
        <w:t xml:space="preserve">(3) </w:t>
      </w:r>
      <w:proofErr w:type="spellStart"/>
      <w:r w:rsidR="002534B2" w:rsidRPr="00DC58C6">
        <w:rPr>
          <w:rFonts w:ascii="Arial" w:hAnsi="Arial" w:cs="Arial"/>
        </w:rPr>
        <w:t>Izvršenje</w:t>
      </w:r>
      <w:proofErr w:type="spellEnd"/>
      <w:r w:rsidR="002534B2" w:rsidRPr="00DC58C6">
        <w:rPr>
          <w:rFonts w:ascii="Arial" w:hAnsi="Arial" w:cs="Arial"/>
        </w:rPr>
        <w:t xml:space="preserve"> </w:t>
      </w:r>
      <w:proofErr w:type="spellStart"/>
      <w:r w:rsidR="002534B2" w:rsidRPr="00DC58C6">
        <w:rPr>
          <w:rFonts w:ascii="Arial" w:hAnsi="Arial" w:cs="Arial"/>
        </w:rPr>
        <w:t>ugovora</w:t>
      </w:r>
      <w:proofErr w:type="spellEnd"/>
      <w:r w:rsidR="002534B2" w:rsidRPr="00DC58C6">
        <w:rPr>
          <w:rFonts w:ascii="Arial" w:hAnsi="Arial" w:cs="Arial"/>
        </w:rPr>
        <w:t xml:space="preserve"> </w:t>
      </w:r>
      <w:proofErr w:type="spellStart"/>
      <w:r w:rsidR="002534B2" w:rsidRPr="00DC58C6">
        <w:rPr>
          <w:rFonts w:ascii="Arial" w:hAnsi="Arial" w:cs="Arial"/>
        </w:rPr>
        <w:t>prati</w:t>
      </w:r>
      <w:proofErr w:type="spellEnd"/>
      <w:r w:rsidR="002534B2" w:rsidRPr="00DC58C6">
        <w:rPr>
          <w:rFonts w:ascii="Arial" w:hAnsi="Arial" w:cs="Arial"/>
        </w:rPr>
        <w:t xml:space="preserve"> i </w:t>
      </w:r>
      <w:proofErr w:type="spellStart"/>
      <w:r w:rsidR="002534B2" w:rsidRPr="00DC58C6">
        <w:rPr>
          <w:rFonts w:ascii="Arial" w:hAnsi="Arial" w:cs="Arial"/>
        </w:rPr>
        <w:t>kontrolira</w:t>
      </w:r>
      <w:proofErr w:type="spellEnd"/>
      <w:r w:rsidR="002534B2" w:rsidRPr="00DC58C6">
        <w:rPr>
          <w:rFonts w:ascii="Arial" w:hAnsi="Arial" w:cs="Arial"/>
        </w:rPr>
        <w:t xml:space="preserve"> </w:t>
      </w:r>
      <w:proofErr w:type="spellStart"/>
      <w:r w:rsidR="002534B2" w:rsidRPr="00DC58C6">
        <w:rPr>
          <w:rFonts w:ascii="Arial" w:hAnsi="Arial" w:cs="Arial"/>
        </w:rPr>
        <w:t>osoba</w:t>
      </w:r>
      <w:proofErr w:type="spellEnd"/>
      <w:r w:rsidR="002534B2" w:rsidRPr="00DC58C6">
        <w:rPr>
          <w:rFonts w:ascii="Arial" w:hAnsi="Arial" w:cs="Arial"/>
        </w:rPr>
        <w:t xml:space="preserve"> </w:t>
      </w:r>
      <w:proofErr w:type="spellStart"/>
      <w:r w:rsidR="002534B2" w:rsidRPr="00DC58C6">
        <w:rPr>
          <w:rFonts w:ascii="Arial" w:hAnsi="Arial" w:cs="Arial"/>
        </w:rPr>
        <w:t>ili</w:t>
      </w:r>
      <w:proofErr w:type="spellEnd"/>
      <w:r w:rsidR="002534B2" w:rsidRPr="00DC58C6">
        <w:rPr>
          <w:rFonts w:ascii="Arial" w:hAnsi="Arial" w:cs="Arial"/>
        </w:rPr>
        <w:t xml:space="preserve"> </w:t>
      </w:r>
      <w:proofErr w:type="spellStart"/>
      <w:r w:rsidR="002534B2" w:rsidRPr="00DC58C6">
        <w:rPr>
          <w:rFonts w:ascii="Arial" w:hAnsi="Arial" w:cs="Arial"/>
        </w:rPr>
        <w:t>osobe</w:t>
      </w:r>
      <w:proofErr w:type="spellEnd"/>
      <w:r w:rsidR="002534B2" w:rsidRPr="00DC58C6">
        <w:rPr>
          <w:rFonts w:ascii="Arial" w:hAnsi="Arial" w:cs="Arial"/>
        </w:rPr>
        <w:t xml:space="preserve"> </w:t>
      </w:r>
      <w:proofErr w:type="spellStart"/>
      <w:r w:rsidR="002534B2" w:rsidRPr="00DC58C6">
        <w:rPr>
          <w:rFonts w:ascii="Arial" w:hAnsi="Arial" w:cs="Arial"/>
        </w:rPr>
        <w:t>koje</w:t>
      </w:r>
      <w:proofErr w:type="spellEnd"/>
      <w:r w:rsidR="002534B2" w:rsidRPr="00DC58C6">
        <w:rPr>
          <w:rFonts w:ascii="Arial" w:hAnsi="Arial" w:cs="Arial"/>
        </w:rPr>
        <w:t xml:space="preserve"> </w:t>
      </w:r>
      <w:proofErr w:type="spellStart"/>
      <w:r w:rsidR="002534B2" w:rsidRPr="00DC58C6">
        <w:rPr>
          <w:rFonts w:ascii="Arial" w:hAnsi="Arial" w:cs="Arial"/>
        </w:rPr>
        <w:t>ugovorom</w:t>
      </w:r>
      <w:proofErr w:type="spellEnd"/>
      <w:r w:rsidR="002534B2" w:rsidRPr="00DC58C6">
        <w:rPr>
          <w:rFonts w:ascii="Arial" w:hAnsi="Arial" w:cs="Arial"/>
        </w:rPr>
        <w:t xml:space="preserve"> </w:t>
      </w:r>
      <w:proofErr w:type="spellStart"/>
      <w:r w:rsidR="002534B2" w:rsidRPr="00DC58C6">
        <w:rPr>
          <w:rFonts w:ascii="Arial" w:hAnsi="Arial" w:cs="Arial"/>
        </w:rPr>
        <w:t>imenuje</w:t>
      </w:r>
      <w:proofErr w:type="spellEnd"/>
      <w:r w:rsidR="002534B2" w:rsidRPr="00DC58C6">
        <w:rPr>
          <w:rFonts w:ascii="Arial" w:hAnsi="Arial" w:cs="Arial"/>
        </w:rPr>
        <w:t xml:space="preserve"> </w:t>
      </w:r>
      <w:proofErr w:type="spellStart"/>
      <w:r w:rsidR="008A096E">
        <w:rPr>
          <w:rFonts w:ascii="Arial" w:hAnsi="Arial" w:cs="Arial"/>
        </w:rPr>
        <w:t>dekan</w:t>
      </w:r>
      <w:proofErr w:type="spellEnd"/>
      <w:r w:rsidR="002534B2" w:rsidRPr="00DC58C6">
        <w:rPr>
          <w:rFonts w:ascii="Arial" w:hAnsi="Arial" w:cs="Arial"/>
        </w:rPr>
        <w:t xml:space="preserve">, a </w:t>
      </w:r>
      <w:proofErr w:type="spellStart"/>
      <w:r w:rsidR="002534B2" w:rsidRPr="00DC58C6">
        <w:rPr>
          <w:rFonts w:ascii="Arial" w:hAnsi="Arial" w:cs="Arial"/>
        </w:rPr>
        <w:t>koje</w:t>
      </w:r>
      <w:proofErr w:type="spellEnd"/>
      <w:r w:rsidR="002534B2" w:rsidRPr="00DC58C6">
        <w:rPr>
          <w:rFonts w:ascii="Arial" w:hAnsi="Arial" w:cs="Arial"/>
        </w:rPr>
        <w:t xml:space="preserve"> </w:t>
      </w:r>
      <w:proofErr w:type="spellStart"/>
      <w:r w:rsidR="002534B2" w:rsidRPr="00DC58C6">
        <w:rPr>
          <w:rFonts w:ascii="Arial" w:hAnsi="Arial" w:cs="Arial"/>
        </w:rPr>
        <w:t>su</w:t>
      </w:r>
      <w:proofErr w:type="spellEnd"/>
      <w:r w:rsidR="002534B2" w:rsidRPr="00DC58C6">
        <w:rPr>
          <w:rFonts w:ascii="Arial" w:hAnsi="Arial" w:cs="Arial"/>
        </w:rPr>
        <w:t xml:space="preserve"> </w:t>
      </w:r>
      <w:proofErr w:type="spellStart"/>
      <w:r w:rsidR="002534B2" w:rsidRPr="00DC58C6">
        <w:rPr>
          <w:rFonts w:ascii="Arial" w:hAnsi="Arial" w:cs="Arial"/>
        </w:rPr>
        <w:t>odgovorne</w:t>
      </w:r>
      <w:proofErr w:type="spellEnd"/>
      <w:r w:rsidR="002534B2" w:rsidRPr="00DC58C6">
        <w:rPr>
          <w:rFonts w:ascii="Arial" w:hAnsi="Arial" w:cs="Arial"/>
        </w:rPr>
        <w:t xml:space="preserve"> za </w:t>
      </w:r>
      <w:proofErr w:type="spellStart"/>
      <w:r w:rsidR="002534B2" w:rsidRPr="00DC58C6">
        <w:rPr>
          <w:rFonts w:ascii="Arial" w:hAnsi="Arial" w:cs="Arial"/>
        </w:rPr>
        <w:t>nadzor</w:t>
      </w:r>
      <w:proofErr w:type="spellEnd"/>
      <w:r w:rsidR="002534B2" w:rsidRPr="00DC58C6">
        <w:rPr>
          <w:rFonts w:ascii="Arial" w:hAnsi="Arial" w:cs="Arial"/>
        </w:rPr>
        <w:t xml:space="preserve"> </w:t>
      </w:r>
      <w:proofErr w:type="spellStart"/>
      <w:r w:rsidR="002534B2" w:rsidRPr="00DC58C6">
        <w:rPr>
          <w:rFonts w:ascii="Arial" w:hAnsi="Arial" w:cs="Arial"/>
        </w:rPr>
        <w:t>nad</w:t>
      </w:r>
      <w:proofErr w:type="spellEnd"/>
      <w:r w:rsidR="002534B2" w:rsidRPr="00DC58C6">
        <w:rPr>
          <w:rFonts w:ascii="Arial" w:hAnsi="Arial" w:cs="Arial"/>
        </w:rPr>
        <w:t xml:space="preserve"> </w:t>
      </w:r>
      <w:proofErr w:type="spellStart"/>
      <w:r w:rsidR="002534B2" w:rsidRPr="00DC58C6">
        <w:rPr>
          <w:rFonts w:ascii="Arial" w:hAnsi="Arial" w:cs="Arial"/>
        </w:rPr>
        <w:t>urednim</w:t>
      </w:r>
      <w:proofErr w:type="spellEnd"/>
      <w:r w:rsidR="002534B2" w:rsidRPr="00DC58C6">
        <w:rPr>
          <w:rFonts w:ascii="Arial" w:hAnsi="Arial" w:cs="Arial"/>
        </w:rPr>
        <w:t xml:space="preserve"> i </w:t>
      </w:r>
      <w:proofErr w:type="spellStart"/>
      <w:r w:rsidR="002534B2" w:rsidRPr="00DC58C6">
        <w:rPr>
          <w:rFonts w:ascii="Arial" w:hAnsi="Arial" w:cs="Arial"/>
        </w:rPr>
        <w:t>pravodobnim</w:t>
      </w:r>
      <w:proofErr w:type="spellEnd"/>
      <w:r w:rsidR="002534B2" w:rsidRPr="00DC58C6">
        <w:rPr>
          <w:rFonts w:ascii="Arial" w:hAnsi="Arial" w:cs="Arial"/>
        </w:rPr>
        <w:t xml:space="preserve"> </w:t>
      </w:r>
      <w:proofErr w:type="spellStart"/>
      <w:r w:rsidR="002534B2" w:rsidRPr="00DC58C6">
        <w:rPr>
          <w:rFonts w:ascii="Arial" w:hAnsi="Arial" w:cs="Arial"/>
        </w:rPr>
        <w:t>izvršenjem</w:t>
      </w:r>
      <w:proofErr w:type="spellEnd"/>
      <w:r w:rsidR="002534B2" w:rsidRPr="00DC58C6">
        <w:rPr>
          <w:rFonts w:ascii="Arial" w:hAnsi="Arial" w:cs="Arial"/>
        </w:rPr>
        <w:t xml:space="preserve"> </w:t>
      </w:r>
      <w:proofErr w:type="spellStart"/>
      <w:r w:rsidR="002534B2" w:rsidRPr="00DC58C6">
        <w:rPr>
          <w:rFonts w:ascii="Arial" w:hAnsi="Arial" w:cs="Arial"/>
        </w:rPr>
        <w:t>ugovornih</w:t>
      </w:r>
      <w:proofErr w:type="spellEnd"/>
      <w:r w:rsidR="002534B2" w:rsidRPr="00DC58C6">
        <w:rPr>
          <w:rFonts w:ascii="Arial" w:hAnsi="Arial" w:cs="Arial"/>
        </w:rPr>
        <w:t xml:space="preserve"> </w:t>
      </w:r>
      <w:proofErr w:type="spellStart"/>
      <w:r w:rsidR="002534B2" w:rsidRPr="00DC58C6">
        <w:rPr>
          <w:rFonts w:ascii="Arial" w:hAnsi="Arial" w:cs="Arial"/>
        </w:rPr>
        <w:t>obveza</w:t>
      </w:r>
      <w:proofErr w:type="spellEnd"/>
      <w:r w:rsidR="002534B2" w:rsidRPr="00DC58C6">
        <w:rPr>
          <w:rFonts w:ascii="Arial" w:hAnsi="Arial" w:cs="Arial"/>
        </w:rPr>
        <w:t>.</w:t>
      </w:r>
    </w:p>
    <w:p w14:paraId="1BDB2EB9" w14:textId="5FC86E72" w:rsidR="002534B2" w:rsidRPr="00DC58C6" w:rsidRDefault="002534B2" w:rsidP="009C285A">
      <w:pPr>
        <w:spacing w:line="240" w:lineRule="auto"/>
        <w:jc w:val="both"/>
        <w:rPr>
          <w:rFonts w:ascii="Arial" w:hAnsi="Arial" w:cs="Arial"/>
        </w:rPr>
      </w:pPr>
      <w:r w:rsidRPr="00DC58C6">
        <w:rPr>
          <w:rFonts w:ascii="Arial" w:hAnsi="Arial" w:cs="Arial"/>
        </w:rPr>
        <w:t xml:space="preserve">(4) </w:t>
      </w:r>
      <w:proofErr w:type="spellStart"/>
      <w:r w:rsidRPr="00DC58C6">
        <w:rPr>
          <w:rFonts w:ascii="Arial" w:hAnsi="Arial" w:cs="Arial"/>
        </w:rPr>
        <w:t>Osobe</w:t>
      </w:r>
      <w:proofErr w:type="spellEnd"/>
      <w:r w:rsidRPr="00DC58C6">
        <w:rPr>
          <w:rFonts w:ascii="Arial" w:hAnsi="Arial" w:cs="Arial"/>
        </w:rPr>
        <w:t xml:space="preserve"> </w:t>
      </w:r>
      <w:proofErr w:type="spellStart"/>
      <w:r w:rsidRPr="00DC58C6">
        <w:rPr>
          <w:rFonts w:ascii="Arial" w:hAnsi="Arial" w:cs="Arial"/>
        </w:rPr>
        <w:t>iz</w:t>
      </w:r>
      <w:proofErr w:type="spellEnd"/>
      <w:r w:rsidRPr="00DC58C6">
        <w:rPr>
          <w:rFonts w:ascii="Arial" w:hAnsi="Arial" w:cs="Arial"/>
        </w:rPr>
        <w:t xml:space="preserve"> </w:t>
      </w:r>
      <w:proofErr w:type="spellStart"/>
      <w:r w:rsidRPr="00DC58C6">
        <w:rPr>
          <w:rFonts w:ascii="Arial" w:hAnsi="Arial" w:cs="Arial"/>
        </w:rPr>
        <w:t>stavka</w:t>
      </w:r>
      <w:proofErr w:type="spellEnd"/>
      <w:r w:rsidRPr="00DC58C6">
        <w:rPr>
          <w:rFonts w:ascii="Arial" w:hAnsi="Arial" w:cs="Arial"/>
        </w:rPr>
        <w:t xml:space="preserve"> </w:t>
      </w:r>
      <w:r w:rsidR="00E26E28">
        <w:rPr>
          <w:rFonts w:ascii="Arial" w:hAnsi="Arial" w:cs="Arial"/>
        </w:rPr>
        <w:t>3</w:t>
      </w:r>
      <w:r w:rsidRPr="00DC58C6">
        <w:rPr>
          <w:rFonts w:ascii="Arial" w:hAnsi="Arial" w:cs="Arial"/>
        </w:rPr>
        <w:t>.</w:t>
      </w:r>
      <w:r w:rsidR="00272902">
        <w:rPr>
          <w:rFonts w:ascii="Arial" w:hAnsi="Arial" w:cs="Arial"/>
        </w:rPr>
        <w:t xml:space="preserve"> </w:t>
      </w:r>
      <w:proofErr w:type="spellStart"/>
      <w:r w:rsidRPr="00DC58C6">
        <w:rPr>
          <w:rFonts w:ascii="Arial" w:hAnsi="Arial" w:cs="Arial"/>
        </w:rPr>
        <w:t>ovoga</w:t>
      </w:r>
      <w:proofErr w:type="spellEnd"/>
      <w:r w:rsidRPr="00DC58C6">
        <w:rPr>
          <w:rFonts w:ascii="Arial" w:hAnsi="Arial" w:cs="Arial"/>
        </w:rPr>
        <w:t xml:space="preserve"> </w:t>
      </w:r>
      <w:proofErr w:type="spellStart"/>
      <w:r w:rsidRPr="00DC58C6">
        <w:rPr>
          <w:rFonts w:ascii="Arial" w:hAnsi="Arial" w:cs="Arial"/>
        </w:rPr>
        <w:t>članka</w:t>
      </w:r>
      <w:proofErr w:type="spellEnd"/>
      <w:r w:rsidRPr="00DC58C6">
        <w:rPr>
          <w:rFonts w:ascii="Arial" w:hAnsi="Arial" w:cs="Arial"/>
        </w:rPr>
        <w:t xml:space="preserve"> </w:t>
      </w:r>
      <w:proofErr w:type="spellStart"/>
      <w:r w:rsidRPr="00DC58C6">
        <w:rPr>
          <w:rFonts w:ascii="Arial" w:hAnsi="Arial" w:cs="Arial"/>
        </w:rPr>
        <w:t>provjeravaju</w:t>
      </w:r>
      <w:proofErr w:type="spellEnd"/>
      <w:r w:rsidRPr="00DC58C6">
        <w:rPr>
          <w:rFonts w:ascii="Arial" w:hAnsi="Arial" w:cs="Arial"/>
        </w:rPr>
        <w:t>:</w:t>
      </w:r>
    </w:p>
    <w:p w14:paraId="429C4081" w14:textId="77777777" w:rsidR="002534B2" w:rsidRPr="00DC58C6" w:rsidRDefault="002534B2" w:rsidP="009C285A">
      <w:pPr>
        <w:spacing w:line="240" w:lineRule="auto"/>
        <w:jc w:val="both"/>
        <w:rPr>
          <w:rFonts w:ascii="Arial" w:hAnsi="Arial" w:cs="Arial"/>
        </w:rPr>
      </w:pPr>
      <w:r w:rsidRPr="00DC58C6">
        <w:rPr>
          <w:rFonts w:ascii="Arial" w:hAnsi="Arial" w:cs="Arial"/>
        </w:rPr>
        <w:t xml:space="preserve">▪ </w:t>
      </w:r>
      <w:proofErr w:type="spellStart"/>
      <w:r w:rsidRPr="00DC58C6">
        <w:rPr>
          <w:rFonts w:ascii="Arial" w:hAnsi="Arial" w:cs="Arial"/>
        </w:rPr>
        <w:t>ispunjava</w:t>
      </w:r>
      <w:proofErr w:type="spellEnd"/>
      <w:r w:rsidRPr="00DC58C6">
        <w:rPr>
          <w:rFonts w:ascii="Arial" w:hAnsi="Arial" w:cs="Arial"/>
        </w:rPr>
        <w:t xml:space="preserve"> li </w:t>
      </w:r>
      <w:proofErr w:type="spellStart"/>
      <w:r w:rsidRPr="00DC58C6">
        <w:rPr>
          <w:rFonts w:ascii="Arial" w:hAnsi="Arial" w:cs="Arial"/>
        </w:rPr>
        <w:t>gospodarski</w:t>
      </w:r>
      <w:proofErr w:type="spellEnd"/>
      <w:r w:rsidRPr="00DC58C6">
        <w:rPr>
          <w:rFonts w:ascii="Arial" w:hAnsi="Arial" w:cs="Arial"/>
        </w:rPr>
        <w:t xml:space="preserve"> </w:t>
      </w:r>
      <w:proofErr w:type="spellStart"/>
      <w:r w:rsidRPr="00DC58C6">
        <w:rPr>
          <w:rFonts w:ascii="Arial" w:hAnsi="Arial" w:cs="Arial"/>
        </w:rPr>
        <w:t>subjekt</w:t>
      </w:r>
      <w:proofErr w:type="spellEnd"/>
      <w:r w:rsidRPr="00DC58C6">
        <w:rPr>
          <w:rFonts w:ascii="Arial" w:hAnsi="Arial" w:cs="Arial"/>
        </w:rPr>
        <w:t xml:space="preserve"> </w:t>
      </w:r>
      <w:proofErr w:type="spellStart"/>
      <w:r w:rsidRPr="00DC58C6">
        <w:rPr>
          <w:rFonts w:ascii="Arial" w:hAnsi="Arial" w:cs="Arial"/>
        </w:rPr>
        <w:t>ugovorene</w:t>
      </w:r>
      <w:proofErr w:type="spellEnd"/>
      <w:r w:rsidRPr="00DC58C6">
        <w:rPr>
          <w:rFonts w:ascii="Arial" w:hAnsi="Arial" w:cs="Arial"/>
        </w:rPr>
        <w:t xml:space="preserve"> </w:t>
      </w:r>
      <w:proofErr w:type="spellStart"/>
      <w:r w:rsidRPr="00DC58C6">
        <w:rPr>
          <w:rFonts w:ascii="Arial" w:hAnsi="Arial" w:cs="Arial"/>
        </w:rPr>
        <w:t>obveze</w:t>
      </w:r>
      <w:proofErr w:type="spellEnd"/>
      <w:r w:rsidRPr="00DC58C6">
        <w:rPr>
          <w:rFonts w:ascii="Arial" w:hAnsi="Arial" w:cs="Arial"/>
        </w:rPr>
        <w:t xml:space="preserve"> u </w:t>
      </w:r>
      <w:proofErr w:type="spellStart"/>
      <w:r w:rsidRPr="00DC58C6">
        <w:rPr>
          <w:rFonts w:ascii="Arial" w:hAnsi="Arial" w:cs="Arial"/>
        </w:rPr>
        <w:t>skladu</w:t>
      </w:r>
      <w:proofErr w:type="spellEnd"/>
      <w:r w:rsidRPr="00DC58C6">
        <w:rPr>
          <w:rFonts w:ascii="Arial" w:hAnsi="Arial" w:cs="Arial"/>
        </w:rPr>
        <w:t xml:space="preserve"> s </w:t>
      </w:r>
      <w:proofErr w:type="spellStart"/>
      <w:r w:rsidRPr="00DC58C6">
        <w:rPr>
          <w:rFonts w:ascii="Arial" w:hAnsi="Arial" w:cs="Arial"/>
        </w:rPr>
        <w:t>ugovorom</w:t>
      </w:r>
      <w:proofErr w:type="spellEnd"/>
      <w:r w:rsidRPr="00DC58C6">
        <w:rPr>
          <w:rFonts w:ascii="Arial" w:hAnsi="Arial" w:cs="Arial"/>
        </w:rPr>
        <w:t xml:space="preserve"> i </w:t>
      </w:r>
      <w:proofErr w:type="spellStart"/>
      <w:r w:rsidRPr="00DC58C6">
        <w:rPr>
          <w:rFonts w:ascii="Arial" w:hAnsi="Arial" w:cs="Arial"/>
        </w:rPr>
        <w:t>ponudom</w:t>
      </w:r>
      <w:proofErr w:type="spellEnd"/>
      <w:r w:rsidRPr="00DC58C6">
        <w:rPr>
          <w:rFonts w:ascii="Arial" w:hAnsi="Arial" w:cs="Arial"/>
        </w:rPr>
        <w:t>,</w:t>
      </w:r>
    </w:p>
    <w:p w14:paraId="7F6371C5" w14:textId="77777777" w:rsidR="002534B2" w:rsidRPr="00DC58C6" w:rsidRDefault="002534B2" w:rsidP="009C285A">
      <w:pPr>
        <w:spacing w:line="240" w:lineRule="auto"/>
        <w:jc w:val="both"/>
        <w:rPr>
          <w:rFonts w:ascii="Arial" w:hAnsi="Arial" w:cs="Arial"/>
        </w:rPr>
      </w:pPr>
      <w:r w:rsidRPr="00DC58C6">
        <w:rPr>
          <w:rFonts w:ascii="Arial" w:hAnsi="Arial" w:cs="Arial"/>
        </w:rPr>
        <w:t xml:space="preserve">▪ </w:t>
      </w:r>
      <w:proofErr w:type="spellStart"/>
      <w:r w:rsidRPr="00DC58C6">
        <w:rPr>
          <w:rFonts w:ascii="Arial" w:hAnsi="Arial" w:cs="Arial"/>
        </w:rPr>
        <w:t>kvalitetu</w:t>
      </w:r>
      <w:proofErr w:type="spellEnd"/>
      <w:r w:rsidRPr="00DC58C6">
        <w:rPr>
          <w:rFonts w:ascii="Arial" w:hAnsi="Arial" w:cs="Arial"/>
        </w:rPr>
        <w:t xml:space="preserve">, </w:t>
      </w:r>
      <w:proofErr w:type="spellStart"/>
      <w:r w:rsidRPr="00DC58C6">
        <w:rPr>
          <w:rFonts w:ascii="Arial" w:hAnsi="Arial" w:cs="Arial"/>
        </w:rPr>
        <w:t>količinu</w:t>
      </w:r>
      <w:proofErr w:type="spellEnd"/>
      <w:r w:rsidRPr="00DC58C6">
        <w:rPr>
          <w:rFonts w:ascii="Arial" w:hAnsi="Arial" w:cs="Arial"/>
        </w:rPr>
        <w:t xml:space="preserve"> i </w:t>
      </w:r>
      <w:proofErr w:type="spellStart"/>
      <w:r w:rsidRPr="00DC58C6">
        <w:rPr>
          <w:rFonts w:ascii="Arial" w:hAnsi="Arial" w:cs="Arial"/>
        </w:rPr>
        <w:t>rokove</w:t>
      </w:r>
      <w:proofErr w:type="spellEnd"/>
      <w:r w:rsidRPr="00DC58C6">
        <w:rPr>
          <w:rFonts w:ascii="Arial" w:hAnsi="Arial" w:cs="Arial"/>
        </w:rPr>
        <w:t xml:space="preserve"> </w:t>
      </w:r>
      <w:proofErr w:type="spellStart"/>
      <w:r w:rsidRPr="00DC58C6">
        <w:rPr>
          <w:rFonts w:ascii="Arial" w:hAnsi="Arial" w:cs="Arial"/>
        </w:rPr>
        <w:t>isporuke</w:t>
      </w:r>
      <w:proofErr w:type="spellEnd"/>
      <w:r w:rsidRPr="00DC58C6">
        <w:rPr>
          <w:rFonts w:ascii="Arial" w:hAnsi="Arial" w:cs="Arial"/>
        </w:rPr>
        <w:t xml:space="preserve"> robe, </w:t>
      </w:r>
      <w:proofErr w:type="spellStart"/>
      <w:r w:rsidRPr="00DC58C6">
        <w:rPr>
          <w:rFonts w:ascii="Arial" w:hAnsi="Arial" w:cs="Arial"/>
        </w:rPr>
        <w:t>usluga</w:t>
      </w:r>
      <w:proofErr w:type="spellEnd"/>
      <w:r w:rsidRPr="00DC58C6">
        <w:rPr>
          <w:rFonts w:ascii="Arial" w:hAnsi="Arial" w:cs="Arial"/>
        </w:rPr>
        <w:t xml:space="preserve"> </w:t>
      </w:r>
      <w:proofErr w:type="spellStart"/>
      <w:r w:rsidRPr="00DC58C6">
        <w:rPr>
          <w:rFonts w:ascii="Arial" w:hAnsi="Arial" w:cs="Arial"/>
        </w:rPr>
        <w:t>ili</w:t>
      </w:r>
      <w:proofErr w:type="spellEnd"/>
      <w:r w:rsidRPr="00DC58C6">
        <w:rPr>
          <w:rFonts w:ascii="Arial" w:hAnsi="Arial" w:cs="Arial"/>
        </w:rPr>
        <w:t xml:space="preserve"> </w:t>
      </w:r>
      <w:proofErr w:type="spellStart"/>
      <w:r w:rsidRPr="00DC58C6">
        <w:rPr>
          <w:rFonts w:ascii="Arial" w:hAnsi="Arial" w:cs="Arial"/>
        </w:rPr>
        <w:t>radova</w:t>
      </w:r>
      <w:proofErr w:type="spellEnd"/>
      <w:r w:rsidRPr="00DC58C6">
        <w:rPr>
          <w:rFonts w:ascii="Arial" w:hAnsi="Arial" w:cs="Arial"/>
        </w:rPr>
        <w:t>,</w:t>
      </w:r>
    </w:p>
    <w:p w14:paraId="25109BC3" w14:textId="25DD65D1" w:rsidR="002534B2" w:rsidRDefault="002534B2" w:rsidP="009C285A">
      <w:pPr>
        <w:spacing w:line="240" w:lineRule="auto"/>
        <w:jc w:val="both"/>
        <w:rPr>
          <w:rFonts w:ascii="Arial" w:hAnsi="Arial" w:cs="Arial"/>
        </w:rPr>
      </w:pPr>
      <w:r w:rsidRPr="00DC58C6">
        <w:rPr>
          <w:rFonts w:ascii="Arial" w:hAnsi="Arial" w:cs="Arial"/>
        </w:rPr>
        <w:t xml:space="preserve">▪ </w:t>
      </w:r>
      <w:proofErr w:type="spellStart"/>
      <w:r w:rsidRPr="00DC58C6">
        <w:rPr>
          <w:rFonts w:ascii="Arial" w:hAnsi="Arial" w:cs="Arial"/>
        </w:rPr>
        <w:t>usklađenost</w:t>
      </w:r>
      <w:proofErr w:type="spellEnd"/>
      <w:r w:rsidRPr="00DC58C6">
        <w:rPr>
          <w:rFonts w:ascii="Arial" w:hAnsi="Arial" w:cs="Arial"/>
        </w:rPr>
        <w:t xml:space="preserve"> </w:t>
      </w:r>
      <w:proofErr w:type="spellStart"/>
      <w:r w:rsidRPr="00DC58C6">
        <w:rPr>
          <w:rFonts w:ascii="Arial" w:hAnsi="Arial" w:cs="Arial"/>
        </w:rPr>
        <w:t>izvršenja</w:t>
      </w:r>
      <w:proofErr w:type="spellEnd"/>
      <w:r w:rsidRPr="00DC58C6">
        <w:rPr>
          <w:rFonts w:ascii="Arial" w:hAnsi="Arial" w:cs="Arial"/>
        </w:rPr>
        <w:t xml:space="preserve"> s </w:t>
      </w:r>
      <w:proofErr w:type="spellStart"/>
      <w:r w:rsidRPr="00DC58C6">
        <w:rPr>
          <w:rFonts w:ascii="Arial" w:hAnsi="Arial" w:cs="Arial"/>
        </w:rPr>
        <w:t>uvjetima</w:t>
      </w:r>
      <w:proofErr w:type="spellEnd"/>
      <w:r w:rsidRPr="00DC58C6">
        <w:rPr>
          <w:rFonts w:ascii="Arial" w:hAnsi="Arial" w:cs="Arial"/>
        </w:rPr>
        <w:t xml:space="preserve"> </w:t>
      </w:r>
      <w:proofErr w:type="spellStart"/>
      <w:r w:rsidRPr="00DC58C6">
        <w:rPr>
          <w:rFonts w:ascii="Arial" w:hAnsi="Arial" w:cs="Arial"/>
        </w:rPr>
        <w:t>iz</w:t>
      </w:r>
      <w:proofErr w:type="spellEnd"/>
      <w:r w:rsidRPr="00DC58C6">
        <w:rPr>
          <w:rFonts w:ascii="Arial" w:hAnsi="Arial" w:cs="Arial"/>
        </w:rPr>
        <w:t xml:space="preserve"> </w:t>
      </w:r>
      <w:proofErr w:type="spellStart"/>
      <w:r w:rsidRPr="00DC58C6">
        <w:rPr>
          <w:rFonts w:ascii="Arial" w:hAnsi="Arial" w:cs="Arial"/>
        </w:rPr>
        <w:t>poziva</w:t>
      </w:r>
      <w:proofErr w:type="spellEnd"/>
      <w:r w:rsidRPr="00DC58C6">
        <w:rPr>
          <w:rFonts w:ascii="Arial" w:hAnsi="Arial" w:cs="Arial"/>
        </w:rPr>
        <w:t xml:space="preserve"> </w:t>
      </w:r>
      <w:proofErr w:type="spellStart"/>
      <w:r w:rsidRPr="00DC58C6">
        <w:rPr>
          <w:rFonts w:ascii="Arial" w:hAnsi="Arial" w:cs="Arial"/>
        </w:rPr>
        <w:t>na</w:t>
      </w:r>
      <w:proofErr w:type="spellEnd"/>
      <w:r w:rsidRPr="00DC58C6">
        <w:rPr>
          <w:rFonts w:ascii="Arial" w:hAnsi="Arial" w:cs="Arial"/>
        </w:rPr>
        <w:t xml:space="preserve"> </w:t>
      </w:r>
      <w:proofErr w:type="spellStart"/>
      <w:r w:rsidRPr="00DC58C6">
        <w:rPr>
          <w:rFonts w:ascii="Arial" w:hAnsi="Arial" w:cs="Arial"/>
        </w:rPr>
        <w:t>dostavu</w:t>
      </w:r>
      <w:proofErr w:type="spellEnd"/>
      <w:r w:rsidRPr="00DC58C6">
        <w:rPr>
          <w:rFonts w:ascii="Arial" w:hAnsi="Arial" w:cs="Arial"/>
        </w:rPr>
        <w:t xml:space="preserve"> </w:t>
      </w:r>
      <w:proofErr w:type="spellStart"/>
      <w:r w:rsidRPr="00DC58C6">
        <w:rPr>
          <w:rFonts w:ascii="Arial" w:hAnsi="Arial" w:cs="Arial"/>
        </w:rPr>
        <w:t>ponuda</w:t>
      </w:r>
      <w:proofErr w:type="spellEnd"/>
      <w:r w:rsidRPr="00DC58C6">
        <w:rPr>
          <w:rFonts w:ascii="Arial" w:hAnsi="Arial" w:cs="Arial"/>
        </w:rPr>
        <w:t xml:space="preserve"> i </w:t>
      </w:r>
      <w:proofErr w:type="spellStart"/>
      <w:r w:rsidRPr="00DC58C6">
        <w:rPr>
          <w:rFonts w:ascii="Arial" w:hAnsi="Arial" w:cs="Arial"/>
        </w:rPr>
        <w:t>sklopljenog</w:t>
      </w:r>
      <w:proofErr w:type="spellEnd"/>
      <w:r w:rsidRPr="00DC58C6">
        <w:rPr>
          <w:rFonts w:ascii="Arial" w:hAnsi="Arial" w:cs="Arial"/>
        </w:rPr>
        <w:t xml:space="preserve"> </w:t>
      </w:r>
      <w:proofErr w:type="spellStart"/>
      <w:r w:rsidRPr="00DC58C6">
        <w:rPr>
          <w:rFonts w:ascii="Arial" w:hAnsi="Arial" w:cs="Arial"/>
        </w:rPr>
        <w:t>ugovora</w:t>
      </w:r>
      <w:proofErr w:type="spellEnd"/>
      <w:r w:rsidRPr="00DC58C6">
        <w:rPr>
          <w:rFonts w:ascii="Arial" w:hAnsi="Arial" w:cs="Arial"/>
        </w:rPr>
        <w:t>.</w:t>
      </w:r>
    </w:p>
    <w:p w14:paraId="3997DAE5" w14:textId="77777777" w:rsidR="009F6EDB" w:rsidRPr="00DC58C6" w:rsidRDefault="009F6EDB" w:rsidP="009C285A">
      <w:pPr>
        <w:spacing w:line="240" w:lineRule="auto"/>
        <w:jc w:val="both"/>
        <w:rPr>
          <w:rFonts w:ascii="Arial" w:hAnsi="Arial" w:cs="Arial"/>
        </w:rPr>
      </w:pPr>
    </w:p>
    <w:p w14:paraId="6CBF7DAB" w14:textId="77777777" w:rsidR="00A415A0" w:rsidRPr="00DC58C6" w:rsidRDefault="00A415A0" w:rsidP="009C285A">
      <w:pPr>
        <w:spacing w:after="120" w:line="240" w:lineRule="auto"/>
        <w:jc w:val="both"/>
        <w:rPr>
          <w:rFonts w:ascii="Arial" w:eastAsia="Calibri" w:hAnsi="Arial" w:cs="Arial"/>
        </w:rPr>
      </w:pPr>
    </w:p>
    <w:p w14:paraId="094507C1" w14:textId="77777777" w:rsidR="00A415A0" w:rsidRPr="00DC58C6" w:rsidRDefault="00A415A0" w:rsidP="009C285A">
      <w:pPr>
        <w:pStyle w:val="Heading1"/>
        <w:spacing w:before="0" w:after="120" w:line="240" w:lineRule="auto"/>
        <w:jc w:val="center"/>
        <w:rPr>
          <w:rFonts w:ascii="Arial" w:eastAsia="Calibri" w:hAnsi="Arial" w:cs="Arial"/>
          <w:color w:val="auto"/>
          <w:sz w:val="22"/>
          <w:szCs w:val="22"/>
        </w:rPr>
      </w:pPr>
      <w:r w:rsidRPr="00DC58C6">
        <w:rPr>
          <w:rFonts w:ascii="Arial" w:eastAsia="Calibri" w:hAnsi="Arial" w:cs="Arial"/>
          <w:color w:val="auto"/>
          <w:sz w:val="22"/>
          <w:szCs w:val="22"/>
        </w:rPr>
        <w:t>IZMJENE UGOVORA O JEDNOSTAVNOJ NABAVI</w:t>
      </w:r>
    </w:p>
    <w:p w14:paraId="565BD95B" w14:textId="77777777" w:rsidR="002534B2" w:rsidRPr="00DC58C6" w:rsidRDefault="002534B2" w:rsidP="009C285A">
      <w:pPr>
        <w:spacing w:line="240" w:lineRule="auto"/>
        <w:rPr>
          <w:rFonts w:ascii="Arial" w:hAnsi="Arial" w:cs="Arial"/>
        </w:rPr>
      </w:pPr>
    </w:p>
    <w:p w14:paraId="384729B1" w14:textId="3054D853" w:rsidR="00A415A0" w:rsidRPr="00DC58C6" w:rsidRDefault="00A415A0" w:rsidP="009C285A">
      <w:pPr>
        <w:pStyle w:val="Heading1"/>
        <w:spacing w:before="0" w:after="120" w:line="240" w:lineRule="auto"/>
        <w:jc w:val="center"/>
        <w:rPr>
          <w:rFonts w:ascii="Arial" w:hAnsi="Arial" w:cs="Arial"/>
          <w:color w:val="auto"/>
          <w:sz w:val="22"/>
          <w:szCs w:val="22"/>
        </w:rPr>
      </w:pPr>
      <w:proofErr w:type="spellStart"/>
      <w:r w:rsidRPr="00DC58C6">
        <w:rPr>
          <w:rFonts w:ascii="Arial" w:eastAsia="Calibri" w:hAnsi="Arial" w:cs="Arial"/>
          <w:color w:val="auto"/>
          <w:sz w:val="22"/>
          <w:szCs w:val="22"/>
        </w:rPr>
        <w:t>Članak</w:t>
      </w:r>
      <w:proofErr w:type="spellEnd"/>
      <w:r w:rsidRPr="00DC58C6">
        <w:rPr>
          <w:rFonts w:ascii="Arial" w:eastAsia="Calibri" w:hAnsi="Arial" w:cs="Arial"/>
          <w:color w:val="auto"/>
          <w:sz w:val="22"/>
          <w:szCs w:val="22"/>
        </w:rPr>
        <w:t xml:space="preserve"> </w:t>
      </w:r>
      <w:r w:rsidR="004A4BC7" w:rsidRPr="00DC58C6">
        <w:rPr>
          <w:rFonts w:ascii="Arial" w:eastAsia="Calibri" w:hAnsi="Arial" w:cs="Arial"/>
          <w:color w:val="auto"/>
          <w:sz w:val="22"/>
          <w:szCs w:val="22"/>
        </w:rPr>
        <w:t>29</w:t>
      </w:r>
      <w:r w:rsidRPr="00DC58C6">
        <w:rPr>
          <w:rFonts w:ascii="Arial" w:hAnsi="Arial" w:cs="Arial"/>
          <w:color w:val="auto"/>
          <w:sz w:val="22"/>
          <w:szCs w:val="22"/>
        </w:rPr>
        <w:t>.</w:t>
      </w:r>
    </w:p>
    <w:p w14:paraId="1D173615" w14:textId="66F21012" w:rsidR="00A415A0" w:rsidRPr="00DC58C6" w:rsidRDefault="00A415A0" w:rsidP="009C285A">
      <w:pPr>
        <w:spacing w:after="120" w:line="240" w:lineRule="auto"/>
        <w:jc w:val="both"/>
        <w:rPr>
          <w:rFonts w:ascii="Arial" w:hAnsi="Arial" w:cs="Arial"/>
        </w:rPr>
      </w:pPr>
      <w:r w:rsidRPr="00DC58C6">
        <w:rPr>
          <w:rFonts w:ascii="Arial" w:eastAsia="Calibri" w:hAnsi="Arial" w:cs="Arial"/>
        </w:rPr>
        <w:t xml:space="preserve">(1) </w:t>
      </w:r>
      <w:proofErr w:type="spellStart"/>
      <w:r w:rsidRPr="00DC58C6">
        <w:rPr>
          <w:rFonts w:ascii="Arial" w:eastAsia="Calibri" w:hAnsi="Arial" w:cs="Arial"/>
        </w:rPr>
        <w:t>Naručitelj</w:t>
      </w:r>
      <w:proofErr w:type="spellEnd"/>
      <w:r w:rsidRPr="00DC58C6">
        <w:rPr>
          <w:rFonts w:ascii="Arial" w:eastAsia="Calibri" w:hAnsi="Arial" w:cs="Arial"/>
        </w:rPr>
        <w:t xml:space="preserve"> </w:t>
      </w:r>
      <w:proofErr w:type="spellStart"/>
      <w:r w:rsidRPr="00DC58C6">
        <w:rPr>
          <w:rFonts w:ascii="Arial" w:eastAsia="Calibri" w:hAnsi="Arial" w:cs="Arial"/>
        </w:rPr>
        <w:t>smije</w:t>
      </w:r>
      <w:proofErr w:type="spellEnd"/>
      <w:r w:rsidRPr="00DC58C6">
        <w:rPr>
          <w:rFonts w:ascii="Arial" w:eastAsia="Calibri" w:hAnsi="Arial" w:cs="Arial"/>
        </w:rPr>
        <w:t xml:space="preserve"> </w:t>
      </w:r>
      <w:proofErr w:type="spellStart"/>
      <w:r w:rsidRPr="00DC58C6">
        <w:rPr>
          <w:rFonts w:ascii="Arial" w:eastAsia="Calibri" w:hAnsi="Arial" w:cs="Arial"/>
        </w:rPr>
        <w:t>izmijeniti</w:t>
      </w:r>
      <w:proofErr w:type="spellEnd"/>
      <w:r w:rsidRPr="00DC58C6">
        <w:rPr>
          <w:rFonts w:ascii="Arial" w:eastAsia="Calibri" w:hAnsi="Arial" w:cs="Arial"/>
        </w:rPr>
        <w:t xml:space="preserve"> </w:t>
      </w:r>
      <w:proofErr w:type="spellStart"/>
      <w:r w:rsidRPr="00DC58C6">
        <w:rPr>
          <w:rFonts w:ascii="Arial" w:eastAsia="Calibri" w:hAnsi="Arial" w:cs="Arial"/>
        </w:rPr>
        <w:t>ugovor</w:t>
      </w:r>
      <w:proofErr w:type="spellEnd"/>
      <w:r w:rsidRPr="00DC58C6">
        <w:rPr>
          <w:rFonts w:ascii="Arial" w:eastAsia="Calibri" w:hAnsi="Arial" w:cs="Arial"/>
        </w:rPr>
        <w:t xml:space="preserve"> o </w:t>
      </w:r>
      <w:proofErr w:type="spellStart"/>
      <w:r w:rsidRPr="00DC58C6">
        <w:rPr>
          <w:rFonts w:ascii="Arial" w:eastAsia="Calibri" w:hAnsi="Arial" w:cs="Arial"/>
        </w:rPr>
        <w:t>jednostavnoj</w:t>
      </w:r>
      <w:proofErr w:type="spellEnd"/>
      <w:r w:rsidRPr="00DC58C6">
        <w:rPr>
          <w:rFonts w:ascii="Arial" w:eastAsia="Calibri" w:hAnsi="Arial" w:cs="Arial"/>
        </w:rPr>
        <w:t xml:space="preserve"> </w:t>
      </w:r>
      <w:proofErr w:type="spellStart"/>
      <w:r w:rsidRPr="00DC58C6">
        <w:rPr>
          <w:rFonts w:ascii="Arial" w:eastAsia="Calibri" w:hAnsi="Arial" w:cs="Arial"/>
        </w:rPr>
        <w:t>nabavi</w:t>
      </w:r>
      <w:proofErr w:type="spellEnd"/>
      <w:r w:rsidRPr="00DC58C6">
        <w:rPr>
          <w:rFonts w:ascii="Arial" w:eastAsia="Calibri" w:hAnsi="Arial" w:cs="Arial"/>
        </w:rPr>
        <w:t xml:space="preserve"> </w:t>
      </w:r>
      <w:proofErr w:type="spellStart"/>
      <w:r w:rsidRPr="00DC58C6">
        <w:rPr>
          <w:rFonts w:ascii="Arial" w:eastAsia="Calibri" w:hAnsi="Arial" w:cs="Arial"/>
        </w:rPr>
        <w:t>tijekom</w:t>
      </w:r>
      <w:proofErr w:type="spellEnd"/>
      <w:r w:rsidRPr="00DC58C6">
        <w:rPr>
          <w:rFonts w:ascii="Arial" w:eastAsia="Calibri" w:hAnsi="Arial" w:cs="Arial"/>
        </w:rPr>
        <w:t xml:space="preserve"> </w:t>
      </w:r>
      <w:proofErr w:type="spellStart"/>
      <w:r w:rsidRPr="00DC58C6">
        <w:rPr>
          <w:rFonts w:ascii="Arial" w:eastAsia="Calibri" w:hAnsi="Arial" w:cs="Arial"/>
        </w:rPr>
        <w:t>njegova</w:t>
      </w:r>
      <w:proofErr w:type="spellEnd"/>
      <w:r w:rsidRPr="00DC58C6">
        <w:rPr>
          <w:rFonts w:ascii="Arial" w:eastAsia="Calibri" w:hAnsi="Arial" w:cs="Arial"/>
        </w:rPr>
        <w:t xml:space="preserve"> </w:t>
      </w:r>
      <w:proofErr w:type="spellStart"/>
      <w:r w:rsidRPr="00DC58C6">
        <w:rPr>
          <w:rFonts w:ascii="Arial" w:eastAsia="Calibri" w:hAnsi="Arial" w:cs="Arial"/>
        </w:rPr>
        <w:t>trajanja</w:t>
      </w:r>
      <w:proofErr w:type="spellEnd"/>
      <w:r w:rsidRPr="00DC58C6">
        <w:rPr>
          <w:rFonts w:ascii="Arial" w:eastAsia="Calibri" w:hAnsi="Arial" w:cs="Arial"/>
        </w:rPr>
        <w:t xml:space="preserve"> bez </w:t>
      </w:r>
      <w:proofErr w:type="spellStart"/>
      <w:r w:rsidRPr="00DC58C6">
        <w:rPr>
          <w:rFonts w:ascii="Arial" w:eastAsia="Calibri" w:hAnsi="Arial" w:cs="Arial"/>
        </w:rPr>
        <w:t>provođenja</w:t>
      </w:r>
      <w:proofErr w:type="spellEnd"/>
      <w:r w:rsidRPr="00DC58C6">
        <w:rPr>
          <w:rFonts w:ascii="Arial" w:eastAsia="Calibri" w:hAnsi="Arial" w:cs="Arial"/>
        </w:rPr>
        <w:t xml:space="preserve"> </w:t>
      </w:r>
      <w:proofErr w:type="spellStart"/>
      <w:r w:rsidRPr="00DC58C6">
        <w:rPr>
          <w:rFonts w:ascii="Arial" w:eastAsia="Calibri" w:hAnsi="Arial" w:cs="Arial"/>
        </w:rPr>
        <w:t>novog</w:t>
      </w:r>
      <w:proofErr w:type="spellEnd"/>
      <w:r w:rsidRPr="00DC58C6">
        <w:rPr>
          <w:rFonts w:ascii="Arial" w:eastAsia="Calibri" w:hAnsi="Arial" w:cs="Arial"/>
        </w:rPr>
        <w:t xml:space="preserve"> </w:t>
      </w:r>
      <w:proofErr w:type="spellStart"/>
      <w:r w:rsidRPr="00DC58C6">
        <w:rPr>
          <w:rFonts w:ascii="Arial" w:eastAsia="Calibri" w:hAnsi="Arial" w:cs="Arial"/>
        </w:rPr>
        <w:t>postupka</w:t>
      </w:r>
      <w:proofErr w:type="spellEnd"/>
      <w:r w:rsidRPr="00DC58C6">
        <w:rPr>
          <w:rFonts w:ascii="Arial" w:eastAsia="Calibri" w:hAnsi="Arial" w:cs="Arial"/>
        </w:rPr>
        <w:t xml:space="preserve"> </w:t>
      </w:r>
      <w:proofErr w:type="spellStart"/>
      <w:r w:rsidRPr="00DC58C6">
        <w:rPr>
          <w:rFonts w:ascii="Arial" w:eastAsia="Calibri" w:hAnsi="Arial" w:cs="Arial"/>
        </w:rPr>
        <w:t>jednostavne</w:t>
      </w:r>
      <w:proofErr w:type="spellEnd"/>
      <w:r w:rsidRPr="00DC58C6">
        <w:rPr>
          <w:rFonts w:ascii="Arial" w:eastAsia="Calibri" w:hAnsi="Arial" w:cs="Arial"/>
        </w:rPr>
        <w:t xml:space="preserve"> </w:t>
      </w:r>
      <w:proofErr w:type="spellStart"/>
      <w:r w:rsidRPr="00DC58C6">
        <w:rPr>
          <w:rFonts w:ascii="Arial" w:eastAsia="Calibri" w:hAnsi="Arial" w:cs="Arial"/>
        </w:rPr>
        <w:t>nabave</w:t>
      </w:r>
      <w:proofErr w:type="spellEnd"/>
      <w:r w:rsidRPr="00DC58C6">
        <w:rPr>
          <w:rFonts w:ascii="Arial" w:eastAsia="Calibri" w:hAnsi="Arial" w:cs="Arial"/>
        </w:rPr>
        <w:t xml:space="preserve"> </w:t>
      </w:r>
      <w:proofErr w:type="spellStart"/>
      <w:r w:rsidRPr="00DC58C6">
        <w:rPr>
          <w:rFonts w:ascii="Arial" w:eastAsia="Calibri" w:hAnsi="Arial" w:cs="Arial"/>
        </w:rPr>
        <w:t>uz</w:t>
      </w:r>
      <w:proofErr w:type="spellEnd"/>
      <w:r w:rsidRPr="00DC58C6">
        <w:rPr>
          <w:rFonts w:ascii="Arial" w:eastAsia="Calibri" w:hAnsi="Arial" w:cs="Arial"/>
        </w:rPr>
        <w:t xml:space="preserve"> </w:t>
      </w:r>
      <w:proofErr w:type="spellStart"/>
      <w:r w:rsidRPr="00DC58C6">
        <w:rPr>
          <w:rFonts w:ascii="Arial" w:eastAsia="Calibri" w:hAnsi="Arial" w:cs="Arial"/>
        </w:rPr>
        <w:t>odgovarajuću</w:t>
      </w:r>
      <w:proofErr w:type="spellEnd"/>
      <w:r w:rsidRPr="00DC58C6">
        <w:rPr>
          <w:rFonts w:ascii="Arial" w:eastAsia="Calibri" w:hAnsi="Arial" w:cs="Arial"/>
        </w:rPr>
        <w:t xml:space="preserve"> </w:t>
      </w:r>
      <w:proofErr w:type="spellStart"/>
      <w:r w:rsidRPr="00DC58C6">
        <w:rPr>
          <w:rFonts w:ascii="Arial" w:eastAsia="Calibri" w:hAnsi="Arial" w:cs="Arial"/>
        </w:rPr>
        <w:t>primjenu</w:t>
      </w:r>
      <w:proofErr w:type="spellEnd"/>
      <w:r w:rsidRPr="00DC58C6">
        <w:rPr>
          <w:rFonts w:ascii="Arial" w:eastAsia="Calibri" w:hAnsi="Arial" w:cs="Arial"/>
        </w:rPr>
        <w:t xml:space="preserve"> </w:t>
      </w:r>
      <w:proofErr w:type="spellStart"/>
      <w:r w:rsidRPr="00DC58C6">
        <w:rPr>
          <w:rFonts w:ascii="Arial" w:eastAsia="Calibri" w:hAnsi="Arial" w:cs="Arial"/>
        </w:rPr>
        <w:t>članaka</w:t>
      </w:r>
      <w:proofErr w:type="spellEnd"/>
      <w:r w:rsidRPr="00DC58C6">
        <w:rPr>
          <w:rFonts w:ascii="Arial" w:eastAsia="Calibri" w:hAnsi="Arial" w:cs="Arial"/>
        </w:rPr>
        <w:t xml:space="preserve"> 315. – 32</w:t>
      </w:r>
      <w:r w:rsidR="00C03921">
        <w:rPr>
          <w:rFonts w:ascii="Arial" w:eastAsia="Calibri" w:hAnsi="Arial" w:cs="Arial"/>
        </w:rPr>
        <w:t>1</w:t>
      </w:r>
      <w:r w:rsidRPr="00DC58C6">
        <w:rPr>
          <w:rFonts w:ascii="Arial" w:eastAsia="Calibri" w:hAnsi="Arial" w:cs="Arial"/>
        </w:rPr>
        <w:t>. ZJN</w:t>
      </w:r>
      <w:r w:rsidRPr="00DC58C6">
        <w:rPr>
          <w:rFonts w:ascii="Arial" w:hAnsi="Arial" w:cs="Arial"/>
        </w:rPr>
        <w:t>.</w:t>
      </w:r>
    </w:p>
    <w:p w14:paraId="1E8281BF" w14:textId="77777777" w:rsidR="00A415A0" w:rsidRPr="00DC58C6" w:rsidRDefault="00A415A0" w:rsidP="009C285A">
      <w:pPr>
        <w:spacing w:after="120" w:line="240" w:lineRule="auto"/>
        <w:jc w:val="both"/>
        <w:rPr>
          <w:rFonts w:ascii="Arial" w:hAnsi="Arial" w:cs="Arial"/>
        </w:rPr>
      </w:pPr>
      <w:r w:rsidRPr="00DC58C6">
        <w:rPr>
          <w:rFonts w:ascii="Arial" w:eastAsia="Calibri" w:hAnsi="Arial" w:cs="Arial"/>
        </w:rPr>
        <w:t xml:space="preserve">(2) </w:t>
      </w:r>
      <w:proofErr w:type="spellStart"/>
      <w:r w:rsidRPr="00DC58C6">
        <w:rPr>
          <w:rFonts w:ascii="Arial" w:eastAsia="Calibri" w:hAnsi="Arial" w:cs="Arial"/>
        </w:rPr>
        <w:t>Izmjene</w:t>
      </w:r>
      <w:proofErr w:type="spellEnd"/>
      <w:r w:rsidRPr="00DC58C6">
        <w:rPr>
          <w:rFonts w:ascii="Arial" w:eastAsia="Calibri" w:hAnsi="Arial" w:cs="Arial"/>
        </w:rPr>
        <w:t xml:space="preserve"> </w:t>
      </w:r>
      <w:proofErr w:type="spellStart"/>
      <w:r w:rsidRPr="00DC58C6">
        <w:rPr>
          <w:rFonts w:ascii="Arial" w:eastAsia="Calibri" w:hAnsi="Arial" w:cs="Arial"/>
        </w:rPr>
        <w:t>ugovora</w:t>
      </w:r>
      <w:proofErr w:type="spellEnd"/>
      <w:r w:rsidRPr="00DC58C6">
        <w:rPr>
          <w:rFonts w:ascii="Arial" w:eastAsia="Calibri" w:hAnsi="Arial" w:cs="Arial"/>
        </w:rPr>
        <w:t xml:space="preserve"> o </w:t>
      </w:r>
      <w:proofErr w:type="spellStart"/>
      <w:r w:rsidRPr="00DC58C6">
        <w:rPr>
          <w:rFonts w:ascii="Arial" w:eastAsia="Calibri" w:hAnsi="Arial" w:cs="Arial"/>
        </w:rPr>
        <w:t>nabavi</w:t>
      </w:r>
      <w:proofErr w:type="spellEnd"/>
      <w:r w:rsidRPr="00DC58C6">
        <w:rPr>
          <w:rFonts w:ascii="Arial" w:eastAsia="Calibri" w:hAnsi="Arial" w:cs="Arial"/>
        </w:rPr>
        <w:t xml:space="preserve"> </w:t>
      </w:r>
      <w:proofErr w:type="spellStart"/>
      <w:r w:rsidRPr="00DC58C6">
        <w:rPr>
          <w:rFonts w:ascii="Arial" w:eastAsia="Calibri" w:hAnsi="Arial" w:cs="Arial"/>
        </w:rPr>
        <w:t>Naručitelj</w:t>
      </w:r>
      <w:proofErr w:type="spellEnd"/>
      <w:r w:rsidRPr="00DC58C6">
        <w:rPr>
          <w:rFonts w:ascii="Arial" w:eastAsia="Calibri" w:hAnsi="Arial" w:cs="Arial"/>
        </w:rPr>
        <w:t xml:space="preserve"> je </w:t>
      </w:r>
      <w:proofErr w:type="spellStart"/>
      <w:r w:rsidRPr="00DC58C6">
        <w:rPr>
          <w:rFonts w:ascii="Arial" w:eastAsia="Calibri" w:hAnsi="Arial" w:cs="Arial"/>
        </w:rPr>
        <w:t>obvezan</w:t>
      </w:r>
      <w:proofErr w:type="spellEnd"/>
      <w:r w:rsidRPr="00DC58C6">
        <w:rPr>
          <w:rFonts w:ascii="Arial" w:eastAsia="Calibri" w:hAnsi="Arial" w:cs="Arial"/>
        </w:rPr>
        <w:t xml:space="preserve"> </w:t>
      </w:r>
      <w:proofErr w:type="spellStart"/>
      <w:r w:rsidRPr="00DC58C6">
        <w:rPr>
          <w:rFonts w:ascii="Arial" w:eastAsia="Calibri" w:hAnsi="Arial" w:cs="Arial"/>
        </w:rPr>
        <w:t>objaviti</w:t>
      </w:r>
      <w:proofErr w:type="spellEnd"/>
      <w:r w:rsidRPr="00DC58C6">
        <w:rPr>
          <w:rFonts w:ascii="Arial" w:eastAsia="Calibri" w:hAnsi="Arial" w:cs="Arial"/>
        </w:rPr>
        <w:t xml:space="preserve"> u </w:t>
      </w:r>
      <w:proofErr w:type="spellStart"/>
      <w:r w:rsidRPr="00DC58C6">
        <w:rPr>
          <w:rFonts w:ascii="Arial" w:eastAsia="Calibri" w:hAnsi="Arial" w:cs="Arial"/>
        </w:rPr>
        <w:t>registru</w:t>
      </w:r>
      <w:proofErr w:type="spellEnd"/>
      <w:r w:rsidRPr="00DC58C6">
        <w:rPr>
          <w:rFonts w:ascii="Arial" w:eastAsia="Calibri" w:hAnsi="Arial" w:cs="Arial"/>
        </w:rPr>
        <w:t xml:space="preserve"> </w:t>
      </w:r>
      <w:proofErr w:type="spellStart"/>
      <w:r w:rsidRPr="00DC58C6">
        <w:rPr>
          <w:rFonts w:ascii="Arial" w:eastAsia="Calibri" w:hAnsi="Arial" w:cs="Arial"/>
        </w:rPr>
        <w:t>ugovora</w:t>
      </w:r>
      <w:proofErr w:type="spellEnd"/>
      <w:r w:rsidRPr="00DC58C6">
        <w:rPr>
          <w:rFonts w:ascii="Arial" w:eastAsia="Calibri" w:hAnsi="Arial" w:cs="Arial"/>
        </w:rPr>
        <w:t xml:space="preserve"> u </w:t>
      </w:r>
      <w:proofErr w:type="spellStart"/>
      <w:r w:rsidRPr="00DC58C6">
        <w:rPr>
          <w:rFonts w:ascii="Arial" w:eastAsia="Calibri" w:hAnsi="Arial" w:cs="Arial"/>
        </w:rPr>
        <w:t>roku</w:t>
      </w:r>
      <w:proofErr w:type="spellEnd"/>
      <w:r w:rsidRPr="00DC58C6">
        <w:rPr>
          <w:rFonts w:ascii="Arial" w:eastAsia="Calibri" w:hAnsi="Arial" w:cs="Arial"/>
        </w:rPr>
        <w:t xml:space="preserve"> od 30 dana od dana </w:t>
      </w:r>
      <w:proofErr w:type="spellStart"/>
      <w:r w:rsidRPr="00DC58C6">
        <w:rPr>
          <w:rFonts w:ascii="Arial" w:eastAsia="Calibri" w:hAnsi="Arial" w:cs="Arial"/>
        </w:rPr>
        <w:t>izmjene</w:t>
      </w:r>
      <w:proofErr w:type="spellEnd"/>
      <w:r w:rsidRPr="00DC58C6">
        <w:rPr>
          <w:rFonts w:ascii="Arial" w:eastAsia="Calibri" w:hAnsi="Arial" w:cs="Arial"/>
        </w:rPr>
        <w:t xml:space="preserve"> </w:t>
      </w:r>
      <w:proofErr w:type="spellStart"/>
      <w:r w:rsidRPr="00DC58C6">
        <w:rPr>
          <w:rFonts w:ascii="Arial" w:eastAsia="Calibri" w:hAnsi="Arial" w:cs="Arial"/>
        </w:rPr>
        <w:t>ugovora</w:t>
      </w:r>
      <w:proofErr w:type="spellEnd"/>
      <w:r w:rsidRPr="00DC58C6">
        <w:rPr>
          <w:rFonts w:ascii="Arial" w:eastAsia="Calibri" w:hAnsi="Arial" w:cs="Arial"/>
        </w:rPr>
        <w:t>.</w:t>
      </w:r>
    </w:p>
    <w:p w14:paraId="0FB8461F" w14:textId="77777777" w:rsidR="00A415A0" w:rsidRPr="00DC58C6" w:rsidRDefault="00A415A0" w:rsidP="009C285A">
      <w:pPr>
        <w:spacing w:after="120" w:line="240" w:lineRule="auto"/>
        <w:jc w:val="both"/>
        <w:rPr>
          <w:rFonts w:ascii="Arial" w:eastAsia="Calibri" w:hAnsi="Arial" w:cs="Arial"/>
        </w:rPr>
      </w:pPr>
      <w:r w:rsidRPr="00DC58C6">
        <w:rPr>
          <w:rFonts w:ascii="Arial" w:eastAsia="Calibri" w:hAnsi="Arial" w:cs="Arial"/>
        </w:rPr>
        <w:t xml:space="preserve">(3) </w:t>
      </w:r>
      <w:proofErr w:type="spellStart"/>
      <w:r w:rsidRPr="00DC58C6">
        <w:rPr>
          <w:rFonts w:ascii="Arial" w:eastAsia="Calibri" w:hAnsi="Arial" w:cs="Arial"/>
        </w:rPr>
        <w:t>Neovisno</w:t>
      </w:r>
      <w:proofErr w:type="spellEnd"/>
      <w:r w:rsidRPr="00DC58C6">
        <w:rPr>
          <w:rFonts w:ascii="Arial" w:eastAsia="Calibri" w:hAnsi="Arial" w:cs="Arial"/>
        </w:rPr>
        <w:t xml:space="preserve"> o </w:t>
      </w:r>
      <w:proofErr w:type="spellStart"/>
      <w:r w:rsidRPr="00DC58C6">
        <w:rPr>
          <w:rFonts w:ascii="Arial" w:eastAsia="Calibri" w:hAnsi="Arial" w:cs="Arial"/>
        </w:rPr>
        <w:t>pravilima</w:t>
      </w:r>
      <w:proofErr w:type="spellEnd"/>
      <w:r w:rsidRPr="00DC58C6">
        <w:rPr>
          <w:rFonts w:ascii="Arial" w:eastAsia="Calibri" w:hAnsi="Arial" w:cs="Arial"/>
        </w:rPr>
        <w:t xml:space="preserve"> </w:t>
      </w:r>
      <w:proofErr w:type="spellStart"/>
      <w:r w:rsidRPr="00DC58C6">
        <w:rPr>
          <w:rFonts w:ascii="Arial" w:eastAsia="Calibri" w:hAnsi="Arial" w:cs="Arial"/>
        </w:rPr>
        <w:t>izmjene</w:t>
      </w:r>
      <w:proofErr w:type="spellEnd"/>
      <w:r w:rsidRPr="00DC58C6">
        <w:rPr>
          <w:rFonts w:ascii="Arial" w:eastAsia="Calibri" w:hAnsi="Arial" w:cs="Arial"/>
        </w:rPr>
        <w:t xml:space="preserve"> </w:t>
      </w:r>
      <w:proofErr w:type="spellStart"/>
      <w:r w:rsidRPr="00DC58C6">
        <w:rPr>
          <w:rFonts w:ascii="Arial" w:eastAsia="Calibri" w:hAnsi="Arial" w:cs="Arial"/>
        </w:rPr>
        <w:t>ugovora</w:t>
      </w:r>
      <w:proofErr w:type="spellEnd"/>
      <w:r w:rsidRPr="00DC58C6">
        <w:rPr>
          <w:rFonts w:ascii="Arial" w:eastAsia="Calibri" w:hAnsi="Arial" w:cs="Arial"/>
        </w:rPr>
        <w:t xml:space="preserve">, </w:t>
      </w:r>
      <w:proofErr w:type="spellStart"/>
      <w:r w:rsidRPr="00DC58C6">
        <w:rPr>
          <w:rFonts w:ascii="Arial" w:eastAsia="Calibri" w:hAnsi="Arial" w:cs="Arial"/>
        </w:rPr>
        <w:t>izmjena</w:t>
      </w:r>
      <w:proofErr w:type="spellEnd"/>
      <w:r w:rsidRPr="00DC58C6">
        <w:rPr>
          <w:rFonts w:ascii="Arial" w:eastAsia="Calibri" w:hAnsi="Arial" w:cs="Arial"/>
        </w:rPr>
        <w:t xml:space="preserve"> </w:t>
      </w:r>
      <w:proofErr w:type="spellStart"/>
      <w:r w:rsidRPr="00DC58C6">
        <w:rPr>
          <w:rFonts w:ascii="Arial" w:eastAsia="Calibri" w:hAnsi="Arial" w:cs="Arial"/>
        </w:rPr>
        <w:t>ugovora</w:t>
      </w:r>
      <w:proofErr w:type="spellEnd"/>
      <w:r w:rsidRPr="00DC58C6">
        <w:rPr>
          <w:rFonts w:ascii="Arial" w:eastAsia="Calibri" w:hAnsi="Arial" w:cs="Arial"/>
        </w:rPr>
        <w:t xml:space="preserve"> o </w:t>
      </w:r>
      <w:proofErr w:type="spellStart"/>
      <w:r w:rsidRPr="00DC58C6">
        <w:rPr>
          <w:rFonts w:ascii="Arial" w:eastAsia="Calibri" w:hAnsi="Arial" w:cs="Arial"/>
        </w:rPr>
        <w:t>jednostavnoj</w:t>
      </w:r>
      <w:proofErr w:type="spellEnd"/>
      <w:r w:rsidRPr="00DC58C6">
        <w:rPr>
          <w:rFonts w:ascii="Arial" w:eastAsia="Calibri" w:hAnsi="Arial" w:cs="Arial"/>
        </w:rPr>
        <w:t xml:space="preserve"> </w:t>
      </w:r>
      <w:proofErr w:type="spellStart"/>
      <w:r w:rsidRPr="00DC58C6">
        <w:rPr>
          <w:rFonts w:ascii="Arial" w:eastAsia="Calibri" w:hAnsi="Arial" w:cs="Arial"/>
        </w:rPr>
        <w:t>nabavi</w:t>
      </w:r>
      <w:proofErr w:type="spellEnd"/>
      <w:r w:rsidRPr="00DC58C6">
        <w:rPr>
          <w:rFonts w:ascii="Arial" w:eastAsia="Calibri" w:hAnsi="Arial" w:cs="Arial"/>
        </w:rPr>
        <w:t xml:space="preserve"> </w:t>
      </w:r>
      <w:proofErr w:type="spellStart"/>
      <w:r w:rsidRPr="00DC58C6">
        <w:rPr>
          <w:rFonts w:ascii="Arial" w:eastAsia="Calibri" w:hAnsi="Arial" w:cs="Arial"/>
        </w:rPr>
        <w:t>nije</w:t>
      </w:r>
      <w:proofErr w:type="spellEnd"/>
      <w:r w:rsidRPr="00DC58C6">
        <w:rPr>
          <w:rFonts w:ascii="Arial" w:eastAsia="Calibri" w:hAnsi="Arial" w:cs="Arial"/>
        </w:rPr>
        <w:t xml:space="preserve"> </w:t>
      </w:r>
      <w:proofErr w:type="spellStart"/>
      <w:r w:rsidRPr="00DC58C6">
        <w:rPr>
          <w:rFonts w:ascii="Arial" w:eastAsia="Calibri" w:hAnsi="Arial" w:cs="Arial"/>
        </w:rPr>
        <w:t>dopuštena</w:t>
      </w:r>
      <w:proofErr w:type="spellEnd"/>
      <w:r w:rsidRPr="00DC58C6">
        <w:rPr>
          <w:rFonts w:ascii="Arial" w:eastAsia="Calibri" w:hAnsi="Arial" w:cs="Arial"/>
        </w:rPr>
        <w:t xml:space="preserve"> </w:t>
      </w:r>
      <w:proofErr w:type="spellStart"/>
      <w:r w:rsidRPr="00DC58C6">
        <w:rPr>
          <w:rFonts w:ascii="Arial" w:eastAsia="Calibri" w:hAnsi="Arial" w:cs="Arial"/>
        </w:rPr>
        <w:t>ako</w:t>
      </w:r>
      <w:proofErr w:type="spellEnd"/>
      <w:r w:rsidRPr="00DC58C6">
        <w:rPr>
          <w:rFonts w:ascii="Arial" w:eastAsia="Calibri" w:hAnsi="Arial" w:cs="Arial"/>
        </w:rPr>
        <w:t xml:space="preserve"> bi </w:t>
      </w:r>
      <w:proofErr w:type="spellStart"/>
      <w:r w:rsidRPr="00DC58C6">
        <w:rPr>
          <w:rFonts w:ascii="Arial" w:eastAsia="Calibri" w:hAnsi="Arial" w:cs="Arial"/>
        </w:rPr>
        <w:t>rezultirala</w:t>
      </w:r>
      <w:proofErr w:type="spellEnd"/>
      <w:r w:rsidRPr="00DC58C6">
        <w:rPr>
          <w:rFonts w:ascii="Arial" w:eastAsia="Calibri" w:hAnsi="Arial" w:cs="Arial"/>
        </w:rPr>
        <w:t xml:space="preserve"> </w:t>
      </w:r>
      <w:proofErr w:type="spellStart"/>
      <w:r w:rsidRPr="00DC58C6">
        <w:rPr>
          <w:rFonts w:ascii="Arial" w:eastAsia="Calibri" w:hAnsi="Arial" w:cs="Arial"/>
        </w:rPr>
        <w:t>promjenom</w:t>
      </w:r>
      <w:proofErr w:type="spellEnd"/>
      <w:r w:rsidRPr="00DC58C6">
        <w:rPr>
          <w:rFonts w:ascii="Arial" w:eastAsia="Calibri" w:hAnsi="Arial" w:cs="Arial"/>
        </w:rPr>
        <w:t xml:space="preserve"> </w:t>
      </w:r>
      <w:proofErr w:type="spellStart"/>
      <w:r w:rsidRPr="00DC58C6">
        <w:rPr>
          <w:rFonts w:ascii="Arial" w:eastAsia="Calibri" w:hAnsi="Arial" w:cs="Arial"/>
        </w:rPr>
        <w:t>cijene</w:t>
      </w:r>
      <w:proofErr w:type="spellEnd"/>
      <w:r w:rsidRPr="00DC58C6">
        <w:rPr>
          <w:rFonts w:ascii="Arial" w:eastAsia="Calibri" w:hAnsi="Arial" w:cs="Arial"/>
        </w:rPr>
        <w:t xml:space="preserve"> </w:t>
      </w:r>
      <w:proofErr w:type="spellStart"/>
      <w:r w:rsidRPr="00DC58C6">
        <w:rPr>
          <w:rFonts w:ascii="Arial" w:eastAsia="Calibri" w:hAnsi="Arial" w:cs="Arial"/>
        </w:rPr>
        <w:t>koja</w:t>
      </w:r>
      <w:proofErr w:type="spellEnd"/>
      <w:r w:rsidRPr="00DC58C6">
        <w:rPr>
          <w:rFonts w:ascii="Arial" w:eastAsia="Calibri" w:hAnsi="Arial" w:cs="Arial"/>
        </w:rPr>
        <w:t xml:space="preserve"> bi:</w:t>
      </w:r>
    </w:p>
    <w:p w14:paraId="2B66BC8C" w14:textId="4C3F1C22" w:rsidR="00A415A0" w:rsidRPr="00DC58C6" w:rsidRDefault="00A415A0" w:rsidP="009C285A">
      <w:pPr>
        <w:spacing w:after="120" w:line="240" w:lineRule="auto"/>
        <w:jc w:val="both"/>
        <w:rPr>
          <w:rFonts w:ascii="Arial" w:eastAsia="Calibri" w:hAnsi="Arial" w:cs="Arial"/>
          <w:bCs/>
        </w:rPr>
      </w:pPr>
      <w:r w:rsidRPr="00DC58C6">
        <w:rPr>
          <w:rFonts w:ascii="Arial" w:eastAsia="Calibri" w:hAnsi="Arial" w:cs="Arial"/>
        </w:rPr>
        <w:t xml:space="preserve">- za </w:t>
      </w:r>
      <w:proofErr w:type="spellStart"/>
      <w:r w:rsidRPr="00DC58C6">
        <w:rPr>
          <w:rFonts w:ascii="Arial" w:eastAsia="Calibri" w:hAnsi="Arial" w:cs="Arial"/>
        </w:rPr>
        <w:t>ugovor</w:t>
      </w:r>
      <w:proofErr w:type="spellEnd"/>
      <w:r w:rsidRPr="00DC58C6">
        <w:rPr>
          <w:rFonts w:ascii="Arial" w:eastAsia="Calibri" w:hAnsi="Arial" w:cs="Arial"/>
        </w:rPr>
        <w:t xml:space="preserve"> o </w:t>
      </w:r>
      <w:proofErr w:type="spellStart"/>
      <w:r w:rsidRPr="00DC58C6">
        <w:rPr>
          <w:rFonts w:ascii="Arial" w:eastAsia="Calibri" w:hAnsi="Arial" w:cs="Arial"/>
        </w:rPr>
        <w:t>jednostavnoj</w:t>
      </w:r>
      <w:proofErr w:type="spellEnd"/>
      <w:r w:rsidRPr="00DC58C6">
        <w:rPr>
          <w:rFonts w:ascii="Arial" w:eastAsia="Calibri" w:hAnsi="Arial" w:cs="Arial"/>
        </w:rPr>
        <w:t xml:space="preserve"> </w:t>
      </w:r>
      <w:proofErr w:type="spellStart"/>
      <w:r w:rsidRPr="00DC58C6">
        <w:rPr>
          <w:rFonts w:ascii="Arial" w:eastAsia="Calibri" w:hAnsi="Arial" w:cs="Arial"/>
        </w:rPr>
        <w:t>nabavi</w:t>
      </w:r>
      <w:proofErr w:type="spellEnd"/>
      <w:r w:rsidRPr="00DC58C6">
        <w:rPr>
          <w:rFonts w:ascii="Arial" w:eastAsia="Calibri" w:hAnsi="Arial" w:cs="Arial"/>
        </w:rPr>
        <w:t xml:space="preserve"> </w:t>
      </w:r>
      <w:proofErr w:type="spellStart"/>
      <w:r w:rsidRPr="00DC58C6">
        <w:rPr>
          <w:rFonts w:ascii="Arial" w:eastAsia="Calibri" w:hAnsi="Arial" w:cs="Arial"/>
        </w:rPr>
        <w:t>kojoj</w:t>
      </w:r>
      <w:proofErr w:type="spellEnd"/>
      <w:r w:rsidRPr="00DC58C6">
        <w:rPr>
          <w:rFonts w:ascii="Arial" w:eastAsia="Calibri" w:hAnsi="Arial" w:cs="Arial"/>
        </w:rPr>
        <w:t xml:space="preserve"> je </w:t>
      </w:r>
      <w:proofErr w:type="spellStart"/>
      <w:r w:rsidRPr="00DC58C6">
        <w:rPr>
          <w:rFonts w:ascii="Arial" w:eastAsia="Calibri" w:hAnsi="Arial" w:cs="Arial"/>
        </w:rPr>
        <w:t>prethodio</w:t>
      </w:r>
      <w:proofErr w:type="spellEnd"/>
      <w:r w:rsidRPr="00DC58C6">
        <w:rPr>
          <w:rFonts w:ascii="Arial" w:eastAsia="Calibri" w:hAnsi="Arial" w:cs="Arial"/>
        </w:rPr>
        <w:t xml:space="preserve"> </w:t>
      </w:r>
      <w:proofErr w:type="spellStart"/>
      <w:r w:rsidRPr="00DC58C6">
        <w:rPr>
          <w:rFonts w:ascii="Arial" w:eastAsia="Calibri" w:hAnsi="Arial" w:cs="Arial"/>
        </w:rPr>
        <w:t>postupak</w:t>
      </w:r>
      <w:proofErr w:type="spellEnd"/>
      <w:r w:rsidRPr="00DC58C6">
        <w:rPr>
          <w:rFonts w:ascii="Arial" w:eastAsia="Calibri" w:hAnsi="Arial" w:cs="Arial"/>
        </w:rPr>
        <w:t xml:space="preserve"> </w:t>
      </w:r>
      <w:proofErr w:type="spellStart"/>
      <w:r w:rsidRPr="00DC58C6">
        <w:rPr>
          <w:rFonts w:ascii="Arial" w:eastAsia="Calibri" w:hAnsi="Arial" w:cs="Arial"/>
        </w:rPr>
        <w:t>predviđen</w:t>
      </w:r>
      <w:proofErr w:type="spellEnd"/>
      <w:r w:rsidRPr="00DC58C6">
        <w:rPr>
          <w:rFonts w:ascii="Arial" w:eastAsia="Calibri" w:hAnsi="Arial" w:cs="Arial"/>
        </w:rPr>
        <w:t xml:space="preserve"> za </w:t>
      </w:r>
      <w:proofErr w:type="spellStart"/>
      <w:r w:rsidRPr="00DC58C6">
        <w:rPr>
          <w:rFonts w:ascii="Arial" w:eastAsia="Calibri" w:hAnsi="Arial" w:cs="Arial"/>
        </w:rPr>
        <w:t>nabave</w:t>
      </w:r>
      <w:proofErr w:type="spellEnd"/>
      <w:r w:rsidRPr="00DC58C6">
        <w:rPr>
          <w:rFonts w:ascii="Arial" w:eastAsia="Calibri" w:hAnsi="Arial" w:cs="Arial"/>
        </w:rPr>
        <w:t xml:space="preserve"> </w:t>
      </w:r>
      <w:proofErr w:type="spellStart"/>
      <w:r w:rsidRPr="00DC58C6">
        <w:rPr>
          <w:rFonts w:ascii="Arial" w:eastAsia="Calibri" w:hAnsi="Arial" w:cs="Arial"/>
        </w:rPr>
        <w:t>vrijednosti</w:t>
      </w:r>
      <w:proofErr w:type="spellEnd"/>
      <w:r w:rsidRPr="00DC58C6">
        <w:rPr>
          <w:rFonts w:ascii="Arial" w:eastAsia="Calibri" w:hAnsi="Arial" w:cs="Arial"/>
        </w:rPr>
        <w:t xml:space="preserve"> do 15.000,00 </w:t>
      </w:r>
      <w:r w:rsidR="008A096E">
        <w:rPr>
          <w:rFonts w:ascii="Arial" w:eastAsia="Calibri" w:hAnsi="Arial" w:cs="Arial"/>
        </w:rPr>
        <w:t>EUR</w:t>
      </w:r>
      <w:r w:rsidRPr="00DC58C6">
        <w:rPr>
          <w:rFonts w:ascii="Arial" w:eastAsia="Calibri" w:hAnsi="Arial" w:cs="Arial"/>
        </w:rPr>
        <w:t xml:space="preserve">, </w:t>
      </w:r>
      <w:proofErr w:type="spellStart"/>
      <w:r w:rsidRPr="00DC58C6">
        <w:rPr>
          <w:rFonts w:ascii="Arial" w:eastAsia="Calibri" w:hAnsi="Arial" w:cs="Arial"/>
        </w:rPr>
        <w:t>prešla</w:t>
      </w:r>
      <w:proofErr w:type="spellEnd"/>
      <w:r w:rsidRPr="00DC58C6">
        <w:rPr>
          <w:rFonts w:ascii="Arial" w:eastAsia="Calibri" w:hAnsi="Arial" w:cs="Arial"/>
        </w:rPr>
        <w:t xml:space="preserve"> </w:t>
      </w:r>
      <w:proofErr w:type="spellStart"/>
      <w:r w:rsidRPr="00DC58C6">
        <w:rPr>
          <w:rFonts w:ascii="Arial" w:eastAsia="Calibri" w:hAnsi="Arial" w:cs="Arial"/>
        </w:rPr>
        <w:t>vrijednost</w:t>
      </w:r>
      <w:proofErr w:type="spellEnd"/>
      <w:r w:rsidRPr="00DC58C6">
        <w:rPr>
          <w:rFonts w:ascii="Arial" w:eastAsia="Calibri" w:hAnsi="Arial" w:cs="Arial"/>
        </w:rPr>
        <w:t xml:space="preserve"> </w:t>
      </w:r>
      <w:proofErr w:type="spellStart"/>
      <w:r w:rsidRPr="00DC58C6">
        <w:rPr>
          <w:rFonts w:ascii="Arial" w:eastAsia="Calibri" w:hAnsi="Arial" w:cs="Arial"/>
        </w:rPr>
        <w:t>ugovora</w:t>
      </w:r>
      <w:proofErr w:type="spellEnd"/>
      <w:r w:rsidRPr="00DC58C6">
        <w:rPr>
          <w:rFonts w:ascii="Arial" w:eastAsia="Calibri" w:hAnsi="Arial" w:cs="Arial"/>
        </w:rPr>
        <w:t xml:space="preserve"> od 15.000,00 </w:t>
      </w:r>
      <w:r w:rsidR="008A096E">
        <w:rPr>
          <w:rFonts w:ascii="Arial" w:eastAsia="Calibri" w:hAnsi="Arial" w:cs="Arial"/>
        </w:rPr>
        <w:t>EUR</w:t>
      </w:r>
      <w:r w:rsidRPr="00DC58C6">
        <w:rPr>
          <w:rFonts w:ascii="Arial" w:eastAsia="Calibri" w:hAnsi="Arial" w:cs="Arial"/>
        </w:rPr>
        <w:t xml:space="preserve"> bez PDV-</w:t>
      </w:r>
      <w:r w:rsidRPr="00DC58C6">
        <w:rPr>
          <w:rFonts w:ascii="Arial" w:eastAsia="Calibri" w:hAnsi="Arial" w:cs="Arial"/>
          <w:bCs/>
        </w:rPr>
        <w:t>a</w:t>
      </w:r>
      <w:r w:rsidR="009F6EDB">
        <w:rPr>
          <w:rFonts w:ascii="Arial" w:eastAsia="Calibri" w:hAnsi="Arial" w:cs="Arial"/>
          <w:bCs/>
        </w:rPr>
        <w:t>;</w:t>
      </w:r>
    </w:p>
    <w:p w14:paraId="1F5C23EC" w14:textId="74704774" w:rsidR="00A415A0" w:rsidRPr="00DC58C6" w:rsidRDefault="00A415A0" w:rsidP="009C285A">
      <w:pPr>
        <w:spacing w:after="120" w:line="240" w:lineRule="auto"/>
        <w:jc w:val="both"/>
        <w:rPr>
          <w:rFonts w:ascii="Arial" w:eastAsia="Calibri" w:hAnsi="Arial" w:cs="Arial"/>
          <w:bCs/>
        </w:rPr>
      </w:pPr>
      <w:r w:rsidRPr="00DC58C6">
        <w:rPr>
          <w:rFonts w:ascii="Arial" w:eastAsia="Calibri" w:hAnsi="Arial" w:cs="Arial"/>
          <w:bCs/>
        </w:rPr>
        <w:lastRenderedPageBreak/>
        <w:t xml:space="preserve">- za </w:t>
      </w:r>
      <w:proofErr w:type="spellStart"/>
      <w:r w:rsidRPr="00DC58C6">
        <w:rPr>
          <w:rFonts w:ascii="Arial" w:eastAsia="Calibri" w:hAnsi="Arial" w:cs="Arial"/>
          <w:bCs/>
        </w:rPr>
        <w:t>ugovor</w:t>
      </w:r>
      <w:proofErr w:type="spellEnd"/>
      <w:r w:rsidRPr="00DC58C6">
        <w:rPr>
          <w:rFonts w:ascii="Arial" w:eastAsia="Calibri" w:hAnsi="Arial" w:cs="Arial"/>
          <w:bCs/>
        </w:rPr>
        <w:t xml:space="preserve"> o </w:t>
      </w:r>
      <w:proofErr w:type="spellStart"/>
      <w:r w:rsidRPr="00DC58C6">
        <w:rPr>
          <w:rFonts w:ascii="Arial" w:eastAsia="Calibri" w:hAnsi="Arial" w:cs="Arial"/>
          <w:bCs/>
        </w:rPr>
        <w:t>jednostavnoj</w:t>
      </w:r>
      <w:proofErr w:type="spellEnd"/>
      <w:r w:rsidRPr="00DC58C6">
        <w:rPr>
          <w:rFonts w:ascii="Arial" w:eastAsia="Calibri" w:hAnsi="Arial" w:cs="Arial"/>
          <w:bCs/>
        </w:rPr>
        <w:t xml:space="preserve"> </w:t>
      </w:r>
      <w:proofErr w:type="spellStart"/>
      <w:r w:rsidRPr="00DC58C6">
        <w:rPr>
          <w:rFonts w:ascii="Arial" w:eastAsia="Calibri" w:hAnsi="Arial" w:cs="Arial"/>
          <w:bCs/>
        </w:rPr>
        <w:t>nabavi</w:t>
      </w:r>
      <w:proofErr w:type="spellEnd"/>
      <w:r w:rsidRPr="00DC58C6">
        <w:rPr>
          <w:rFonts w:ascii="Arial" w:eastAsia="Calibri" w:hAnsi="Arial" w:cs="Arial"/>
          <w:bCs/>
        </w:rPr>
        <w:t xml:space="preserve"> robe i </w:t>
      </w:r>
      <w:proofErr w:type="spellStart"/>
      <w:r w:rsidRPr="00DC58C6">
        <w:rPr>
          <w:rFonts w:ascii="Arial" w:eastAsia="Calibri" w:hAnsi="Arial" w:cs="Arial"/>
          <w:bCs/>
        </w:rPr>
        <w:t>usluga</w:t>
      </w:r>
      <w:proofErr w:type="spellEnd"/>
      <w:r w:rsidRPr="00DC58C6">
        <w:rPr>
          <w:rFonts w:ascii="Arial" w:eastAsia="Calibri" w:hAnsi="Arial" w:cs="Arial"/>
          <w:bCs/>
        </w:rPr>
        <w:t xml:space="preserve"> </w:t>
      </w:r>
      <w:proofErr w:type="spellStart"/>
      <w:r w:rsidRPr="00DC58C6">
        <w:rPr>
          <w:rFonts w:ascii="Arial" w:eastAsia="Calibri" w:hAnsi="Arial" w:cs="Arial"/>
          <w:bCs/>
        </w:rPr>
        <w:t>čija</w:t>
      </w:r>
      <w:proofErr w:type="spellEnd"/>
      <w:r w:rsidRPr="00DC58C6">
        <w:rPr>
          <w:rFonts w:ascii="Arial" w:eastAsia="Calibri" w:hAnsi="Arial" w:cs="Arial"/>
          <w:bCs/>
        </w:rPr>
        <w:t xml:space="preserve"> je </w:t>
      </w:r>
      <w:proofErr w:type="spellStart"/>
      <w:r w:rsidRPr="00DC58C6">
        <w:rPr>
          <w:rFonts w:ascii="Arial" w:eastAsia="Calibri" w:hAnsi="Arial" w:cs="Arial"/>
          <w:bCs/>
        </w:rPr>
        <w:t>procijenjena</w:t>
      </w:r>
      <w:proofErr w:type="spellEnd"/>
      <w:r w:rsidRPr="00DC58C6">
        <w:rPr>
          <w:rFonts w:ascii="Arial" w:eastAsia="Calibri" w:hAnsi="Arial" w:cs="Arial"/>
          <w:bCs/>
        </w:rPr>
        <w:t xml:space="preserve"> </w:t>
      </w:r>
      <w:proofErr w:type="spellStart"/>
      <w:r w:rsidRPr="00DC58C6">
        <w:rPr>
          <w:rFonts w:ascii="Arial" w:eastAsia="Calibri" w:hAnsi="Arial" w:cs="Arial"/>
          <w:bCs/>
        </w:rPr>
        <w:t>vrijednost</w:t>
      </w:r>
      <w:proofErr w:type="spellEnd"/>
      <w:r w:rsidRPr="00DC58C6">
        <w:rPr>
          <w:rFonts w:ascii="Arial" w:eastAsia="Calibri" w:hAnsi="Arial" w:cs="Arial"/>
          <w:bCs/>
        </w:rPr>
        <w:t xml:space="preserve"> </w:t>
      </w:r>
      <w:proofErr w:type="spellStart"/>
      <w:r w:rsidRPr="00DC58C6">
        <w:rPr>
          <w:rFonts w:ascii="Arial" w:eastAsia="Calibri" w:hAnsi="Arial" w:cs="Arial"/>
          <w:bCs/>
        </w:rPr>
        <w:t>nabave</w:t>
      </w:r>
      <w:proofErr w:type="spellEnd"/>
      <w:r w:rsidRPr="00DC58C6">
        <w:rPr>
          <w:rFonts w:ascii="Arial" w:eastAsia="Calibri" w:hAnsi="Arial" w:cs="Arial"/>
          <w:bCs/>
        </w:rPr>
        <w:t xml:space="preserve"> </w:t>
      </w:r>
      <w:proofErr w:type="spellStart"/>
      <w:r w:rsidRPr="00DC58C6">
        <w:rPr>
          <w:rFonts w:ascii="Arial" w:eastAsia="Calibri" w:hAnsi="Arial" w:cs="Arial"/>
          <w:bCs/>
        </w:rPr>
        <w:t>bila</w:t>
      </w:r>
      <w:proofErr w:type="spellEnd"/>
      <w:r w:rsidRPr="00DC58C6">
        <w:rPr>
          <w:rFonts w:ascii="Arial" w:eastAsia="Calibri" w:hAnsi="Arial" w:cs="Arial"/>
          <w:bCs/>
        </w:rPr>
        <w:t xml:space="preserve"> </w:t>
      </w:r>
      <w:proofErr w:type="spellStart"/>
      <w:r w:rsidRPr="00DC58C6">
        <w:rPr>
          <w:rFonts w:ascii="Arial" w:eastAsia="Calibri" w:hAnsi="Arial" w:cs="Arial"/>
          <w:bCs/>
        </w:rPr>
        <w:t>jednaka</w:t>
      </w:r>
      <w:proofErr w:type="spellEnd"/>
      <w:r w:rsidRPr="00DC58C6">
        <w:rPr>
          <w:rFonts w:ascii="Arial" w:eastAsia="Calibri" w:hAnsi="Arial" w:cs="Arial"/>
          <w:bCs/>
        </w:rPr>
        <w:t xml:space="preserve"> </w:t>
      </w:r>
      <w:proofErr w:type="spellStart"/>
      <w:r w:rsidRPr="00DC58C6">
        <w:rPr>
          <w:rFonts w:ascii="Arial" w:eastAsia="Calibri" w:hAnsi="Arial" w:cs="Arial"/>
          <w:bCs/>
        </w:rPr>
        <w:t>ili</w:t>
      </w:r>
      <w:proofErr w:type="spellEnd"/>
      <w:r w:rsidRPr="00DC58C6">
        <w:rPr>
          <w:rFonts w:ascii="Arial" w:eastAsia="Calibri" w:hAnsi="Arial" w:cs="Arial"/>
          <w:bCs/>
        </w:rPr>
        <w:t xml:space="preserve"> </w:t>
      </w:r>
      <w:proofErr w:type="spellStart"/>
      <w:r w:rsidRPr="00DC58C6">
        <w:rPr>
          <w:rFonts w:ascii="Arial" w:eastAsia="Calibri" w:hAnsi="Arial" w:cs="Arial"/>
          <w:bCs/>
        </w:rPr>
        <w:t>manja</w:t>
      </w:r>
      <w:proofErr w:type="spellEnd"/>
      <w:r w:rsidRPr="00DC58C6">
        <w:rPr>
          <w:rFonts w:ascii="Arial" w:eastAsia="Calibri" w:hAnsi="Arial" w:cs="Arial"/>
          <w:bCs/>
        </w:rPr>
        <w:t xml:space="preserve"> od 25.000,00 </w:t>
      </w:r>
      <w:r w:rsidR="008A096E">
        <w:rPr>
          <w:rFonts w:ascii="Arial" w:eastAsia="Calibri" w:hAnsi="Arial" w:cs="Arial"/>
          <w:bCs/>
        </w:rPr>
        <w:t>EUR</w:t>
      </w:r>
      <w:r w:rsidRPr="00DC58C6">
        <w:rPr>
          <w:rFonts w:ascii="Arial" w:eastAsia="Calibri" w:hAnsi="Arial" w:cs="Arial"/>
          <w:bCs/>
        </w:rPr>
        <w:t xml:space="preserve">, </w:t>
      </w:r>
      <w:proofErr w:type="spellStart"/>
      <w:r w:rsidRPr="00DC58C6">
        <w:rPr>
          <w:rFonts w:ascii="Arial" w:eastAsia="Calibri" w:hAnsi="Arial" w:cs="Arial"/>
          <w:bCs/>
        </w:rPr>
        <w:t>prešla</w:t>
      </w:r>
      <w:proofErr w:type="spellEnd"/>
      <w:r w:rsidRPr="00DC58C6">
        <w:rPr>
          <w:rFonts w:ascii="Arial" w:eastAsia="Calibri" w:hAnsi="Arial" w:cs="Arial"/>
          <w:bCs/>
        </w:rPr>
        <w:t xml:space="preserve"> </w:t>
      </w:r>
      <w:proofErr w:type="spellStart"/>
      <w:r w:rsidRPr="00DC58C6">
        <w:rPr>
          <w:rFonts w:ascii="Arial" w:eastAsia="Calibri" w:hAnsi="Arial" w:cs="Arial"/>
          <w:bCs/>
        </w:rPr>
        <w:t>vrijednost</w:t>
      </w:r>
      <w:proofErr w:type="spellEnd"/>
      <w:r w:rsidRPr="00DC58C6">
        <w:rPr>
          <w:rFonts w:ascii="Arial" w:eastAsia="Calibri" w:hAnsi="Arial" w:cs="Arial"/>
          <w:bCs/>
        </w:rPr>
        <w:t xml:space="preserve"> </w:t>
      </w:r>
      <w:proofErr w:type="spellStart"/>
      <w:r w:rsidRPr="00DC58C6">
        <w:rPr>
          <w:rFonts w:ascii="Arial" w:eastAsia="Calibri" w:hAnsi="Arial" w:cs="Arial"/>
          <w:bCs/>
        </w:rPr>
        <w:t>ugovora</w:t>
      </w:r>
      <w:proofErr w:type="spellEnd"/>
      <w:r w:rsidRPr="00DC58C6">
        <w:rPr>
          <w:rFonts w:ascii="Arial" w:eastAsia="Calibri" w:hAnsi="Arial" w:cs="Arial"/>
          <w:bCs/>
        </w:rPr>
        <w:t xml:space="preserve"> od 25.000,00 </w:t>
      </w:r>
      <w:r w:rsidR="008A096E">
        <w:rPr>
          <w:rFonts w:ascii="Arial" w:eastAsia="Calibri" w:hAnsi="Arial" w:cs="Arial"/>
          <w:bCs/>
        </w:rPr>
        <w:t>EUR</w:t>
      </w:r>
      <w:r w:rsidRPr="00DC58C6">
        <w:rPr>
          <w:rFonts w:ascii="Arial" w:eastAsia="Calibri" w:hAnsi="Arial" w:cs="Arial"/>
          <w:bCs/>
        </w:rPr>
        <w:t xml:space="preserve"> bez PDV-a, a </w:t>
      </w:r>
      <w:proofErr w:type="spellStart"/>
      <w:r w:rsidRPr="00DC58C6">
        <w:rPr>
          <w:rFonts w:ascii="Arial" w:eastAsia="Calibri" w:hAnsi="Arial" w:cs="Arial"/>
          <w:bCs/>
        </w:rPr>
        <w:t>postupak</w:t>
      </w:r>
      <w:proofErr w:type="spellEnd"/>
      <w:r w:rsidRPr="00DC58C6">
        <w:rPr>
          <w:rFonts w:ascii="Arial" w:eastAsia="Calibri" w:hAnsi="Arial" w:cs="Arial"/>
          <w:bCs/>
        </w:rPr>
        <w:t xml:space="preserve"> </w:t>
      </w:r>
      <w:proofErr w:type="spellStart"/>
      <w:r w:rsidRPr="00DC58C6">
        <w:rPr>
          <w:rFonts w:ascii="Arial" w:eastAsia="Calibri" w:hAnsi="Arial" w:cs="Arial"/>
          <w:bCs/>
        </w:rPr>
        <w:t>nije</w:t>
      </w:r>
      <w:proofErr w:type="spellEnd"/>
      <w:r w:rsidRPr="00DC58C6">
        <w:rPr>
          <w:rFonts w:ascii="Arial" w:eastAsia="Calibri" w:hAnsi="Arial" w:cs="Arial"/>
          <w:bCs/>
        </w:rPr>
        <w:t xml:space="preserve"> </w:t>
      </w:r>
      <w:proofErr w:type="spellStart"/>
      <w:r w:rsidRPr="00DC58C6">
        <w:rPr>
          <w:rFonts w:ascii="Arial" w:eastAsia="Calibri" w:hAnsi="Arial" w:cs="Arial"/>
          <w:bCs/>
        </w:rPr>
        <w:t>proveden</w:t>
      </w:r>
      <w:proofErr w:type="spellEnd"/>
      <w:r w:rsidRPr="00DC58C6">
        <w:rPr>
          <w:rFonts w:ascii="Arial" w:eastAsia="Calibri" w:hAnsi="Arial" w:cs="Arial"/>
          <w:bCs/>
        </w:rPr>
        <w:t xml:space="preserve"> </w:t>
      </w:r>
      <w:proofErr w:type="spellStart"/>
      <w:r w:rsidRPr="00DC58C6">
        <w:rPr>
          <w:rFonts w:ascii="Arial" w:eastAsia="Calibri" w:hAnsi="Arial" w:cs="Arial"/>
          <w:bCs/>
        </w:rPr>
        <w:t>javnom</w:t>
      </w:r>
      <w:proofErr w:type="spellEnd"/>
      <w:r w:rsidRPr="00DC58C6">
        <w:rPr>
          <w:rFonts w:ascii="Arial" w:eastAsia="Calibri" w:hAnsi="Arial" w:cs="Arial"/>
          <w:bCs/>
        </w:rPr>
        <w:t xml:space="preserve"> </w:t>
      </w:r>
      <w:proofErr w:type="spellStart"/>
      <w:r w:rsidRPr="00DC58C6">
        <w:rPr>
          <w:rFonts w:ascii="Arial" w:eastAsia="Calibri" w:hAnsi="Arial" w:cs="Arial"/>
          <w:bCs/>
        </w:rPr>
        <w:t>objavom</w:t>
      </w:r>
      <w:proofErr w:type="spellEnd"/>
      <w:r w:rsidRPr="00DC58C6">
        <w:rPr>
          <w:rFonts w:ascii="Arial" w:eastAsia="Calibri" w:hAnsi="Arial" w:cs="Arial"/>
          <w:bCs/>
        </w:rPr>
        <w:t xml:space="preserve"> u EOJN-u</w:t>
      </w:r>
      <w:r w:rsidR="009F6EDB">
        <w:rPr>
          <w:rFonts w:ascii="Arial" w:eastAsia="Calibri" w:hAnsi="Arial" w:cs="Arial"/>
          <w:bCs/>
        </w:rPr>
        <w:t>;</w:t>
      </w:r>
    </w:p>
    <w:p w14:paraId="2CDADF24" w14:textId="3D658734" w:rsidR="00A415A0" w:rsidRPr="00DC58C6" w:rsidRDefault="00A415A0" w:rsidP="009C285A">
      <w:pPr>
        <w:spacing w:after="120" w:line="240" w:lineRule="auto"/>
        <w:jc w:val="both"/>
        <w:rPr>
          <w:rFonts w:ascii="Arial" w:eastAsia="Calibri" w:hAnsi="Arial" w:cs="Arial"/>
          <w:bCs/>
        </w:rPr>
      </w:pPr>
      <w:r w:rsidRPr="00DC58C6">
        <w:rPr>
          <w:rFonts w:ascii="Arial" w:eastAsia="Calibri" w:hAnsi="Arial" w:cs="Arial"/>
          <w:bCs/>
        </w:rPr>
        <w:t xml:space="preserve">- za </w:t>
      </w:r>
      <w:proofErr w:type="spellStart"/>
      <w:r w:rsidRPr="00DC58C6">
        <w:rPr>
          <w:rFonts w:ascii="Arial" w:eastAsia="Calibri" w:hAnsi="Arial" w:cs="Arial"/>
          <w:bCs/>
        </w:rPr>
        <w:t>ugovor</w:t>
      </w:r>
      <w:proofErr w:type="spellEnd"/>
      <w:r w:rsidRPr="00DC58C6">
        <w:rPr>
          <w:rFonts w:ascii="Arial" w:eastAsia="Calibri" w:hAnsi="Arial" w:cs="Arial"/>
          <w:bCs/>
        </w:rPr>
        <w:t xml:space="preserve"> o </w:t>
      </w:r>
      <w:proofErr w:type="spellStart"/>
      <w:r w:rsidRPr="00DC58C6">
        <w:rPr>
          <w:rFonts w:ascii="Arial" w:eastAsia="Calibri" w:hAnsi="Arial" w:cs="Arial"/>
          <w:bCs/>
        </w:rPr>
        <w:t>jednostavnoj</w:t>
      </w:r>
      <w:proofErr w:type="spellEnd"/>
      <w:r w:rsidRPr="00DC58C6">
        <w:rPr>
          <w:rFonts w:ascii="Arial" w:eastAsia="Calibri" w:hAnsi="Arial" w:cs="Arial"/>
          <w:bCs/>
        </w:rPr>
        <w:t xml:space="preserve"> </w:t>
      </w:r>
      <w:proofErr w:type="spellStart"/>
      <w:r w:rsidRPr="00DC58C6">
        <w:rPr>
          <w:rFonts w:ascii="Arial" w:eastAsia="Calibri" w:hAnsi="Arial" w:cs="Arial"/>
          <w:bCs/>
        </w:rPr>
        <w:t>nabavi</w:t>
      </w:r>
      <w:proofErr w:type="spellEnd"/>
      <w:r w:rsidRPr="00DC58C6">
        <w:rPr>
          <w:rFonts w:ascii="Arial" w:eastAsia="Calibri" w:hAnsi="Arial" w:cs="Arial"/>
          <w:bCs/>
        </w:rPr>
        <w:t xml:space="preserve"> </w:t>
      </w:r>
      <w:proofErr w:type="spellStart"/>
      <w:r w:rsidRPr="00DC58C6">
        <w:rPr>
          <w:rFonts w:ascii="Arial" w:eastAsia="Calibri" w:hAnsi="Arial" w:cs="Arial"/>
          <w:bCs/>
        </w:rPr>
        <w:t>radova</w:t>
      </w:r>
      <w:proofErr w:type="spellEnd"/>
      <w:r w:rsidRPr="00DC58C6">
        <w:rPr>
          <w:rFonts w:ascii="Arial" w:eastAsia="Calibri" w:hAnsi="Arial" w:cs="Arial"/>
          <w:bCs/>
        </w:rPr>
        <w:t xml:space="preserve"> </w:t>
      </w:r>
      <w:proofErr w:type="spellStart"/>
      <w:r w:rsidRPr="00DC58C6">
        <w:rPr>
          <w:rFonts w:ascii="Arial" w:eastAsia="Calibri" w:hAnsi="Arial" w:cs="Arial"/>
          <w:bCs/>
        </w:rPr>
        <w:t>čija</w:t>
      </w:r>
      <w:proofErr w:type="spellEnd"/>
      <w:r w:rsidRPr="00DC58C6">
        <w:rPr>
          <w:rFonts w:ascii="Arial" w:eastAsia="Calibri" w:hAnsi="Arial" w:cs="Arial"/>
          <w:bCs/>
        </w:rPr>
        <w:t xml:space="preserve"> je </w:t>
      </w:r>
      <w:proofErr w:type="spellStart"/>
      <w:r w:rsidRPr="00DC58C6">
        <w:rPr>
          <w:rFonts w:ascii="Arial" w:eastAsia="Calibri" w:hAnsi="Arial" w:cs="Arial"/>
          <w:bCs/>
        </w:rPr>
        <w:t>procijenjena</w:t>
      </w:r>
      <w:proofErr w:type="spellEnd"/>
      <w:r w:rsidRPr="00DC58C6">
        <w:rPr>
          <w:rFonts w:ascii="Arial" w:eastAsia="Calibri" w:hAnsi="Arial" w:cs="Arial"/>
          <w:bCs/>
        </w:rPr>
        <w:t xml:space="preserve"> </w:t>
      </w:r>
      <w:proofErr w:type="spellStart"/>
      <w:r w:rsidRPr="00DC58C6">
        <w:rPr>
          <w:rFonts w:ascii="Arial" w:eastAsia="Calibri" w:hAnsi="Arial" w:cs="Arial"/>
          <w:bCs/>
        </w:rPr>
        <w:t>vrijednost</w:t>
      </w:r>
      <w:proofErr w:type="spellEnd"/>
      <w:r w:rsidRPr="00DC58C6">
        <w:rPr>
          <w:rFonts w:ascii="Arial" w:eastAsia="Calibri" w:hAnsi="Arial" w:cs="Arial"/>
          <w:bCs/>
        </w:rPr>
        <w:t xml:space="preserve"> </w:t>
      </w:r>
      <w:proofErr w:type="spellStart"/>
      <w:r w:rsidRPr="00DC58C6">
        <w:rPr>
          <w:rFonts w:ascii="Arial" w:eastAsia="Calibri" w:hAnsi="Arial" w:cs="Arial"/>
          <w:bCs/>
        </w:rPr>
        <w:t>nabave</w:t>
      </w:r>
      <w:proofErr w:type="spellEnd"/>
      <w:r w:rsidRPr="00DC58C6">
        <w:rPr>
          <w:rFonts w:ascii="Arial" w:eastAsia="Calibri" w:hAnsi="Arial" w:cs="Arial"/>
          <w:bCs/>
        </w:rPr>
        <w:t xml:space="preserve"> </w:t>
      </w:r>
      <w:proofErr w:type="spellStart"/>
      <w:r w:rsidRPr="00DC58C6">
        <w:rPr>
          <w:rFonts w:ascii="Arial" w:eastAsia="Calibri" w:hAnsi="Arial" w:cs="Arial"/>
          <w:bCs/>
        </w:rPr>
        <w:t>bila</w:t>
      </w:r>
      <w:proofErr w:type="spellEnd"/>
      <w:r w:rsidRPr="00DC58C6">
        <w:rPr>
          <w:rFonts w:ascii="Arial" w:eastAsia="Calibri" w:hAnsi="Arial" w:cs="Arial"/>
          <w:bCs/>
        </w:rPr>
        <w:t xml:space="preserve"> </w:t>
      </w:r>
      <w:proofErr w:type="spellStart"/>
      <w:r w:rsidRPr="00DC58C6">
        <w:rPr>
          <w:rFonts w:ascii="Arial" w:eastAsia="Calibri" w:hAnsi="Arial" w:cs="Arial"/>
          <w:bCs/>
        </w:rPr>
        <w:t>jednaka</w:t>
      </w:r>
      <w:proofErr w:type="spellEnd"/>
      <w:r w:rsidRPr="00DC58C6">
        <w:rPr>
          <w:rFonts w:ascii="Arial" w:eastAsia="Calibri" w:hAnsi="Arial" w:cs="Arial"/>
          <w:bCs/>
        </w:rPr>
        <w:t xml:space="preserve"> </w:t>
      </w:r>
      <w:proofErr w:type="spellStart"/>
      <w:r w:rsidRPr="00DC58C6">
        <w:rPr>
          <w:rFonts w:ascii="Arial" w:eastAsia="Calibri" w:hAnsi="Arial" w:cs="Arial"/>
          <w:bCs/>
        </w:rPr>
        <w:t>ili</w:t>
      </w:r>
      <w:proofErr w:type="spellEnd"/>
      <w:r w:rsidRPr="00DC58C6">
        <w:rPr>
          <w:rFonts w:ascii="Arial" w:eastAsia="Calibri" w:hAnsi="Arial" w:cs="Arial"/>
          <w:bCs/>
        </w:rPr>
        <w:t xml:space="preserve"> </w:t>
      </w:r>
      <w:proofErr w:type="spellStart"/>
      <w:r w:rsidRPr="00DC58C6">
        <w:rPr>
          <w:rFonts w:ascii="Arial" w:eastAsia="Calibri" w:hAnsi="Arial" w:cs="Arial"/>
          <w:bCs/>
        </w:rPr>
        <w:t>manja</w:t>
      </w:r>
      <w:proofErr w:type="spellEnd"/>
      <w:r w:rsidRPr="00DC58C6">
        <w:rPr>
          <w:rFonts w:ascii="Arial" w:eastAsia="Calibri" w:hAnsi="Arial" w:cs="Arial"/>
          <w:bCs/>
        </w:rPr>
        <w:t xml:space="preserve"> od 45</w:t>
      </w:r>
      <w:r w:rsidRPr="00DC58C6">
        <w:rPr>
          <w:rFonts w:ascii="Arial" w:hAnsi="Arial" w:cs="Arial"/>
          <w:bCs/>
        </w:rPr>
        <w:t>.000,00</w:t>
      </w:r>
      <w:r w:rsidRPr="00DC58C6">
        <w:rPr>
          <w:rFonts w:ascii="Arial" w:eastAsia="Calibri" w:hAnsi="Arial" w:cs="Arial"/>
          <w:bCs/>
        </w:rPr>
        <w:t xml:space="preserve"> </w:t>
      </w:r>
      <w:r w:rsidR="008A096E">
        <w:rPr>
          <w:rFonts w:ascii="Arial" w:eastAsia="Calibri" w:hAnsi="Arial" w:cs="Arial"/>
          <w:bCs/>
        </w:rPr>
        <w:t>EUR</w:t>
      </w:r>
      <w:r w:rsidRPr="00DC58C6">
        <w:rPr>
          <w:rFonts w:ascii="Arial" w:eastAsia="Calibri" w:hAnsi="Arial" w:cs="Arial"/>
          <w:bCs/>
        </w:rPr>
        <w:t xml:space="preserve">, </w:t>
      </w:r>
      <w:proofErr w:type="spellStart"/>
      <w:r w:rsidRPr="00DC58C6">
        <w:rPr>
          <w:rFonts w:ascii="Arial" w:eastAsia="Calibri" w:hAnsi="Arial" w:cs="Arial"/>
          <w:bCs/>
        </w:rPr>
        <w:t>prešla</w:t>
      </w:r>
      <w:proofErr w:type="spellEnd"/>
      <w:r w:rsidRPr="00DC58C6">
        <w:rPr>
          <w:rFonts w:ascii="Arial" w:eastAsia="Calibri" w:hAnsi="Arial" w:cs="Arial"/>
          <w:bCs/>
        </w:rPr>
        <w:t xml:space="preserve"> </w:t>
      </w:r>
      <w:proofErr w:type="spellStart"/>
      <w:r w:rsidRPr="00DC58C6">
        <w:rPr>
          <w:rFonts w:ascii="Arial" w:eastAsia="Calibri" w:hAnsi="Arial" w:cs="Arial"/>
          <w:bCs/>
        </w:rPr>
        <w:t>vrijednost</w:t>
      </w:r>
      <w:proofErr w:type="spellEnd"/>
      <w:r w:rsidRPr="00DC58C6">
        <w:rPr>
          <w:rFonts w:ascii="Arial" w:eastAsia="Calibri" w:hAnsi="Arial" w:cs="Arial"/>
          <w:bCs/>
        </w:rPr>
        <w:t xml:space="preserve"> </w:t>
      </w:r>
      <w:proofErr w:type="spellStart"/>
      <w:r w:rsidRPr="00DC58C6">
        <w:rPr>
          <w:rFonts w:ascii="Arial" w:eastAsia="Calibri" w:hAnsi="Arial" w:cs="Arial"/>
          <w:bCs/>
        </w:rPr>
        <w:t>ugovora</w:t>
      </w:r>
      <w:proofErr w:type="spellEnd"/>
      <w:r w:rsidRPr="00DC58C6">
        <w:rPr>
          <w:rFonts w:ascii="Arial" w:eastAsia="Calibri" w:hAnsi="Arial" w:cs="Arial"/>
          <w:bCs/>
        </w:rPr>
        <w:t xml:space="preserve"> od 45.000,00 </w:t>
      </w:r>
      <w:r w:rsidR="008A096E">
        <w:rPr>
          <w:rFonts w:ascii="Arial" w:eastAsia="Calibri" w:hAnsi="Arial" w:cs="Arial"/>
          <w:bCs/>
        </w:rPr>
        <w:t>EUR</w:t>
      </w:r>
      <w:r w:rsidRPr="00DC58C6">
        <w:rPr>
          <w:rFonts w:ascii="Arial" w:eastAsia="Calibri" w:hAnsi="Arial" w:cs="Arial"/>
          <w:bCs/>
        </w:rPr>
        <w:t xml:space="preserve"> bez PDV-a, a </w:t>
      </w:r>
      <w:proofErr w:type="spellStart"/>
      <w:r w:rsidRPr="00DC58C6">
        <w:rPr>
          <w:rFonts w:ascii="Arial" w:eastAsia="Calibri" w:hAnsi="Arial" w:cs="Arial"/>
          <w:bCs/>
        </w:rPr>
        <w:t>postupak</w:t>
      </w:r>
      <w:proofErr w:type="spellEnd"/>
      <w:r w:rsidRPr="00DC58C6">
        <w:rPr>
          <w:rFonts w:ascii="Arial" w:eastAsia="Calibri" w:hAnsi="Arial" w:cs="Arial"/>
          <w:bCs/>
        </w:rPr>
        <w:t xml:space="preserve"> </w:t>
      </w:r>
      <w:proofErr w:type="spellStart"/>
      <w:r w:rsidRPr="00DC58C6">
        <w:rPr>
          <w:rFonts w:ascii="Arial" w:eastAsia="Calibri" w:hAnsi="Arial" w:cs="Arial"/>
          <w:bCs/>
        </w:rPr>
        <w:t>nije</w:t>
      </w:r>
      <w:proofErr w:type="spellEnd"/>
      <w:r w:rsidRPr="00DC58C6">
        <w:rPr>
          <w:rFonts w:ascii="Arial" w:eastAsia="Calibri" w:hAnsi="Arial" w:cs="Arial"/>
          <w:bCs/>
        </w:rPr>
        <w:t xml:space="preserve"> </w:t>
      </w:r>
      <w:proofErr w:type="spellStart"/>
      <w:r w:rsidRPr="00DC58C6">
        <w:rPr>
          <w:rFonts w:ascii="Arial" w:eastAsia="Calibri" w:hAnsi="Arial" w:cs="Arial"/>
          <w:bCs/>
        </w:rPr>
        <w:t>proveden</w:t>
      </w:r>
      <w:proofErr w:type="spellEnd"/>
      <w:r w:rsidRPr="00DC58C6">
        <w:rPr>
          <w:rFonts w:ascii="Arial" w:eastAsia="Calibri" w:hAnsi="Arial" w:cs="Arial"/>
          <w:bCs/>
        </w:rPr>
        <w:t xml:space="preserve"> </w:t>
      </w:r>
      <w:proofErr w:type="spellStart"/>
      <w:r w:rsidRPr="00DC58C6">
        <w:rPr>
          <w:rFonts w:ascii="Arial" w:eastAsia="Calibri" w:hAnsi="Arial" w:cs="Arial"/>
          <w:bCs/>
        </w:rPr>
        <w:t>javnom</w:t>
      </w:r>
      <w:proofErr w:type="spellEnd"/>
      <w:r w:rsidRPr="00DC58C6">
        <w:rPr>
          <w:rFonts w:ascii="Arial" w:eastAsia="Calibri" w:hAnsi="Arial" w:cs="Arial"/>
          <w:bCs/>
        </w:rPr>
        <w:t xml:space="preserve"> </w:t>
      </w:r>
      <w:proofErr w:type="spellStart"/>
      <w:r w:rsidRPr="00DC58C6">
        <w:rPr>
          <w:rFonts w:ascii="Arial" w:eastAsia="Calibri" w:hAnsi="Arial" w:cs="Arial"/>
          <w:bCs/>
        </w:rPr>
        <w:t>objavom</w:t>
      </w:r>
      <w:proofErr w:type="spellEnd"/>
      <w:r w:rsidRPr="00DC58C6">
        <w:rPr>
          <w:rFonts w:ascii="Arial" w:eastAsia="Calibri" w:hAnsi="Arial" w:cs="Arial"/>
          <w:bCs/>
        </w:rPr>
        <w:t xml:space="preserve"> u EOJN-u</w:t>
      </w:r>
      <w:r w:rsidR="009F6EDB">
        <w:rPr>
          <w:rFonts w:ascii="Arial" w:eastAsia="Calibri" w:hAnsi="Arial" w:cs="Arial"/>
          <w:bCs/>
        </w:rPr>
        <w:t>;</w:t>
      </w:r>
    </w:p>
    <w:p w14:paraId="00E9D6AD" w14:textId="101FFB54" w:rsidR="009F6EDB" w:rsidRPr="002567CA" w:rsidRDefault="00A415A0" w:rsidP="002567CA">
      <w:pPr>
        <w:spacing w:after="120" w:line="240" w:lineRule="auto"/>
        <w:jc w:val="both"/>
        <w:rPr>
          <w:rFonts w:ascii="Arial" w:eastAsia="Calibri" w:hAnsi="Arial" w:cs="Arial"/>
          <w:bCs/>
        </w:rPr>
      </w:pPr>
      <w:r w:rsidRPr="00DC58C6">
        <w:rPr>
          <w:rFonts w:ascii="Arial" w:eastAsia="Calibri" w:hAnsi="Arial" w:cs="Arial"/>
          <w:bCs/>
        </w:rPr>
        <w:t xml:space="preserve">- u </w:t>
      </w:r>
      <w:proofErr w:type="spellStart"/>
      <w:r w:rsidRPr="00DC58C6">
        <w:rPr>
          <w:rFonts w:ascii="Arial" w:eastAsia="Calibri" w:hAnsi="Arial" w:cs="Arial"/>
          <w:bCs/>
        </w:rPr>
        <w:t>svakom</w:t>
      </w:r>
      <w:proofErr w:type="spellEnd"/>
      <w:r w:rsidRPr="00DC58C6">
        <w:rPr>
          <w:rFonts w:ascii="Arial" w:eastAsia="Calibri" w:hAnsi="Arial" w:cs="Arial"/>
          <w:bCs/>
        </w:rPr>
        <w:t xml:space="preserve"> </w:t>
      </w:r>
      <w:proofErr w:type="spellStart"/>
      <w:r w:rsidRPr="00DC58C6">
        <w:rPr>
          <w:rFonts w:ascii="Arial" w:eastAsia="Calibri" w:hAnsi="Arial" w:cs="Arial"/>
          <w:bCs/>
        </w:rPr>
        <w:t>slučaju</w:t>
      </w:r>
      <w:proofErr w:type="spellEnd"/>
      <w:r w:rsidRPr="00DC58C6">
        <w:rPr>
          <w:rFonts w:ascii="Arial" w:eastAsia="Calibri" w:hAnsi="Arial" w:cs="Arial"/>
          <w:bCs/>
        </w:rPr>
        <w:t xml:space="preserve"> </w:t>
      </w:r>
      <w:proofErr w:type="spellStart"/>
      <w:r w:rsidRPr="00DC58C6">
        <w:rPr>
          <w:rFonts w:ascii="Arial" w:eastAsia="Calibri" w:hAnsi="Arial" w:cs="Arial"/>
          <w:bCs/>
        </w:rPr>
        <w:t>prešla</w:t>
      </w:r>
      <w:proofErr w:type="spellEnd"/>
      <w:r w:rsidRPr="00DC58C6">
        <w:rPr>
          <w:rFonts w:ascii="Arial" w:eastAsia="Calibri" w:hAnsi="Arial" w:cs="Arial"/>
          <w:bCs/>
        </w:rPr>
        <w:t xml:space="preserve"> </w:t>
      </w:r>
      <w:proofErr w:type="spellStart"/>
      <w:r w:rsidRPr="00DC58C6">
        <w:rPr>
          <w:rFonts w:ascii="Arial" w:eastAsia="Calibri" w:hAnsi="Arial" w:cs="Arial"/>
          <w:bCs/>
        </w:rPr>
        <w:t>zakonski</w:t>
      </w:r>
      <w:proofErr w:type="spellEnd"/>
      <w:r w:rsidRPr="00DC58C6">
        <w:rPr>
          <w:rFonts w:ascii="Arial" w:eastAsia="Calibri" w:hAnsi="Arial" w:cs="Arial"/>
          <w:bCs/>
        </w:rPr>
        <w:t xml:space="preserve"> </w:t>
      </w:r>
      <w:proofErr w:type="spellStart"/>
      <w:r w:rsidRPr="00DC58C6">
        <w:rPr>
          <w:rFonts w:ascii="Arial" w:eastAsia="Calibri" w:hAnsi="Arial" w:cs="Arial"/>
          <w:bCs/>
        </w:rPr>
        <w:t>prag</w:t>
      </w:r>
      <w:proofErr w:type="spellEnd"/>
      <w:r w:rsidRPr="00DC58C6">
        <w:rPr>
          <w:rFonts w:ascii="Arial" w:eastAsia="Calibri" w:hAnsi="Arial" w:cs="Arial"/>
          <w:bCs/>
        </w:rPr>
        <w:t xml:space="preserve"> za </w:t>
      </w:r>
      <w:proofErr w:type="spellStart"/>
      <w:r w:rsidRPr="00DC58C6">
        <w:rPr>
          <w:rFonts w:ascii="Arial" w:eastAsia="Calibri" w:hAnsi="Arial" w:cs="Arial"/>
          <w:bCs/>
        </w:rPr>
        <w:t>primjenu</w:t>
      </w:r>
      <w:proofErr w:type="spellEnd"/>
      <w:r w:rsidRPr="00DC58C6">
        <w:rPr>
          <w:rFonts w:ascii="Arial" w:eastAsia="Calibri" w:hAnsi="Arial" w:cs="Arial"/>
          <w:bCs/>
        </w:rPr>
        <w:t xml:space="preserve"> </w:t>
      </w:r>
      <w:proofErr w:type="spellStart"/>
      <w:r w:rsidRPr="00DC58C6">
        <w:rPr>
          <w:rFonts w:ascii="Arial" w:eastAsia="Calibri" w:hAnsi="Arial" w:cs="Arial"/>
          <w:bCs/>
        </w:rPr>
        <w:t>javne</w:t>
      </w:r>
      <w:proofErr w:type="spellEnd"/>
      <w:r w:rsidRPr="00DC58C6">
        <w:rPr>
          <w:rFonts w:ascii="Arial" w:eastAsia="Calibri" w:hAnsi="Arial" w:cs="Arial"/>
          <w:bCs/>
        </w:rPr>
        <w:t xml:space="preserve"> </w:t>
      </w:r>
      <w:proofErr w:type="spellStart"/>
      <w:r w:rsidRPr="00DC58C6">
        <w:rPr>
          <w:rFonts w:ascii="Arial" w:eastAsia="Calibri" w:hAnsi="Arial" w:cs="Arial"/>
          <w:bCs/>
        </w:rPr>
        <w:t>nabave</w:t>
      </w:r>
      <w:proofErr w:type="spellEnd"/>
      <w:r w:rsidRPr="00DC58C6">
        <w:rPr>
          <w:rFonts w:ascii="Arial" w:eastAsia="Calibri" w:hAnsi="Arial" w:cs="Arial"/>
          <w:bCs/>
        </w:rPr>
        <w:t>.</w:t>
      </w:r>
    </w:p>
    <w:p w14:paraId="435BA683" w14:textId="2B72849F" w:rsidR="00A415A0" w:rsidRPr="00DC58C6" w:rsidRDefault="00A415A0" w:rsidP="009C285A">
      <w:pPr>
        <w:pStyle w:val="Heading1"/>
        <w:spacing w:before="0" w:after="120" w:line="240" w:lineRule="auto"/>
        <w:jc w:val="center"/>
        <w:rPr>
          <w:rFonts w:ascii="Arial" w:eastAsia="Calibri" w:hAnsi="Arial" w:cs="Arial"/>
          <w:color w:val="auto"/>
          <w:sz w:val="22"/>
          <w:szCs w:val="22"/>
        </w:rPr>
      </w:pPr>
      <w:r w:rsidRPr="00DC58C6">
        <w:rPr>
          <w:rFonts w:ascii="Arial" w:eastAsia="Calibri" w:hAnsi="Arial" w:cs="Arial"/>
          <w:color w:val="auto"/>
          <w:sz w:val="22"/>
          <w:szCs w:val="22"/>
        </w:rPr>
        <w:t>POHRANA DOKUMENTACIJE</w:t>
      </w:r>
    </w:p>
    <w:p w14:paraId="2AC3757A" w14:textId="77777777" w:rsidR="002534B2" w:rsidRPr="00DC58C6" w:rsidRDefault="002534B2" w:rsidP="009C285A">
      <w:pPr>
        <w:spacing w:line="240" w:lineRule="auto"/>
        <w:rPr>
          <w:rFonts w:ascii="Arial" w:hAnsi="Arial" w:cs="Arial"/>
        </w:rPr>
      </w:pPr>
    </w:p>
    <w:p w14:paraId="070DAD95" w14:textId="6EBEC7F0" w:rsidR="002534B2" w:rsidRPr="00DC58C6" w:rsidRDefault="00A415A0" w:rsidP="009C285A">
      <w:pPr>
        <w:pStyle w:val="Heading1"/>
        <w:spacing w:before="0" w:after="120" w:line="240" w:lineRule="auto"/>
        <w:jc w:val="center"/>
        <w:rPr>
          <w:rFonts w:ascii="Arial" w:hAnsi="Arial" w:cs="Arial"/>
          <w:color w:val="auto"/>
          <w:sz w:val="22"/>
          <w:szCs w:val="22"/>
        </w:rPr>
      </w:pPr>
      <w:proofErr w:type="spellStart"/>
      <w:r w:rsidRPr="00DC58C6">
        <w:rPr>
          <w:rFonts w:ascii="Arial" w:eastAsia="Calibri" w:hAnsi="Arial" w:cs="Arial"/>
          <w:color w:val="auto"/>
          <w:sz w:val="22"/>
          <w:szCs w:val="22"/>
        </w:rPr>
        <w:t>Članak</w:t>
      </w:r>
      <w:proofErr w:type="spellEnd"/>
      <w:r w:rsidRPr="00DC58C6">
        <w:rPr>
          <w:rFonts w:ascii="Arial" w:eastAsia="Calibri" w:hAnsi="Arial" w:cs="Arial"/>
          <w:color w:val="auto"/>
          <w:sz w:val="22"/>
          <w:szCs w:val="22"/>
        </w:rPr>
        <w:t xml:space="preserve"> 3</w:t>
      </w:r>
      <w:r w:rsidR="004A4BC7" w:rsidRPr="00DC58C6">
        <w:rPr>
          <w:rFonts w:ascii="Arial" w:eastAsia="Calibri" w:hAnsi="Arial" w:cs="Arial"/>
          <w:color w:val="auto"/>
          <w:sz w:val="22"/>
          <w:szCs w:val="22"/>
        </w:rPr>
        <w:t>0</w:t>
      </w:r>
      <w:r w:rsidRPr="00DC58C6">
        <w:rPr>
          <w:rFonts w:ascii="Arial" w:hAnsi="Arial" w:cs="Arial"/>
          <w:color w:val="auto"/>
          <w:sz w:val="22"/>
          <w:szCs w:val="22"/>
        </w:rPr>
        <w:t>.</w:t>
      </w:r>
    </w:p>
    <w:p w14:paraId="656724E1" w14:textId="5BAA0E35" w:rsidR="002534B2" w:rsidRPr="00DC58C6" w:rsidRDefault="002534B2" w:rsidP="009C285A">
      <w:pPr>
        <w:spacing w:line="240" w:lineRule="auto"/>
        <w:jc w:val="both"/>
        <w:rPr>
          <w:rFonts w:ascii="Arial" w:hAnsi="Arial" w:cs="Arial"/>
          <w:lang w:val="hr-HR"/>
        </w:rPr>
      </w:pPr>
      <w:r w:rsidRPr="00DC58C6">
        <w:rPr>
          <w:rFonts w:ascii="Arial" w:hAnsi="Arial" w:cs="Arial"/>
          <w:lang w:val="hr-HR"/>
        </w:rPr>
        <w:t xml:space="preserve">(1) Naručitelj je obvezan svu dokumentaciju nastalu u provedbi postupaka jednostavne nabave prema ovom Pravilniku čuvati najmanje četiri godine od dana </w:t>
      </w:r>
      <w:r w:rsidR="00C03921">
        <w:rPr>
          <w:rFonts w:ascii="Arial" w:hAnsi="Arial" w:cs="Arial"/>
          <w:lang w:val="hr-HR"/>
        </w:rPr>
        <w:t>sklapanja ugovora</w:t>
      </w:r>
      <w:r w:rsidRPr="00DC58C6">
        <w:rPr>
          <w:rFonts w:ascii="Arial" w:hAnsi="Arial" w:cs="Arial"/>
          <w:lang w:val="hr-HR"/>
        </w:rPr>
        <w:t>.</w:t>
      </w:r>
    </w:p>
    <w:p w14:paraId="40FECB31" w14:textId="77777777" w:rsidR="002534B2" w:rsidRPr="00DC58C6" w:rsidRDefault="002534B2" w:rsidP="009C285A">
      <w:pPr>
        <w:spacing w:line="240" w:lineRule="auto"/>
        <w:jc w:val="both"/>
        <w:rPr>
          <w:rFonts w:ascii="Arial" w:hAnsi="Arial" w:cs="Arial"/>
          <w:lang w:val="hr-HR"/>
        </w:rPr>
      </w:pPr>
      <w:r w:rsidRPr="00DC58C6">
        <w:rPr>
          <w:rFonts w:ascii="Arial" w:hAnsi="Arial" w:cs="Arial"/>
          <w:lang w:val="hr-HR"/>
        </w:rPr>
        <w:t>(2) Dokumentacija iz stavka 1. ovoga članka obuhvaća osobito zahtjeve za jednostavnu nabavu, pozive na dostavu ponuda, zaprimljene ponude, zapisnike, odluke, ugovore, narudžbenice i drugu dokumentaciju nastalu tijekom provedbe postupka.</w:t>
      </w:r>
    </w:p>
    <w:p w14:paraId="09C5EF85" w14:textId="77777777" w:rsidR="002534B2" w:rsidRPr="00DC58C6" w:rsidRDefault="002534B2" w:rsidP="009C285A">
      <w:pPr>
        <w:spacing w:line="240" w:lineRule="auto"/>
        <w:jc w:val="both"/>
        <w:rPr>
          <w:rFonts w:ascii="Arial" w:hAnsi="Arial" w:cs="Arial"/>
          <w:lang w:val="hr-HR"/>
        </w:rPr>
      </w:pPr>
      <w:r w:rsidRPr="00DC58C6">
        <w:rPr>
          <w:rFonts w:ascii="Arial" w:hAnsi="Arial" w:cs="Arial"/>
          <w:lang w:val="hr-HR"/>
        </w:rPr>
        <w:t>(3) Dokumentacija se može čuvati u izvorniku ili u elektroničkom obliku, sukladno propisima kojima se uređuje upravljanje dokumentarnim gradivom i arhivsko poslovanje.</w:t>
      </w:r>
    </w:p>
    <w:p w14:paraId="5FF8A4FF" w14:textId="77777777" w:rsidR="002534B2" w:rsidRPr="00DC58C6" w:rsidRDefault="002534B2" w:rsidP="009C285A">
      <w:pPr>
        <w:spacing w:line="240" w:lineRule="auto"/>
        <w:rPr>
          <w:rFonts w:ascii="Arial" w:hAnsi="Arial" w:cs="Arial"/>
        </w:rPr>
      </w:pPr>
    </w:p>
    <w:p w14:paraId="54FB544F" w14:textId="77777777" w:rsidR="000D0E4E" w:rsidRPr="00DC58C6" w:rsidRDefault="000D0E4E" w:rsidP="009C285A">
      <w:pPr>
        <w:pStyle w:val="Heading2"/>
        <w:spacing w:line="240" w:lineRule="auto"/>
        <w:jc w:val="center"/>
        <w:rPr>
          <w:rFonts w:ascii="Arial" w:hAnsi="Arial" w:cs="Arial"/>
          <w:color w:val="auto"/>
          <w:sz w:val="22"/>
          <w:szCs w:val="22"/>
        </w:rPr>
      </w:pPr>
      <w:r w:rsidRPr="00DC58C6">
        <w:rPr>
          <w:rFonts w:ascii="Arial" w:hAnsi="Arial" w:cs="Arial"/>
          <w:color w:val="auto"/>
          <w:sz w:val="22"/>
          <w:szCs w:val="22"/>
        </w:rPr>
        <w:t>IZUZEĆA OD PRIMJENE PRAVILNIKA</w:t>
      </w:r>
    </w:p>
    <w:p w14:paraId="48DE427A" w14:textId="77777777" w:rsidR="000D0E4E" w:rsidRPr="00DC58C6" w:rsidRDefault="000D0E4E" w:rsidP="009C285A">
      <w:pPr>
        <w:spacing w:line="240" w:lineRule="auto"/>
        <w:jc w:val="center"/>
        <w:rPr>
          <w:rFonts w:ascii="Arial" w:hAnsi="Arial" w:cs="Arial"/>
        </w:rPr>
      </w:pPr>
    </w:p>
    <w:p w14:paraId="11A90BC1" w14:textId="0681254A" w:rsidR="000D0E4E" w:rsidRPr="00DC58C6" w:rsidRDefault="000D0E4E" w:rsidP="009C285A">
      <w:pPr>
        <w:spacing w:line="240" w:lineRule="auto"/>
        <w:jc w:val="center"/>
        <w:rPr>
          <w:rFonts w:ascii="Arial" w:hAnsi="Arial" w:cs="Arial"/>
          <w:b/>
          <w:bCs/>
        </w:rPr>
      </w:pPr>
      <w:proofErr w:type="spellStart"/>
      <w:r w:rsidRPr="00DC58C6">
        <w:rPr>
          <w:rFonts w:ascii="Arial" w:hAnsi="Arial" w:cs="Arial"/>
          <w:b/>
          <w:bCs/>
        </w:rPr>
        <w:t>Članak</w:t>
      </w:r>
      <w:proofErr w:type="spellEnd"/>
      <w:r w:rsidRPr="00DC58C6">
        <w:rPr>
          <w:rFonts w:ascii="Arial" w:hAnsi="Arial" w:cs="Arial"/>
          <w:b/>
          <w:bCs/>
        </w:rPr>
        <w:t xml:space="preserve"> </w:t>
      </w:r>
      <w:r w:rsidR="002534B2" w:rsidRPr="00DC58C6">
        <w:rPr>
          <w:rFonts w:ascii="Arial" w:hAnsi="Arial" w:cs="Arial"/>
          <w:b/>
          <w:bCs/>
        </w:rPr>
        <w:t>3</w:t>
      </w:r>
      <w:r w:rsidR="004A4BC7" w:rsidRPr="00DC58C6">
        <w:rPr>
          <w:rFonts w:ascii="Arial" w:hAnsi="Arial" w:cs="Arial"/>
          <w:b/>
          <w:bCs/>
        </w:rPr>
        <w:t>1</w:t>
      </w:r>
      <w:r w:rsidRPr="00DC58C6">
        <w:rPr>
          <w:rFonts w:ascii="Arial" w:hAnsi="Arial" w:cs="Arial"/>
          <w:b/>
          <w:bCs/>
        </w:rPr>
        <w:t>.</w:t>
      </w:r>
    </w:p>
    <w:p w14:paraId="34061E23" w14:textId="77777777" w:rsidR="00832D58" w:rsidRPr="00DC58C6" w:rsidRDefault="00832D58" w:rsidP="009C285A">
      <w:pPr>
        <w:spacing w:line="240" w:lineRule="auto"/>
        <w:jc w:val="both"/>
        <w:rPr>
          <w:rFonts w:ascii="Arial" w:hAnsi="Arial" w:cs="Arial"/>
          <w:lang w:val="hr-HR"/>
        </w:rPr>
      </w:pPr>
      <w:r w:rsidRPr="00DC58C6">
        <w:rPr>
          <w:rFonts w:ascii="Arial" w:hAnsi="Arial" w:cs="Arial"/>
          <w:lang w:val="hr-HR"/>
        </w:rPr>
        <w:t>(1) Ovaj Pravilnik ne primjenjuje se na:</w:t>
      </w:r>
    </w:p>
    <w:p w14:paraId="69BEF051" w14:textId="77777777" w:rsidR="00832D58" w:rsidRPr="00DC58C6" w:rsidRDefault="00832D58" w:rsidP="00AC1298">
      <w:pPr>
        <w:spacing w:line="240" w:lineRule="auto"/>
        <w:jc w:val="both"/>
        <w:rPr>
          <w:rFonts w:ascii="Arial" w:hAnsi="Arial" w:cs="Arial"/>
          <w:lang w:val="hr-HR"/>
        </w:rPr>
      </w:pPr>
      <w:r w:rsidRPr="00DC58C6">
        <w:rPr>
          <w:rFonts w:ascii="Arial" w:hAnsi="Arial" w:cs="Arial"/>
          <w:lang w:val="hr-HR"/>
        </w:rPr>
        <w:t>• ugovore o radu te druge odgovarajuće ugovore sklopljene sukladno posebnim propisima;</w:t>
      </w:r>
    </w:p>
    <w:p w14:paraId="5D1637D4" w14:textId="77777777" w:rsidR="00832D58" w:rsidRPr="00DC58C6" w:rsidRDefault="00832D58" w:rsidP="00AC1298">
      <w:pPr>
        <w:spacing w:line="240" w:lineRule="auto"/>
        <w:jc w:val="both"/>
        <w:rPr>
          <w:rFonts w:ascii="Arial" w:hAnsi="Arial" w:cs="Arial"/>
          <w:lang w:val="hr-HR"/>
        </w:rPr>
      </w:pPr>
      <w:r w:rsidRPr="00DC58C6">
        <w:rPr>
          <w:rFonts w:ascii="Arial" w:hAnsi="Arial" w:cs="Arial"/>
          <w:lang w:val="hr-HR"/>
        </w:rPr>
        <w:t>• ugovore o uslugama za koje su posebnim propisima ili drugim obvezujućim aktima utvrđene zajedničke tarife, kao što su javnobilježničke i odvjetničke usluge, pristojbe, naknade i slično;</w:t>
      </w:r>
    </w:p>
    <w:p w14:paraId="71F291AC" w14:textId="764793DF" w:rsidR="00A264D2" w:rsidRPr="00DC58C6" w:rsidRDefault="00A264D2" w:rsidP="00AC1298">
      <w:pPr>
        <w:spacing w:line="240" w:lineRule="auto"/>
        <w:jc w:val="both"/>
        <w:rPr>
          <w:rFonts w:ascii="Arial" w:hAnsi="Arial" w:cs="Arial"/>
          <w:lang w:val="hr-HR"/>
        </w:rPr>
      </w:pPr>
      <w:r w:rsidRPr="00DC58C6">
        <w:rPr>
          <w:rFonts w:ascii="Arial" w:hAnsi="Arial" w:cs="Arial"/>
          <w:lang w:val="hr-HR"/>
        </w:rPr>
        <w:t xml:space="preserve">• </w:t>
      </w:r>
      <w:proofErr w:type="spellStart"/>
      <w:r w:rsidRPr="00DC58C6">
        <w:rPr>
          <w:rFonts w:ascii="Arial" w:hAnsi="Arial" w:cs="Arial"/>
        </w:rPr>
        <w:t>usluge</w:t>
      </w:r>
      <w:proofErr w:type="spellEnd"/>
      <w:r w:rsidRPr="00DC58C6">
        <w:rPr>
          <w:rFonts w:ascii="Arial" w:hAnsi="Arial" w:cs="Arial"/>
        </w:rPr>
        <w:t xml:space="preserve"> </w:t>
      </w:r>
      <w:proofErr w:type="spellStart"/>
      <w:r w:rsidRPr="00DC58C6">
        <w:rPr>
          <w:rFonts w:ascii="Arial" w:hAnsi="Arial" w:cs="Arial"/>
        </w:rPr>
        <w:t>recenziranja</w:t>
      </w:r>
      <w:proofErr w:type="spellEnd"/>
      <w:r w:rsidRPr="00DC58C6">
        <w:rPr>
          <w:rFonts w:ascii="Arial" w:hAnsi="Arial" w:cs="Arial"/>
        </w:rPr>
        <w:t xml:space="preserve">, </w:t>
      </w:r>
      <w:proofErr w:type="spellStart"/>
      <w:r w:rsidRPr="00DC58C6">
        <w:rPr>
          <w:rFonts w:ascii="Arial" w:hAnsi="Arial" w:cs="Arial"/>
        </w:rPr>
        <w:t>prevođenja</w:t>
      </w:r>
      <w:proofErr w:type="spellEnd"/>
      <w:r w:rsidRPr="00DC58C6">
        <w:rPr>
          <w:rFonts w:ascii="Arial" w:hAnsi="Arial" w:cs="Arial"/>
        </w:rPr>
        <w:t xml:space="preserve">, </w:t>
      </w:r>
      <w:proofErr w:type="spellStart"/>
      <w:r w:rsidRPr="00DC58C6">
        <w:rPr>
          <w:rFonts w:ascii="Arial" w:hAnsi="Arial" w:cs="Arial"/>
        </w:rPr>
        <w:t>stručnih</w:t>
      </w:r>
      <w:proofErr w:type="spellEnd"/>
      <w:r w:rsidRPr="00DC58C6">
        <w:rPr>
          <w:rFonts w:ascii="Arial" w:hAnsi="Arial" w:cs="Arial"/>
        </w:rPr>
        <w:t xml:space="preserve"> </w:t>
      </w:r>
      <w:proofErr w:type="spellStart"/>
      <w:r w:rsidRPr="00DC58C6">
        <w:rPr>
          <w:rFonts w:ascii="Arial" w:hAnsi="Arial" w:cs="Arial"/>
        </w:rPr>
        <w:t>mišljenja</w:t>
      </w:r>
      <w:proofErr w:type="spellEnd"/>
      <w:r w:rsidRPr="00DC58C6">
        <w:rPr>
          <w:rFonts w:ascii="Arial" w:hAnsi="Arial" w:cs="Arial"/>
        </w:rPr>
        <w:t xml:space="preserve">, </w:t>
      </w:r>
      <w:proofErr w:type="spellStart"/>
      <w:r w:rsidRPr="00DC58C6">
        <w:rPr>
          <w:rFonts w:ascii="Arial" w:hAnsi="Arial" w:cs="Arial"/>
        </w:rPr>
        <w:t>ekspertiza</w:t>
      </w:r>
      <w:proofErr w:type="spellEnd"/>
      <w:r w:rsidRPr="00DC58C6">
        <w:rPr>
          <w:rFonts w:ascii="Arial" w:hAnsi="Arial" w:cs="Arial"/>
        </w:rPr>
        <w:t xml:space="preserve">, </w:t>
      </w:r>
      <w:proofErr w:type="spellStart"/>
      <w:r w:rsidRPr="00DC58C6">
        <w:rPr>
          <w:rFonts w:ascii="Arial" w:hAnsi="Arial" w:cs="Arial"/>
        </w:rPr>
        <w:t>autorske</w:t>
      </w:r>
      <w:proofErr w:type="spellEnd"/>
      <w:r w:rsidRPr="00DC58C6">
        <w:rPr>
          <w:rFonts w:ascii="Arial" w:hAnsi="Arial" w:cs="Arial"/>
        </w:rPr>
        <w:t xml:space="preserve"> i </w:t>
      </w:r>
      <w:proofErr w:type="spellStart"/>
      <w:r w:rsidRPr="00DC58C6">
        <w:rPr>
          <w:rFonts w:ascii="Arial" w:hAnsi="Arial" w:cs="Arial"/>
        </w:rPr>
        <w:t>druge</w:t>
      </w:r>
      <w:proofErr w:type="spellEnd"/>
      <w:r w:rsidRPr="00DC58C6">
        <w:rPr>
          <w:rFonts w:ascii="Arial" w:hAnsi="Arial" w:cs="Arial"/>
        </w:rPr>
        <w:t xml:space="preserve"> </w:t>
      </w:r>
      <w:proofErr w:type="spellStart"/>
      <w:r w:rsidRPr="00DC58C6">
        <w:rPr>
          <w:rFonts w:ascii="Arial" w:hAnsi="Arial" w:cs="Arial"/>
        </w:rPr>
        <w:t>intelektualne</w:t>
      </w:r>
      <w:proofErr w:type="spellEnd"/>
      <w:r w:rsidRPr="00DC58C6">
        <w:rPr>
          <w:rFonts w:ascii="Arial" w:hAnsi="Arial" w:cs="Arial"/>
        </w:rPr>
        <w:t xml:space="preserve"> </w:t>
      </w:r>
      <w:proofErr w:type="spellStart"/>
      <w:r w:rsidRPr="00DC58C6">
        <w:rPr>
          <w:rFonts w:ascii="Arial" w:hAnsi="Arial" w:cs="Arial"/>
        </w:rPr>
        <w:t>usluge</w:t>
      </w:r>
      <w:proofErr w:type="spellEnd"/>
      <w:r w:rsidRPr="00DC58C6">
        <w:rPr>
          <w:rFonts w:ascii="Arial" w:hAnsi="Arial" w:cs="Arial"/>
        </w:rPr>
        <w:t xml:space="preserve"> </w:t>
      </w:r>
      <w:proofErr w:type="spellStart"/>
      <w:r w:rsidRPr="00DC58C6">
        <w:rPr>
          <w:rFonts w:ascii="Arial" w:hAnsi="Arial" w:cs="Arial"/>
        </w:rPr>
        <w:t>neposredno</w:t>
      </w:r>
      <w:proofErr w:type="spellEnd"/>
      <w:r w:rsidRPr="00DC58C6">
        <w:rPr>
          <w:rFonts w:ascii="Arial" w:hAnsi="Arial" w:cs="Arial"/>
        </w:rPr>
        <w:t xml:space="preserve"> </w:t>
      </w:r>
      <w:proofErr w:type="spellStart"/>
      <w:r w:rsidRPr="00DC58C6">
        <w:rPr>
          <w:rFonts w:ascii="Arial" w:hAnsi="Arial" w:cs="Arial"/>
        </w:rPr>
        <w:t>povezane</w:t>
      </w:r>
      <w:proofErr w:type="spellEnd"/>
      <w:r w:rsidRPr="00DC58C6">
        <w:rPr>
          <w:rFonts w:ascii="Arial" w:hAnsi="Arial" w:cs="Arial"/>
        </w:rPr>
        <w:t xml:space="preserve"> s </w:t>
      </w:r>
      <w:proofErr w:type="spellStart"/>
      <w:r w:rsidRPr="00DC58C6">
        <w:rPr>
          <w:rFonts w:ascii="Arial" w:hAnsi="Arial" w:cs="Arial"/>
        </w:rPr>
        <w:t>nastavnom</w:t>
      </w:r>
      <w:proofErr w:type="spellEnd"/>
      <w:r w:rsidRPr="00DC58C6">
        <w:rPr>
          <w:rFonts w:ascii="Arial" w:hAnsi="Arial" w:cs="Arial"/>
        </w:rPr>
        <w:t xml:space="preserve">, </w:t>
      </w:r>
      <w:proofErr w:type="spellStart"/>
      <w:r w:rsidRPr="00DC58C6">
        <w:rPr>
          <w:rFonts w:ascii="Arial" w:hAnsi="Arial" w:cs="Arial"/>
        </w:rPr>
        <w:t>znanstvenom</w:t>
      </w:r>
      <w:proofErr w:type="spellEnd"/>
      <w:r w:rsidRPr="00DC58C6">
        <w:rPr>
          <w:rFonts w:ascii="Arial" w:hAnsi="Arial" w:cs="Arial"/>
        </w:rPr>
        <w:t xml:space="preserve"> i </w:t>
      </w:r>
      <w:proofErr w:type="spellStart"/>
      <w:r w:rsidRPr="00DC58C6">
        <w:rPr>
          <w:rFonts w:ascii="Arial" w:hAnsi="Arial" w:cs="Arial"/>
        </w:rPr>
        <w:t>stručnom</w:t>
      </w:r>
      <w:proofErr w:type="spellEnd"/>
      <w:r w:rsidRPr="00DC58C6">
        <w:rPr>
          <w:rFonts w:ascii="Arial" w:hAnsi="Arial" w:cs="Arial"/>
        </w:rPr>
        <w:t xml:space="preserve"> </w:t>
      </w:r>
      <w:proofErr w:type="spellStart"/>
      <w:r w:rsidRPr="00DC58C6">
        <w:rPr>
          <w:rFonts w:ascii="Arial" w:hAnsi="Arial" w:cs="Arial"/>
        </w:rPr>
        <w:t>djelatnošću</w:t>
      </w:r>
      <w:proofErr w:type="spellEnd"/>
      <w:r w:rsidRPr="00DC58C6">
        <w:rPr>
          <w:rFonts w:ascii="Arial" w:hAnsi="Arial" w:cs="Arial"/>
        </w:rPr>
        <w:t xml:space="preserve"> </w:t>
      </w:r>
      <w:proofErr w:type="spellStart"/>
      <w:r w:rsidR="00AC1298">
        <w:rPr>
          <w:rFonts w:ascii="Arial" w:hAnsi="Arial" w:cs="Arial"/>
        </w:rPr>
        <w:t>N</w:t>
      </w:r>
      <w:r w:rsidRPr="00DC58C6">
        <w:rPr>
          <w:rFonts w:ascii="Arial" w:hAnsi="Arial" w:cs="Arial"/>
        </w:rPr>
        <w:t>aručitelja</w:t>
      </w:r>
      <w:proofErr w:type="spellEnd"/>
      <w:r w:rsidRPr="00DC58C6">
        <w:rPr>
          <w:rFonts w:ascii="Arial" w:hAnsi="Arial" w:cs="Arial"/>
        </w:rPr>
        <w:t>;</w:t>
      </w:r>
    </w:p>
    <w:p w14:paraId="3868A924" w14:textId="77777777" w:rsidR="00832D58" w:rsidRPr="00DC58C6" w:rsidRDefault="00832D58" w:rsidP="00AC1298">
      <w:pPr>
        <w:spacing w:line="240" w:lineRule="auto"/>
        <w:jc w:val="both"/>
        <w:rPr>
          <w:rFonts w:ascii="Arial" w:hAnsi="Arial" w:cs="Arial"/>
          <w:lang w:val="hr-HR"/>
        </w:rPr>
      </w:pPr>
      <w:r w:rsidRPr="00DC58C6">
        <w:rPr>
          <w:rFonts w:ascii="Arial" w:hAnsi="Arial" w:cs="Arial"/>
          <w:lang w:val="hr-HR"/>
        </w:rPr>
        <w:t>• troškove za koje nije uobičajeno pribavljanje ponuda, kao što su troškovi reprezentacije, kotizacija, članarina, usluga obrazovanja, stručnog usavršavanja i stručnih ispita;</w:t>
      </w:r>
    </w:p>
    <w:p w14:paraId="222D9DDA" w14:textId="77777777" w:rsidR="00832D58" w:rsidRPr="00DC58C6" w:rsidRDefault="00832D58" w:rsidP="00AC1298">
      <w:pPr>
        <w:spacing w:line="240" w:lineRule="auto"/>
        <w:jc w:val="both"/>
        <w:rPr>
          <w:rFonts w:ascii="Arial" w:hAnsi="Arial" w:cs="Arial"/>
          <w:lang w:val="hr-HR"/>
        </w:rPr>
      </w:pPr>
      <w:r w:rsidRPr="00DC58C6">
        <w:rPr>
          <w:rFonts w:ascii="Arial" w:hAnsi="Arial" w:cs="Arial"/>
          <w:lang w:val="hr-HR"/>
        </w:rPr>
        <w:t>• nabavu stručne i druge tiskane literature, knjiga, časopisa, znanstvenih i stručnih publikacija te pristupa elektroničkim bazama podataka i pretplatama na stručne informacijske servise;</w:t>
      </w:r>
    </w:p>
    <w:p w14:paraId="4B0D6A85" w14:textId="77777777" w:rsidR="00832D58" w:rsidRPr="00DC58C6" w:rsidRDefault="00832D58" w:rsidP="00AC1298">
      <w:pPr>
        <w:spacing w:line="240" w:lineRule="auto"/>
        <w:jc w:val="both"/>
        <w:rPr>
          <w:rFonts w:ascii="Arial" w:hAnsi="Arial" w:cs="Arial"/>
          <w:lang w:val="hr-HR"/>
        </w:rPr>
      </w:pPr>
      <w:r w:rsidRPr="00DC58C6">
        <w:rPr>
          <w:rFonts w:ascii="Arial" w:hAnsi="Arial" w:cs="Arial"/>
          <w:lang w:val="hr-HR"/>
        </w:rPr>
        <w:t>• sudjelovanje na konferencijama, seminarima, radionicama, stručnim skupovima i drugim oblicima stručnog i znanstvenog usavršavanja u zemlji i inozemstvu;</w:t>
      </w:r>
    </w:p>
    <w:p w14:paraId="5CBC3E3E" w14:textId="77777777" w:rsidR="00832D58" w:rsidRPr="00DC58C6" w:rsidRDefault="00832D58" w:rsidP="00AC1298">
      <w:pPr>
        <w:spacing w:line="240" w:lineRule="auto"/>
        <w:jc w:val="both"/>
        <w:rPr>
          <w:rFonts w:ascii="Arial" w:hAnsi="Arial" w:cs="Arial"/>
          <w:lang w:val="hr-HR"/>
        </w:rPr>
      </w:pPr>
      <w:r w:rsidRPr="00DC58C6">
        <w:rPr>
          <w:rFonts w:ascii="Arial" w:hAnsi="Arial" w:cs="Arial"/>
          <w:lang w:val="hr-HR"/>
        </w:rPr>
        <w:lastRenderedPageBreak/>
        <w:t>• nabavu avionskih, željezničkih i drugih putnih karata te hotelskih, restoranskih i drugih usluga povezanih sa službenim putovanjima i organizacijom službenih događanja;</w:t>
      </w:r>
    </w:p>
    <w:p w14:paraId="3167C007" w14:textId="77777777" w:rsidR="00832D58" w:rsidRPr="00DC58C6" w:rsidRDefault="00832D58" w:rsidP="00AC1298">
      <w:pPr>
        <w:spacing w:line="240" w:lineRule="auto"/>
        <w:jc w:val="both"/>
        <w:rPr>
          <w:rFonts w:ascii="Arial" w:hAnsi="Arial" w:cs="Arial"/>
        </w:rPr>
      </w:pPr>
      <w:r w:rsidRPr="00DC58C6">
        <w:rPr>
          <w:rFonts w:ascii="Arial" w:hAnsi="Arial" w:cs="Arial"/>
          <w:lang w:val="hr-HR"/>
        </w:rPr>
        <w:t xml:space="preserve">• </w:t>
      </w:r>
      <w:proofErr w:type="spellStart"/>
      <w:r w:rsidRPr="00DC58C6">
        <w:rPr>
          <w:rFonts w:ascii="Arial" w:hAnsi="Arial" w:cs="Arial"/>
        </w:rPr>
        <w:t>ugovore</w:t>
      </w:r>
      <w:proofErr w:type="spellEnd"/>
      <w:r w:rsidRPr="00DC58C6">
        <w:rPr>
          <w:rFonts w:ascii="Arial" w:hAnsi="Arial" w:cs="Arial"/>
        </w:rPr>
        <w:t xml:space="preserve"> o </w:t>
      </w:r>
      <w:proofErr w:type="spellStart"/>
      <w:r w:rsidRPr="00DC58C6">
        <w:rPr>
          <w:rFonts w:ascii="Arial" w:hAnsi="Arial" w:cs="Arial"/>
        </w:rPr>
        <w:t>najmu</w:t>
      </w:r>
      <w:proofErr w:type="spellEnd"/>
      <w:r w:rsidRPr="00DC58C6">
        <w:rPr>
          <w:rFonts w:ascii="Arial" w:hAnsi="Arial" w:cs="Arial"/>
        </w:rPr>
        <w:t xml:space="preserve">, </w:t>
      </w:r>
      <w:proofErr w:type="spellStart"/>
      <w:r w:rsidRPr="00DC58C6">
        <w:rPr>
          <w:rFonts w:ascii="Arial" w:hAnsi="Arial" w:cs="Arial"/>
        </w:rPr>
        <w:t>zakupu</w:t>
      </w:r>
      <w:proofErr w:type="spellEnd"/>
      <w:r w:rsidRPr="00DC58C6">
        <w:rPr>
          <w:rFonts w:ascii="Arial" w:hAnsi="Arial" w:cs="Arial"/>
        </w:rPr>
        <w:t xml:space="preserve"> i </w:t>
      </w:r>
      <w:proofErr w:type="spellStart"/>
      <w:r w:rsidRPr="00DC58C6">
        <w:rPr>
          <w:rFonts w:ascii="Arial" w:hAnsi="Arial" w:cs="Arial"/>
        </w:rPr>
        <w:t>korištenju</w:t>
      </w:r>
      <w:proofErr w:type="spellEnd"/>
      <w:r w:rsidRPr="00DC58C6">
        <w:rPr>
          <w:rFonts w:ascii="Arial" w:hAnsi="Arial" w:cs="Arial"/>
        </w:rPr>
        <w:t xml:space="preserve"> </w:t>
      </w:r>
      <w:proofErr w:type="spellStart"/>
      <w:r w:rsidRPr="00DC58C6">
        <w:rPr>
          <w:rFonts w:ascii="Arial" w:hAnsi="Arial" w:cs="Arial"/>
        </w:rPr>
        <w:t>nekretnina</w:t>
      </w:r>
      <w:proofErr w:type="spellEnd"/>
      <w:r w:rsidRPr="00DC58C6">
        <w:rPr>
          <w:rFonts w:ascii="Arial" w:hAnsi="Arial" w:cs="Arial"/>
        </w:rPr>
        <w:t xml:space="preserve">, </w:t>
      </w:r>
      <w:proofErr w:type="spellStart"/>
      <w:r w:rsidRPr="00DC58C6">
        <w:rPr>
          <w:rFonts w:ascii="Arial" w:hAnsi="Arial" w:cs="Arial"/>
        </w:rPr>
        <w:t>prostora</w:t>
      </w:r>
      <w:proofErr w:type="spellEnd"/>
      <w:r w:rsidRPr="00DC58C6">
        <w:rPr>
          <w:rFonts w:ascii="Arial" w:hAnsi="Arial" w:cs="Arial"/>
        </w:rPr>
        <w:t xml:space="preserve">, </w:t>
      </w:r>
      <w:proofErr w:type="spellStart"/>
      <w:r w:rsidRPr="00DC58C6">
        <w:rPr>
          <w:rFonts w:ascii="Arial" w:hAnsi="Arial" w:cs="Arial"/>
        </w:rPr>
        <w:t>dvorana</w:t>
      </w:r>
      <w:proofErr w:type="spellEnd"/>
      <w:r w:rsidRPr="00DC58C6">
        <w:rPr>
          <w:rFonts w:ascii="Arial" w:hAnsi="Arial" w:cs="Arial"/>
        </w:rPr>
        <w:t xml:space="preserve">, </w:t>
      </w:r>
      <w:proofErr w:type="spellStart"/>
      <w:r w:rsidRPr="00DC58C6">
        <w:rPr>
          <w:rFonts w:ascii="Arial" w:hAnsi="Arial" w:cs="Arial"/>
        </w:rPr>
        <w:t>opreme</w:t>
      </w:r>
      <w:proofErr w:type="spellEnd"/>
      <w:r w:rsidRPr="00DC58C6">
        <w:rPr>
          <w:rFonts w:ascii="Arial" w:hAnsi="Arial" w:cs="Arial"/>
        </w:rPr>
        <w:t xml:space="preserve"> i </w:t>
      </w:r>
      <w:proofErr w:type="spellStart"/>
      <w:r w:rsidRPr="00DC58C6">
        <w:rPr>
          <w:rFonts w:ascii="Arial" w:hAnsi="Arial" w:cs="Arial"/>
        </w:rPr>
        <w:t>drugih</w:t>
      </w:r>
      <w:proofErr w:type="spellEnd"/>
      <w:r w:rsidRPr="00DC58C6">
        <w:rPr>
          <w:rFonts w:ascii="Arial" w:hAnsi="Arial" w:cs="Arial"/>
        </w:rPr>
        <w:t xml:space="preserve"> </w:t>
      </w:r>
      <w:proofErr w:type="spellStart"/>
      <w:r w:rsidRPr="00DC58C6">
        <w:rPr>
          <w:rFonts w:ascii="Arial" w:hAnsi="Arial" w:cs="Arial"/>
        </w:rPr>
        <w:t>stvari</w:t>
      </w:r>
      <w:proofErr w:type="spellEnd"/>
      <w:r w:rsidRPr="00DC58C6">
        <w:rPr>
          <w:rFonts w:ascii="Arial" w:hAnsi="Arial" w:cs="Arial"/>
        </w:rPr>
        <w:t xml:space="preserve">, </w:t>
      </w:r>
      <w:proofErr w:type="spellStart"/>
      <w:r w:rsidRPr="00DC58C6">
        <w:rPr>
          <w:rFonts w:ascii="Arial" w:hAnsi="Arial" w:cs="Arial"/>
        </w:rPr>
        <w:t>neovisno</w:t>
      </w:r>
      <w:proofErr w:type="spellEnd"/>
      <w:r w:rsidRPr="00DC58C6">
        <w:rPr>
          <w:rFonts w:ascii="Arial" w:hAnsi="Arial" w:cs="Arial"/>
        </w:rPr>
        <w:t xml:space="preserve"> o </w:t>
      </w:r>
      <w:proofErr w:type="spellStart"/>
      <w:r w:rsidRPr="00DC58C6">
        <w:rPr>
          <w:rFonts w:ascii="Arial" w:hAnsi="Arial" w:cs="Arial"/>
        </w:rPr>
        <w:t>njihovu</w:t>
      </w:r>
      <w:proofErr w:type="spellEnd"/>
      <w:r w:rsidRPr="00DC58C6">
        <w:rPr>
          <w:rFonts w:ascii="Arial" w:hAnsi="Arial" w:cs="Arial"/>
        </w:rPr>
        <w:t xml:space="preserve"> </w:t>
      </w:r>
      <w:proofErr w:type="spellStart"/>
      <w:r w:rsidRPr="00DC58C6">
        <w:rPr>
          <w:rFonts w:ascii="Arial" w:hAnsi="Arial" w:cs="Arial"/>
        </w:rPr>
        <w:t>trajanju</w:t>
      </w:r>
      <w:proofErr w:type="spellEnd"/>
      <w:r w:rsidRPr="00DC58C6">
        <w:rPr>
          <w:rFonts w:ascii="Arial" w:hAnsi="Arial" w:cs="Arial"/>
        </w:rPr>
        <w:t>;</w:t>
      </w:r>
    </w:p>
    <w:p w14:paraId="1BDCE06E" w14:textId="7D8F72CA" w:rsidR="00A415A0" w:rsidRDefault="00832D58" w:rsidP="009C285A">
      <w:pPr>
        <w:spacing w:line="240" w:lineRule="auto"/>
        <w:jc w:val="both"/>
        <w:rPr>
          <w:rFonts w:ascii="Arial" w:hAnsi="Arial" w:cs="Arial"/>
          <w:lang w:val="hr-HR"/>
        </w:rPr>
      </w:pPr>
      <w:r w:rsidRPr="00DC58C6">
        <w:rPr>
          <w:rFonts w:ascii="Arial" w:hAnsi="Arial" w:cs="Arial"/>
          <w:lang w:val="hr-HR"/>
        </w:rPr>
        <w:t>• ostale slučajeve izuzeća od primjene propisa o javnoj nabavi, sukladno odredbama Zakona.</w:t>
      </w:r>
    </w:p>
    <w:p w14:paraId="0333A7F2" w14:textId="77777777" w:rsidR="009F6EDB" w:rsidRPr="009F6EDB" w:rsidRDefault="009F6EDB" w:rsidP="009C285A">
      <w:pPr>
        <w:spacing w:line="240" w:lineRule="auto"/>
        <w:jc w:val="both"/>
        <w:rPr>
          <w:rFonts w:ascii="Arial" w:hAnsi="Arial" w:cs="Arial"/>
          <w:lang w:val="hr-HR"/>
        </w:rPr>
      </w:pPr>
    </w:p>
    <w:p w14:paraId="039A91D7" w14:textId="77777777" w:rsidR="00A415A0" w:rsidRPr="00DC58C6" w:rsidRDefault="00A415A0" w:rsidP="009C285A">
      <w:pPr>
        <w:pStyle w:val="Heading1"/>
        <w:spacing w:before="0" w:after="120" w:line="240" w:lineRule="auto"/>
        <w:jc w:val="center"/>
        <w:rPr>
          <w:rFonts w:ascii="Arial" w:eastAsia="Calibri" w:hAnsi="Arial" w:cs="Arial"/>
          <w:color w:val="auto"/>
          <w:sz w:val="22"/>
          <w:szCs w:val="22"/>
        </w:rPr>
      </w:pPr>
      <w:r w:rsidRPr="00DC58C6">
        <w:rPr>
          <w:rFonts w:ascii="Arial" w:eastAsia="Calibri" w:hAnsi="Arial" w:cs="Arial"/>
          <w:color w:val="auto"/>
          <w:sz w:val="22"/>
          <w:szCs w:val="22"/>
        </w:rPr>
        <w:t>ZAVRŠNE ODREDBE</w:t>
      </w:r>
    </w:p>
    <w:p w14:paraId="0183FDA3" w14:textId="77777777" w:rsidR="00832D58" w:rsidRPr="00DC58C6" w:rsidRDefault="00832D58" w:rsidP="009C285A">
      <w:pPr>
        <w:spacing w:line="240" w:lineRule="auto"/>
        <w:rPr>
          <w:rFonts w:ascii="Arial" w:hAnsi="Arial" w:cs="Arial"/>
        </w:rPr>
      </w:pPr>
    </w:p>
    <w:p w14:paraId="3154B1E6" w14:textId="07E83BD1" w:rsidR="00832D58" w:rsidRPr="00DC58C6" w:rsidRDefault="00832D58" w:rsidP="00AC1298">
      <w:pPr>
        <w:spacing w:line="240" w:lineRule="auto"/>
        <w:jc w:val="center"/>
        <w:rPr>
          <w:rFonts w:ascii="Arial" w:hAnsi="Arial" w:cs="Arial"/>
          <w:b/>
          <w:bCs/>
        </w:rPr>
      </w:pPr>
      <w:proofErr w:type="spellStart"/>
      <w:r w:rsidRPr="00DC58C6">
        <w:rPr>
          <w:rFonts w:ascii="Arial" w:hAnsi="Arial" w:cs="Arial"/>
          <w:b/>
          <w:bCs/>
        </w:rPr>
        <w:t>Članak</w:t>
      </w:r>
      <w:proofErr w:type="spellEnd"/>
      <w:r w:rsidRPr="00DC58C6">
        <w:rPr>
          <w:rFonts w:ascii="Arial" w:hAnsi="Arial" w:cs="Arial"/>
          <w:b/>
          <w:bCs/>
        </w:rPr>
        <w:t xml:space="preserve"> 3</w:t>
      </w:r>
      <w:r w:rsidR="004A4BC7" w:rsidRPr="00DC58C6">
        <w:rPr>
          <w:rFonts w:ascii="Arial" w:hAnsi="Arial" w:cs="Arial"/>
          <w:b/>
          <w:bCs/>
        </w:rPr>
        <w:t>2</w:t>
      </w:r>
      <w:r w:rsidRPr="00DC58C6">
        <w:rPr>
          <w:rFonts w:ascii="Arial" w:hAnsi="Arial" w:cs="Arial"/>
          <w:b/>
          <w:bCs/>
        </w:rPr>
        <w:t>.</w:t>
      </w:r>
    </w:p>
    <w:p w14:paraId="5DF06ED1" w14:textId="3E2BD136" w:rsidR="009C285A" w:rsidRDefault="00194211" w:rsidP="00AC1298">
      <w:pPr>
        <w:pStyle w:val="ListParagraph"/>
        <w:numPr>
          <w:ilvl w:val="0"/>
          <w:numId w:val="18"/>
        </w:numPr>
        <w:spacing w:line="240" w:lineRule="auto"/>
        <w:jc w:val="both"/>
        <w:rPr>
          <w:rFonts w:ascii="Arial" w:hAnsi="Arial" w:cs="Arial"/>
        </w:rPr>
      </w:pPr>
      <w:proofErr w:type="spellStart"/>
      <w:r w:rsidRPr="009C285A">
        <w:rPr>
          <w:rFonts w:ascii="Arial" w:hAnsi="Arial" w:cs="Arial"/>
        </w:rPr>
        <w:t>Stupanjem</w:t>
      </w:r>
      <w:proofErr w:type="spellEnd"/>
      <w:r w:rsidRPr="009C285A">
        <w:rPr>
          <w:rFonts w:ascii="Arial" w:hAnsi="Arial" w:cs="Arial"/>
        </w:rPr>
        <w:t xml:space="preserve"> </w:t>
      </w:r>
      <w:proofErr w:type="spellStart"/>
      <w:r w:rsidRPr="009C285A">
        <w:rPr>
          <w:rFonts w:ascii="Arial" w:hAnsi="Arial" w:cs="Arial"/>
        </w:rPr>
        <w:t>na</w:t>
      </w:r>
      <w:proofErr w:type="spellEnd"/>
      <w:r w:rsidRPr="009C285A">
        <w:rPr>
          <w:rFonts w:ascii="Arial" w:hAnsi="Arial" w:cs="Arial"/>
        </w:rPr>
        <w:t xml:space="preserve"> </w:t>
      </w:r>
      <w:proofErr w:type="spellStart"/>
      <w:r w:rsidRPr="009C285A">
        <w:rPr>
          <w:rFonts w:ascii="Arial" w:hAnsi="Arial" w:cs="Arial"/>
        </w:rPr>
        <w:t>snagu</w:t>
      </w:r>
      <w:proofErr w:type="spellEnd"/>
      <w:r w:rsidRPr="009C285A">
        <w:rPr>
          <w:rFonts w:ascii="Arial" w:hAnsi="Arial" w:cs="Arial"/>
        </w:rPr>
        <w:t xml:space="preserve"> </w:t>
      </w:r>
      <w:proofErr w:type="spellStart"/>
      <w:r w:rsidRPr="009C285A">
        <w:rPr>
          <w:rFonts w:ascii="Arial" w:hAnsi="Arial" w:cs="Arial"/>
        </w:rPr>
        <w:t>ovog</w:t>
      </w:r>
      <w:proofErr w:type="spellEnd"/>
      <w:r w:rsidRPr="009C285A">
        <w:rPr>
          <w:rFonts w:ascii="Arial" w:hAnsi="Arial" w:cs="Arial"/>
        </w:rPr>
        <w:t xml:space="preserve"> </w:t>
      </w:r>
      <w:proofErr w:type="spellStart"/>
      <w:r w:rsidRPr="009C285A">
        <w:rPr>
          <w:rFonts w:ascii="Arial" w:hAnsi="Arial" w:cs="Arial"/>
        </w:rPr>
        <w:t>Pravilnika</w:t>
      </w:r>
      <w:proofErr w:type="spellEnd"/>
      <w:r w:rsidRPr="009C285A">
        <w:rPr>
          <w:rFonts w:ascii="Arial" w:hAnsi="Arial" w:cs="Arial"/>
        </w:rPr>
        <w:t xml:space="preserve"> </w:t>
      </w:r>
      <w:proofErr w:type="spellStart"/>
      <w:r w:rsidRPr="009C285A">
        <w:rPr>
          <w:rFonts w:ascii="Arial" w:hAnsi="Arial" w:cs="Arial"/>
        </w:rPr>
        <w:t>prestaje</w:t>
      </w:r>
      <w:proofErr w:type="spellEnd"/>
      <w:r w:rsidRPr="009C285A">
        <w:rPr>
          <w:rFonts w:ascii="Arial" w:hAnsi="Arial" w:cs="Arial"/>
        </w:rPr>
        <w:t xml:space="preserve"> </w:t>
      </w:r>
      <w:proofErr w:type="spellStart"/>
      <w:r w:rsidRPr="009C285A">
        <w:rPr>
          <w:rFonts w:ascii="Arial" w:hAnsi="Arial" w:cs="Arial"/>
        </w:rPr>
        <w:t>važiti</w:t>
      </w:r>
      <w:proofErr w:type="spellEnd"/>
      <w:r w:rsidRPr="009C285A">
        <w:rPr>
          <w:rFonts w:ascii="Arial" w:hAnsi="Arial" w:cs="Arial"/>
        </w:rPr>
        <w:t xml:space="preserve"> </w:t>
      </w:r>
      <w:proofErr w:type="spellStart"/>
      <w:r w:rsidR="009C285A" w:rsidRPr="009C285A">
        <w:rPr>
          <w:rFonts w:ascii="Arial" w:hAnsi="Arial" w:cs="Arial"/>
        </w:rPr>
        <w:t>Pravilnik</w:t>
      </w:r>
      <w:proofErr w:type="spellEnd"/>
      <w:r w:rsidR="009C285A" w:rsidRPr="009C285A">
        <w:rPr>
          <w:rFonts w:ascii="Arial" w:hAnsi="Arial" w:cs="Arial"/>
        </w:rPr>
        <w:t xml:space="preserve"> o </w:t>
      </w:r>
      <w:proofErr w:type="spellStart"/>
      <w:r w:rsidR="009C285A" w:rsidRPr="009C285A">
        <w:rPr>
          <w:rFonts w:ascii="Arial" w:hAnsi="Arial" w:cs="Arial"/>
        </w:rPr>
        <w:t>nabavama</w:t>
      </w:r>
      <w:proofErr w:type="spellEnd"/>
      <w:r w:rsidR="009C285A" w:rsidRPr="009C285A">
        <w:rPr>
          <w:rFonts w:ascii="Arial" w:hAnsi="Arial" w:cs="Arial"/>
        </w:rPr>
        <w:t xml:space="preserve"> </w:t>
      </w:r>
      <w:proofErr w:type="spellStart"/>
      <w:r w:rsidR="009C285A" w:rsidRPr="009C285A">
        <w:rPr>
          <w:rFonts w:ascii="Arial" w:hAnsi="Arial" w:cs="Arial"/>
        </w:rPr>
        <w:t>roba</w:t>
      </w:r>
      <w:proofErr w:type="spellEnd"/>
      <w:r w:rsidR="009C285A" w:rsidRPr="009C285A">
        <w:rPr>
          <w:rFonts w:ascii="Arial" w:hAnsi="Arial" w:cs="Arial"/>
        </w:rPr>
        <w:t xml:space="preserve"> i </w:t>
      </w:r>
      <w:proofErr w:type="spellStart"/>
      <w:r w:rsidR="009C285A" w:rsidRPr="009C285A">
        <w:rPr>
          <w:rFonts w:ascii="Arial" w:hAnsi="Arial" w:cs="Arial"/>
        </w:rPr>
        <w:t>usluga</w:t>
      </w:r>
      <w:proofErr w:type="spellEnd"/>
      <w:r w:rsidR="009C285A" w:rsidRPr="009C285A">
        <w:rPr>
          <w:rFonts w:ascii="Arial" w:hAnsi="Arial" w:cs="Arial"/>
        </w:rPr>
        <w:t xml:space="preserve"> </w:t>
      </w:r>
      <w:proofErr w:type="spellStart"/>
      <w:r w:rsidR="009C285A" w:rsidRPr="009C285A">
        <w:rPr>
          <w:rFonts w:ascii="Arial" w:hAnsi="Arial" w:cs="Arial"/>
        </w:rPr>
        <w:t>vrijednosti</w:t>
      </w:r>
      <w:proofErr w:type="spellEnd"/>
      <w:r w:rsidR="009C285A" w:rsidRPr="009C285A">
        <w:rPr>
          <w:rFonts w:ascii="Arial" w:hAnsi="Arial" w:cs="Arial"/>
        </w:rPr>
        <w:t xml:space="preserve"> do 26.540,00 </w:t>
      </w:r>
      <w:r w:rsidR="009C285A">
        <w:rPr>
          <w:rFonts w:ascii="Arial" w:hAnsi="Arial" w:cs="Arial"/>
        </w:rPr>
        <w:t>EUR</w:t>
      </w:r>
      <w:r w:rsidR="009C285A" w:rsidRPr="009C285A">
        <w:rPr>
          <w:rFonts w:ascii="Arial" w:hAnsi="Arial" w:cs="Arial"/>
        </w:rPr>
        <w:t xml:space="preserve"> i </w:t>
      </w:r>
      <w:proofErr w:type="spellStart"/>
      <w:r w:rsidR="009C285A" w:rsidRPr="009C285A">
        <w:rPr>
          <w:rFonts w:ascii="Arial" w:hAnsi="Arial" w:cs="Arial"/>
        </w:rPr>
        <w:t>radova</w:t>
      </w:r>
      <w:proofErr w:type="spellEnd"/>
      <w:r w:rsidR="009C285A" w:rsidRPr="009C285A">
        <w:rPr>
          <w:rFonts w:ascii="Arial" w:hAnsi="Arial" w:cs="Arial"/>
        </w:rPr>
        <w:t xml:space="preserve"> </w:t>
      </w:r>
      <w:proofErr w:type="spellStart"/>
      <w:r w:rsidR="009C285A" w:rsidRPr="009C285A">
        <w:rPr>
          <w:rFonts w:ascii="Arial" w:hAnsi="Arial" w:cs="Arial"/>
        </w:rPr>
        <w:t>vrijednosti</w:t>
      </w:r>
      <w:proofErr w:type="spellEnd"/>
      <w:r w:rsidR="009C285A" w:rsidRPr="009C285A">
        <w:rPr>
          <w:rFonts w:ascii="Arial" w:hAnsi="Arial" w:cs="Arial"/>
        </w:rPr>
        <w:t xml:space="preserve"> do 66.360,00 </w:t>
      </w:r>
      <w:r w:rsidR="009C285A">
        <w:rPr>
          <w:rFonts w:ascii="Arial" w:hAnsi="Arial" w:cs="Arial"/>
        </w:rPr>
        <w:t>EUR</w:t>
      </w:r>
      <w:r w:rsidR="009C285A" w:rsidRPr="009C285A">
        <w:rPr>
          <w:rFonts w:ascii="Arial" w:hAnsi="Arial" w:cs="Arial"/>
        </w:rPr>
        <w:t>.</w:t>
      </w:r>
    </w:p>
    <w:p w14:paraId="76370A68" w14:textId="77777777" w:rsidR="009C285A" w:rsidRPr="009C285A" w:rsidRDefault="009C285A" w:rsidP="00AC1298">
      <w:pPr>
        <w:pStyle w:val="ListParagraph"/>
        <w:spacing w:line="240" w:lineRule="auto"/>
        <w:ind w:left="360"/>
        <w:jc w:val="both"/>
        <w:rPr>
          <w:rFonts w:ascii="Arial" w:hAnsi="Arial" w:cs="Arial"/>
        </w:rPr>
      </w:pPr>
    </w:p>
    <w:p w14:paraId="4E22801A" w14:textId="16D36040" w:rsidR="00AC1298" w:rsidRDefault="00194211" w:rsidP="00AC1298">
      <w:pPr>
        <w:pStyle w:val="ListParagraph"/>
        <w:numPr>
          <w:ilvl w:val="0"/>
          <w:numId w:val="18"/>
        </w:numPr>
        <w:spacing w:line="240" w:lineRule="auto"/>
        <w:jc w:val="both"/>
        <w:rPr>
          <w:rFonts w:ascii="Arial" w:hAnsi="Arial" w:cs="Arial"/>
        </w:rPr>
      </w:pPr>
      <w:proofErr w:type="spellStart"/>
      <w:r w:rsidRPr="009C285A">
        <w:rPr>
          <w:rFonts w:ascii="Arial" w:hAnsi="Arial" w:cs="Arial"/>
        </w:rPr>
        <w:t>Postupci</w:t>
      </w:r>
      <w:proofErr w:type="spellEnd"/>
      <w:r w:rsidRPr="009C285A">
        <w:rPr>
          <w:rFonts w:ascii="Arial" w:hAnsi="Arial" w:cs="Arial"/>
        </w:rPr>
        <w:t xml:space="preserve"> </w:t>
      </w:r>
      <w:proofErr w:type="spellStart"/>
      <w:r w:rsidRPr="009C285A">
        <w:rPr>
          <w:rFonts w:ascii="Arial" w:hAnsi="Arial" w:cs="Arial"/>
        </w:rPr>
        <w:t>jednostavne</w:t>
      </w:r>
      <w:proofErr w:type="spellEnd"/>
      <w:r w:rsidRPr="009C285A">
        <w:rPr>
          <w:rFonts w:ascii="Arial" w:hAnsi="Arial" w:cs="Arial"/>
        </w:rPr>
        <w:t xml:space="preserve"> </w:t>
      </w:r>
      <w:proofErr w:type="spellStart"/>
      <w:r w:rsidRPr="009C285A">
        <w:rPr>
          <w:rFonts w:ascii="Arial" w:hAnsi="Arial" w:cs="Arial"/>
        </w:rPr>
        <w:t>nabave</w:t>
      </w:r>
      <w:proofErr w:type="spellEnd"/>
      <w:r w:rsidRPr="009C285A">
        <w:rPr>
          <w:rFonts w:ascii="Arial" w:hAnsi="Arial" w:cs="Arial"/>
        </w:rPr>
        <w:t xml:space="preserve"> </w:t>
      </w:r>
      <w:proofErr w:type="spellStart"/>
      <w:r w:rsidRPr="009C285A">
        <w:rPr>
          <w:rFonts w:ascii="Arial" w:hAnsi="Arial" w:cs="Arial"/>
        </w:rPr>
        <w:t>pokrenuti</w:t>
      </w:r>
      <w:proofErr w:type="spellEnd"/>
      <w:r w:rsidRPr="009C285A">
        <w:rPr>
          <w:rFonts w:ascii="Arial" w:hAnsi="Arial" w:cs="Arial"/>
        </w:rPr>
        <w:t xml:space="preserve"> do </w:t>
      </w:r>
      <w:proofErr w:type="spellStart"/>
      <w:r w:rsidRPr="009C285A">
        <w:rPr>
          <w:rFonts w:ascii="Arial" w:hAnsi="Arial" w:cs="Arial"/>
        </w:rPr>
        <w:t>stupanja</w:t>
      </w:r>
      <w:proofErr w:type="spellEnd"/>
      <w:r w:rsidRPr="009C285A">
        <w:rPr>
          <w:rFonts w:ascii="Arial" w:hAnsi="Arial" w:cs="Arial"/>
        </w:rPr>
        <w:t xml:space="preserve"> </w:t>
      </w:r>
      <w:proofErr w:type="spellStart"/>
      <w:r w:rsidRPr="009C285A">
        <w:rPr>
          <w:rFonts w:ascii="Arial" w:hAnsi="Arial" w:cs="Arial"/>
        </w:rPr>
        <w:t>na</w:t>
      </w:r>
      <w:proofErr w:type="spellEnd"/>
      <w:r w:rsidRPr="009C285A">
        <w:rPr>
          <w:rFonts w:ascii="Arial" w:hAnsi="Arial" w:cs="Arial"/>
        </w:rPr>
        <w:t xml:space="preserve"> </w:t>
      </w:r>
      <w:proofErr w:type="spellStart"/>
      <w:r w:rsidRPr="009C285A">
        <w:rPr>
          <w:rFonts w:ascii="Arial" w:hAnsi="Arial" w:cs="Arial"/>
        </w:rPr>
        <w:t>snagu</w:t>
      </w:r>
      <w:proofErr w:type="spellEnd"/>
      <w:r w:rsidRPr="009C285A">
        <w:rPr>
          <w:rFonts w:ascii="Arial" w:hAnsi="Arial" w:cs="Arial"/>
        </w:rPr>
        <w:t xml:space="preserve"> </w:t>
      </w:r>
      <w:proofErr w:type="spellStart"/>
      <w:r w:rsidRPr="009C285A">
        <w:rPr>
          <w:rFonts w:ascii="Arial" w:hAnsi="Arial" w:cs="Arial"/>
        </w:rPr>
        <w:t>ovog</w:t>
      </w:r>
      <w:proofErr w:type="spellEnd"/>
      <w:r w:rsidRPr="009C285A">
        <w:rPr>
          <w:rFonts w:ascii="Arial" w:hAnsi="Arial" w:cs="Arial"/>
        </w:rPr>
        <w:t xml:space="preserve"> </w:t>
      </w:r>
      <w:proofErr w:type="spellStart"/>
      <w:r w:rsidRPr="009C285A">
        <w:rPr>
          <w:rFonts w:ascii="Arial" w:hAnsi="Arial" w:cs="Arial"/>
        </w:rPr>
        <w:t>Pravilnika</w:t>
      </w:r>
      <w:proofErr w:type="spellEnd"/>
      <w:r w:rsidRPr="009C285A">
        <w:rPr>
          <w:rFonts w:ascii="Arial" w:hAnsi="Arial" w:cs="Arial"/>
        </w:rPr>
        <w:t xml:space="preserve"> </w:t>
      </w:r>
      <w:proofErr w:type="spellStart"/>
      <w:r w:rsidRPr="009C285A">
        <w:rPr>
          <w:rFonts w:ascii="Arial" w:hAnsi="Arial" w:cs="Arial"/>
        </w:rPr>
        <w:t>dovršit</w:t>
      </w:r>
      <w:proofErr w:type="spellEnd"/>
      <w:r w:rsidRPr="009C285A">
        <w:rPr>
          <w:rFonts w:ascii="Arial" w:hAnsi="Arial" w:cs="Arial"/>
        </w:rPr>
        <w:t xml:space="preserve"> </w:t>
      </w:r>
      <w:proofErr w:type="spellStart"/>
      <w:r w:rsidRPr="009C285A">
        <w:rPr>
          <w:rFonts w:ascii="Arial" w:hAnsi="Arial" w:cs="Arial"/>
        </w:rPr>
        <w:t>će</w:t>
      </w:r>
      <w:proofErr w:type="spellEnd"/>
      <w:r w:rsidRPr="009C285A">
        <w:rPr>
          <w:rFonts w:ascii="Arial" w:hAnsi="Arial" w:cs="Arial"/>
        </w:rPr>
        <w:t xml:space="preserve"> se </w:t>
      </w:r>
      <w:proofErr w:type="spellStart"/>
      <w:r w:rsidRPr="009C285A">
        <w:rPr>
          <w:rFonts w:ascii="Arial" w:hAnsi="Arial" w:cs="Arial"/>
        </w:rPr>
        <w:t>prema</w:t>
      </w:r>
      <w:proofErr w:type="spellEnd"/>
      <w:r w:rsidRPr="009C285A">
        <w:rPr>
          <w:rFonts w:ascii="Arial" w:hAnsi="Arial" w:cs="Arial"/>
        </w:rPr>
        <w:t xml:space="preserve"> </w:t>
      </w:r>
      <w:proofErr w:type="spellStart"/>
      <w:r w:rsidRPr="009C285A">
        <w:rPr>
          <w:rFonts w:ascii="Arial" w:hAnsi="Arial" w:cs="Arial"/>
        </w:rPr>
        <w:t>odredbama</w:t>
      </w:r>
      <w:proofErr w:type="spellEnd"/>
      <w:r w:rsidRPr="009C285A">
        <w:rPr>
          <w:rFonts w:ascii="Arial" w:hAnsi="Arial" w:cs="Arial"/>
        </w:rPr>
        <w:t xml:space="preserve"> </w:t>
      </w:r>
      <w:proofErr w:type="spellStart"/>
      <w:r w:rsidR="009C285A" w:rsidRPr="009C285A">
        <w:rPr>
          <w:rFonts w:ascii="Arial" w:hAnsi="Arial" w:cs="Arial"/>
        </w:rPr>
        <w:t>Pravilnik</w:t>
      </w:r>
      <w:r w:rsidR="009C285A">
        <w:rPr>
          <w:rFonts w:ascii="Arial" w:hAnsi="Arial" w:cs="Arial"/>
        </w:rPr>
        <w:t>a</w:t>
      </w:r>
      <w:proofErr w:type="spellEnd"/>
      <w:r w:rsidR="009C285A" w:rsidRPr="009C285A">
        <w:rPr>
          <w:rFonts w:ascii="Arial" w:hAnsi="Arial" w:cs="Arial"/>
        </w:rPr>
        <w:t xml:space="preserve"> o </w:t>
      </w:r>
      <w:proofErr w:type="spellStart"/>
      <w:r w:rsidR="009C285A" w:rsidRPr="009C285A">
        <w:rPr>
          <w:rFonts w:ascii="Arial" w:hAnsi="Arial" w:cs="Arial"/>
        </w:rPr>
        <w:t>nabavama</w:t>
      </w:r>
      <w:proofErr w:type="spellEnd"/>
      <w:r w:rsidR="009C285A" w:rsidRPr="009C285A">
        <w:rPr>
          <w:rFonts w:ascii="Arial" w:hAnsi="Arial" w:cs="Arial"/>
        </w:rPr>
        <w:t xml:space="preserve"> </w:t>
      </w:r>
      <w:proofErr w:type="spellStart"/>
      <w:r w:rsidR="009C285A" w:rsidRPr="009C285A">
        <w:rPr>
          <w:rFonts w:ascii="Arial" w:hAnsi="Arial" w:cs="Arial"/>
        </w:rPr>
        <w:t>roba</w:t>
      </w:r>
      <w:proofErr w:type="spellEnd"/>
      <w:r w:rsidR="009C285A" w:rsidRPr="009C285A">
        <w:rPr>
          <w:rFonts w:ascii="Arial" w:hAnsi="Arial" w:cs="Arial"/>
        </w:rPr>
        <w:t xml:space="preserve"> i </w:t>
      </w:r>
      <w:proofErr w:type="spellStart"/>
      <w:r w:rsidR="009C285A" w:rsidRPr="009C285A">
        <w:rPr>
          <w:rFonts w:ascii="Arial" w:hAnsi="Arial" w:cs="Arial"/>
        </w:rPr>
        <w:t>usluga</w:t>
      </w:r>
      <w:proofErr w:type="spellEnd"/>
      <w:r w:rsidR="009C285A" w:rsidRPr="009C285A">
        <w:rPr>
          <w:rFonts w:ascii="Arial" w:hAnsi="Arial" w:cs="Arial"/>
        </w:rPr>
        <w:t xml:space="preserve"> </w:t>
      </w:r>
      <w:proofErr w:type="spellStart"/>
      <w:r w:rsidR="009C285A" w:rsidRPr="009C285A">
        <w:rPr>
          <w:rFonts w:ascii="Arial" w:hAnsi="Arial" w:cs="Arial"/>
        </w:rPr>
        <w:t>vrijednosti</w:t>
      </w:r>
      <w:proofErr w:type="spellEnd"/>
      <w:r w:rsidR="009C285A" w:rsidRPr="009C285A">
        <w:rPr>
          <w:rFonts w:ascii="Arial" w:hAnsi="Arial" w:cs="Arial"/>
        </w:rPr>
        <w:t xml:space="preserve"> do 26.540,00 </w:t>
      </w:r>
      <w:r w:rsidR="009C285A">
        <w:rPr>
          <w:rFonts w:ascii="Arial" w:hAnsi="Arial" w:cs="Arial"/>
        </w:rPr>
        <w:t>EUR</w:t>
      </w:r>
      <w:r w:rsidR="009C285A" w:rsidRPr="009C285A">
        <w:rPr>
          <w:rFonts w:ascii="Arial" w:hAnsi="Arial" w:cs="Arial"/>
        </w:rPr>
        <w:t xml:space="preserve"> i </w:t>
      </w:r>
      <w:proofErr w:type="spellStart"/>
      <w:r w:rsidR="009C285A" w:rsidRPr="009C285A">
        <w:rPr>
          <w:rFonts w:ascii="Arial" w:hAnsi="Arial" w:cs="Arial"/>
        </w:rPr>
        <w:t>radova</w:t>
      </w:r>
      <w:proofErr w:type="spellEnd"/>
      <w:r w:rsidR="009C285A" w:rsidRPr="009C285A">
        <w:rPr>
          <w:rFonts w:ascii="Arial" w:hAnsi="Arial" w:cs="Arial"/>
        </w:rPr>
        <w:t xml:space="preserve"> </w:t>
      </w:r>
      <w:proofErr w:type="spellStart"/>
      <w:r w:rsidR="009C285A" w:rsidRPr="009C285A">
        <w:rPr>
          <w:rFonts w:ascii="Arial" w:hAnsi="Arial" w:cs="Arial"/>
        </w:rPr>
        <w:t>vrijednosti</w:t>
      </w:r>
      <w:proofErr w:type="spellEnd"/>
      <w:r w:rsidR="009C285A" w:rsidRPr="009C285A">
        <w:rPr>
          <w:rFonts w:ascii="Arial" w:hAnsi="Arial" w:cs="Arial"/>
        </w:rPr>
        <w:t xml:space="preserve"> do 66.360,00 </w:t>
      </w:r>
      <w:r w:rsidR="009C285A">
        <w:rPr>
          <w:rFonts w:ascii="Arial" w:hAnsi="Arial" w:cs="Arial"/>
        </w:rPr>
        <w:t>EUR</w:t>
      </w:r>
      <w:r w:rsidR="009C285A" w:rsidRPr="009C285A">
        <w:rPr>
          <w:rFonts w:ascii="Arial" w:hAnsi="Arial" w:cs="Arial"/>
        </w:rPr>
        <w:t>.</w:t>
      </w:r>
    </w:p>
    <w:p w14:paraId="5F4CC29D" w14:textId="77777777" w:rsidR="00AC1298" w:rsidRPr="00AC1298" w:rsidRDefault="00AC1298" w:rsidP="00AC1298">
      <w:pPr>
        <w:pStyle w:val="ListParagraph"/>
        <w:rPr>
          <w:rFonts w:ascii="Arial" w:hAnsi="Arial" w:cs="Arial"/>
        </w:rPr>
      </w:pPr>
    </w:p>
    <w:p w14:paraId="5F0A6D93" w14:textId="508BDF79" w:rsidR="00A415A0" w:rsidRPr="00AC1298" w:rsidRDefault="00194211" w:rsidP="00AC1298">
      <w:pPr>
        <w:pStyle w:val="ListParagraph"/>
        <w:numPr>
          <w:ilvl w:val="0"/>
          <w:numId w:val="18"/>
        </w:numPr>
        <w:spacing w:line="240" w:lineRule="auto"/>
        <w:jc w:val="both"/>
        <w:rPr>
          <w:rFonts w:ascii="Arial" w:hAnsi="Arial" w:cs="Arial"/>
        </w:rPr>
      </w:pPr>
      <w:proofErr w:type="spellStart"/>
      <w:r w:rsidRPr="00AC1298">
        <w:rPr>
          <w:rFonts w:ascii="Arial" w:hAnsi="Arial" w:cs="Arial"/>
        </w:rPr>
        <w:t>Ovaj</w:t>
      </w:r>
      <w:proofErr w:type="spellEnd"/>
      <w:r w:rsidRPr="00AC1298">
        <w:rPr>
          <w:rFonts w:ascii="Arial" w:hAnsi="Arial" w:cs="Arial"/>
        </w:rPr>
        <w:t xml:space="preserve"> </w:t>
      </w:r>
      <w:proofErr w:type="spellStart"/>
      <w:r w:rsidRPr="00AC1298">
        <w:rPr>
          <w:rFonts w:ascii="Arial" w:hAnsi="Arial" w:cs="Arial"/>
        </w:rPr>
        <w:t>Pravilnik</w:t>
      </w:r>
      <w:proofErr w:type="spellEnd"/>
      <w:r w:rsidRPr="00AC1298">
        <w:rPr>
          <w:rFonts w:ascii="Arial" w:hAnsi="Arial" w:cs="Arial"/>
        </w:rPr>
        <w:t xml:space="preserve"> </w:t>
      </w:r>
      <w:proofErr w:type="spellStart"/>
      <w:r w:rsidRPr="00AC1298">
        <w:rPr>
          <w:rFonts w:ascii="Arial" w:hAnsi="Arial" w:cs="Arial"/>
        </w:rPr>
        <w:t>objavit</w:t>
      </w:r>
      <w:proofErr w:type="spellEnd"/>
      <w:r w:rsidRPr="00AC1298">
        <w:rPr>
          <w:rFonts w:ascii="Arial" w:hAnsi="Arial" w:cs="Arial"/>
        </w:rPr>
        <w:t xml:space="preserve"> </w:t>
      </w:r>
      <w:proofErr w:type="spellStart"/>
      <w:r w:rsidRPr="00AC1298">
        <w:rPr>
          <w:rFonts w:ascii="Arial" w:hAnsi="Arial" w:cs="Arial"/>
        </w:rPr>
        <w:t>će</w:t>
      </w:r>
      <w:proofErr w:type="spellEnd"/>
      <w:r w:rsidRPr="00AC1298">
        <w:rPr>
          <w:rFonts w:ascii="Arial" w:hAnsi="Arial" w:cs="Arial"/>
        </w:rPr>
        <w:t xml:space="preserve"> se </w:t>
      </w:r>
      <w:proofErr w:type="spellStart"/>
      <w:r w:rsidRPr="00AC1298">
        <w:rPr>
          <w:rFonts w:ascii="Arial" w:hAnsi="Arial" w:cs="Arial"/>
        </w:rPr>
        <w:t>na</w:t>
      </w:r>
      <w:proofErr w:type="spellEnd"/>
      <w:r w:rsidRPr="00AC1298">
        <w:rPr>
          <w:rFonts w:ascii="Arial" w:hAnsi="Arial" w:cs="Arial"/>
        </w:rPr>
        <w:t xml:space="preserve"> </w:t>
      </w:r>
      <w:proofErr w:type="spellStart"/>
      <w:r w:rsidRPr="00AC1298">
        <w:rPr>
          <w:rFonts w:ascii="Arial" w:hAnsi="Arial" w:cs="Arial"/>
        </w:rPr>
        <w:t>mrežnim</w:t>
      </w:r>
      <w:proofErr w:type="spellEnd"/>
      <w:r w:rsidRPr="00AC1298">
        <w:rPr>
          <w:rFonts w:ascii="Arial" w:hAnsi="Arial" w:cs="Arial"/>
        </w:rPr>
        <w:t xml:space="preserve"> </w:t>
      </w:r>
      <w:proofErr w:type="spellStart"/>
      <w:r w:rsidRPr="00AC1298">
        <w:rPr>
          <w:rFonts w:ascii="Arial" w:hAnsi="Arial" w:cs="Arial"/>
        </w:rPr>
        <w:t>stranicama</w:t>
      </w:r>
      <w:proofErr w:type="spellEnd"/>
      <w:r w:rsidRPr="00AC1298">
        <w:rPr>
          <w:rFonts w:ascii="Arial" w:hAnsi="Arial" w:cs="Arial"/>
        </w:rPr>
        <w:t xml:space="preserve"> Fakulteta i u EOJN RH, a stupa </w:t>
      </w:r>
      <w:proofErr w:type="spellStart"/>
      <w:r w:rsidRPr="00AC1298">
        <w:rPr>
          <w:rFonts w:ascii="Arial" w:hAnsi="Arial" w:cs="Arial"/>
        </w:rPr>
        <w:t>na</w:t>
      </w:r>
      <w:proofErr w:type="spellEnd"/>
      <w:r w:rsidRPr="00AC1298">
        <w:rPr>
          <w:rFonts w:ascii="Arial" w:hAnsi="Arial" w:cs="Arial"/>
        </w:rPr>
        <w:t xml:space="preserve"> </w:t>
      </w:r>
      <w:proofErr w:type="spellStart"/>
      <w:r w:rsidRPr="00AC1298">
        <w:rPr>
          <w:rFonts w:ascii="Arial" w:hAnsi="Arial" w:cs="Arial"/>
        </w:rPr>
        <w:t>snagu</w:t>
      </w:r>
      <w:proofErr w:type="spellEnd"/>
      <w:r w:rsidRPr="00AC1298">
        <w:rPr>
          <w:rFonts w:ascii="Arial" w:hAnsi="Arial" w:cs="Arial"/>
        </w:rPr>
        <w:t xml:space="preserve"> 1</w:t>
      </w:r>
      <w:r w:rsidR="00B87AEA">
        <w:rPr>
          <w:rFonts w:ascii="Arial" w:hAnsi="Arial" w:cs="Arial"/>
        </w:rPr>
        <w:t xml:space="preserve">. </w:t>
      </w:r>
      <w:proofErr w:type="spellStart"/>
      <w:r w:rsidR="00B87AEA">
        <w:rPr>
          <w:rFonts w:ascii="Arial" w:hAnsi="Arial" w:cs="Arial"/>
        </w:rPr>
        <w:t>rujna</w:t>
      </w:r>
      <w:proofErr w:type="spellEnd"/>
      <w:r w:rsidR="00B87AEA">
        <w:rPr>
          <w:rFonts w:ascii="Arial" w:hAnsi="Arial" w:cs="Arial"/>
        </w:rPr>
        <w:t xml:space="preserve"> </w:t>
      </w:r>
      <w:r w:rsidRPr="00AC1298">
        <w:rPr>
          <w:rFonts w:ascii="Arial" w:hAnsi="Arial" w:cs="Arial"/>
        </w:rPr>
        <w:t>2026.</w:t>
      </w:r>
    </w:p>
    <w:p w14:paraId="57BFABD5" w14:textId="01182D2E" w:rsidR="00832D58" w:rsidRDefault="00832D58" w:rsidP="009C285A">
      <w:pPr>
        <w:spacing w:line="240" w:lineRule="auto"/>
        <w:rPr>
          <w:rFonts w:ascii="Arial" w:hAnsi="Arial" w:cs="Arial"/>
        </w:rPr>
      </w:pPr>
    </w:p>
    <w:p w14:paraId="1789E44D" w14:textId="77777777" w:rsidR="009C285A" w:rsidRPr="00DC58C6" w:rsidRDefault="009C285A" w:rsidP="009C285A">
      <w:pPr>
        <w:spacing w:line="240" w:lineRule="auto"/>
        <w:rPr>
          <w:rFonts w:ascii="Arial" w:hAnsi="Arial" w:cs="Arial"/>
        </w:rPr>
      </w:pPr>
    </w:p>
    <w:p w14:paraId="1E106A76" w14:textId="672FA4E1" w:rsidR="00832D58" w:rsidRDefault="00272902" w:rsidP="009C285A">
      <w:pPr>
        <w:spacing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DEKAN</w:t>
      </w:r>
    </w:p>
    <w:p w14:paraId="1F846F2A" w14:textId="77777777" w:rsidR="00272902" w:rsidRDefault="00272902" w:rsidP="009C285A">
      <w:pPr>
        <w:spacing w:line="240" w:lineRule="auto"/>
        <w:rPr>
          <w:rFonts w:ascii="Arial" w:hAnsi="Arial" w:cs="Arial"/>
        </w:rPr>
      </w:pPr>
    </w:p>
    <w:p w14:paraId="09A330D9" w14:textId="29D5334A" w:rsidR="00272902" w:rsidRDefault="00272902" w:rsidP="009C285A">
      <w:pPr>
        <w:spacing w:line="240" w:lineRule="auto"/>
        <w:ind w:left="4320" w:firstLine="720"/>
        <w:rPr>
          <w:rFonts w:ascii="Arial" w:hAnsi="Arial" w:cs="Arial"/>
        </w:rPr>
      </w:pPr>
      <w:r>
        <w:rPr>
          <w:rFonts w:ascii="Arial" w:hAnsi="Arial" w:cs="Arial"/>
        </w:rPr>
        <w:t>Prof. dr. sc. Ivan Koprić</w:t>
      </w:r>
    </w:p>
    <w:p w14:paraId="731D78C5" w14:textId="4CAF0411" w:rsidR="00272902" w:rsidRDefault="00272902" w:rsidP="009C285A">
      <w:pPr>
        <w:spacing w:line="240" w:lineRule="auto"/>
        <w:ind w:left="4320" w:firstLine="720"/>
        <w:rPr>
          <w:rFonts w:ascii="Arial" w:hAnsi="Arial" w:cs="Arial"/>
        </w:rPr>
      </w:pPr>
    </w:p>
    <w:p w14:paraId="0A572FD9" w14:textId="77777777" w:rsidR="00AC1298" w:rsidRDefault="00AC1298" w:rsidP="009C285A">
      <w:pPr>
        <w:spacing w:after="0"/>
        <w:rPr>
          <w:rFonts w:ascii="Arial" w:hAnsi="Arial" w:cs="Arial"/>
        </w:rPr>
      </w:pPr>
    </w:p>
    <w:p w14:paraId="713BEC98" w14:textId="3B10B0B0" w:rsidR="00272902" w:rsidRDefault="00272902" w:rsidP="009C285A">
      <w:pPr>
        <w:spacing w:after="0"/>
        <w:rPr>
          <w:rFonts w:ascii="Arial" w:hAnsi="Arial" w:cs="Arial"/>
        </w:rPr>
      </w:pPr>
      <w:r>
        <w:rPr>
          <w:rFonts w:ascii="Arial" w:hAnsi="Arial" w:cs="Arial"/>
        </w:rPr>
        <w:t xml:space="preserve">KLASA: </w:t>
      </w:r>
    </w:p>
    <w:p w14:paraId="6FE1C386" w14:textId="4CE7A1B3" w:rsidR="00272902" w:rsidRPr="00DC58C6" w:rsidRDefault="00272902" w:rsidP="009C285A">
      <w:pPr>
        <w:spacing w:after="0"/>
        <w:rPr>
          <w:rFonts w:ascii="Arial" w:hAnsi="Arial" w:cs="Arial"/>
        </w:rPr>
      </w:pPr>
      <w:r>
        <w:rPr>
          <w:rFonts w:ascii="Arial" w:hAnsi="Arial" w:cs="Arial"/>
        </w:rPr>
        <w:t>URBROJ:</w:t>
      </w:r>
    </w:p>
    <w:sectPr w:rsidR="00272902" w:rsidRPr="00DC58C6"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AC0CD" w14:textId="77777777" w:rsidR="007C0A72" w:rsidRDefault="007C0A72" w:rsidP="00B4188C">
      <w:pPr>
        <w:spacing w:after="0" w:line="240" w:lineRule="auto"/>
      </w:pPr>
      <w:r>
        <w:separator/>
      </w:r>
    </w:p>
  </w:endnote>
  <w:endnote w:type="continuationSeparator" w:id="0">
    <w:p w14:paraId="3157418C" w14:textId="77777777" w:rsidR="007C0A72" w:rsidRDefault="007C0A72" w:rsidP="00B41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8BFA5" w14:textId="77777777" w:rsidR="00F400E8" w:rsidRDefault="00F400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727648"/>
      <w:docPartObj>
        <w:docPartGallery w:val="Page Numbers (Bottom of Page)"/>
        <w:docPartUnique/>
      </w:docPartObj>
    </w:sdtPr>
    <w:sdtEndPr/>
    <w:sdtContent>
      <w:p w14:paraId="56604AF6" w14:textId="53389DD6" w:rsidR="00F400E8" w:rsidRDefault="00F400E8">
        <w:pPr>
          <w:pStyle w:val="Footer"/>
          <w:jc w:val="center"/>
        </w:pPr>
        <w:r>
          <w:fldChar w:fldCharType="begin"/>
        </w:r>
        <w:r>
          <w:instrText>PAGE   \* MERGEFORMAT</w:instrText>
        </w:r>
        <w:r>
          <w:fldChar w:fldCharType="separate"/>
        </w:r>
        <w:r>
          <w:rPr>
            <w:lang w:val="hr-HR"/>
          </w:rPr>
          <w:t>2</w:t>
        </w:r>
        <w:r>
          <w:fldChar w:fldCharType="end"/>
        </w:r>
        <w:r>
          <w:t>/12</w:t>
        </w:r>
      </w:p>
    </w:sdtContent>
  </w:sdt>
  <w:p w14:paraId="43E27611" w14:textId="77777777" w:rsidR="00B4188C" w:rsidRDefault="00B418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7EDB" w14:textId="77777777" w:rsidR="00F400E8" w:rsidRDefault="00F40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2EFAF" w14:textId="77777777" w:rsidR="007C0A72" w:rsidRDefault="007C0A72" w:rsidP="00B4188C">
      <w:pPr>
        <w:spacing w:after="0" w:line="240" w:lineRule="auto"/>
      </w:pPr>
      <w:r>
        <w:separator/>
      </w:r>
    </w:p>
  </w:footnote>
  <w:footnote w:type="continuationSeparator" w:id="0">
    <w:p w14:paraId="729BA1A5" w14:textId="77777777" w:rsidR="007C0A72" w:rsidRDefault="007C0A72" w:rsidP="00B418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D62A9" w14:textId="77777777" w:rsidR="00F400E8" w:rsidRDefault="00F400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81FD" w14:textId="77777777" w:rsidR="00F400E8" w:rsidRDefault="00F400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BF04A" w14:textId="77777777" w:rsidR="00F400E8" w:rsidRDefault="00F40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84EBCA"/>
    <w:multiLevelType w:val="multilevel"/>
    <w:tmpl w:val="23D863CC"/>
    <w:lvl w:ilvl="0">
      <w:start w:val="1"/>
      <w:numFmt w:val="decimal"/>
      <w:lvlText w:val="%1."/>
      <w:lvlJc w:val="left"/>
      <w:pPr>
        <w:tabs>
          <w:tab w:val="left" w:pos="-360"/>
        </w:tabs>
        <w:ind w:left="360" w:hanging="360"/>
      </w:pPr>
      <w:rPr>
        <w:rFonts w:ascii="Calibri" w:eastAsia="Calibri" w:hAnsi="Calibri" w:cs="Calibri"/>
        <w:b w:val="0"/>
        <w:i w:val="0"/>
        <w:strike w:val="0"/>
        <w:dstrike w:val="0"/>
        <w:color w:val="auto"/>
        <w:w w:val="100"/>
        <w:sz w:val="22"/>
      </w:rPr>
    </w:lvl>
    <w:lvl w:ilvl="1">
      <w:numFmt w:val="bullet"/>
      <w:lvlText w:val="o"/>
      <w:lvlJc w:val="left"/>
      <w:pPr>
        <w:tabs>
          <w:tab w:val="left" w:pos="-360"/>
        </w:tabs>
        <w:ind w:left="1080" w:hanging="360"/>
      </w:pPr>
      <w:rPr>
        <w:rFonts w:ascii="Courier New" w:eastAsia="Courier New" w:hAnsi="Courier New" w:cs="Courier New"/>
        <w:b w:val="0"/>
      </w:rPr>
    </w:lvl>
    <w:lvl w:ilvl="2">
      <w:numFmt w:val="bullet"/>
      <w:lvlText w:val=""/>
      <w:lvlJc w:val="left"/>
      <w:pPr>
        <w:tabs>
          <w:tab w:val="left" w:pos="-360"/>
        </w:tabs>
        <w:ind w:left="1800" w:hanging="360"/>
      </w:pPr>
      <w:rPr>
        <w:rFonts w:ascii="Wingdings" w:eastAsia="Wingdings" w:hAnsi="Wingdings" w:cs="Wingdings"/>
        <w:b w:val="0"/>
      </w:rPr>
    </w:lvl>
    <w:lvl w:ilvl="3">
      <w:numFmt w:val="bullet"/>
      <w:lvlText w:val=""/>
      <w:lvlJc w:val="left"/>
      <w:pPr>
        <w:tabs>
          <w:tab w:val="left" w:pos="-360"/>
        </w:tabs>
        <w:ind w:left="2520" w:hanging="360"/>
      </w:pPr>
      <w:rPr>
        <w:rFonts w:ascii="Symbol" w:eastAsia="Symbol" w:hAnsi="Symbol" w:cs="Symbol"/>
        <w:b w:val="0"/>
      </w:rPr>
    </w:lvl>
    <w:lvl w:ilvl="4">
      <w:numFmt w:val="bullet"/>
      <w:lvlText w:val="o"/>
      <w:lvlJc w:val="left"/>
      <w:pPr>
        <w:tabs>
          <w:tab w:val="left" w:pos="-360"/>
        </w:tabs>
        <w:ind w:left="3240" w:hanging="360"/>
      </w:pPr>
      <w:rPr>
        <w:rFonts w:ascii="Courier New" w:eastAsia="Courier New" w:hAnsi="Courier New" w:cs="Courier New"/>
        <w:b w:val="0"/>
      </w:rPr>
    </w:lvl>
    <w:lvl w:ilvl="5">
      <w:numFmt w:val="bullet"/>
      <w:lvlText w:val=""/>
      <w:lvlJc w:val="left"/>
      <w:pPr>
        <w:tabs>
          <w:tab w:val="left" w:pos="-360"/>
        </w:tabs>
        <w:ind w:left="3960" w:hanging="360"/>
      </w:pPr>
      <w:rPr>
        <w:rFonts w:ascii="Wingdings" w:eastAsia="Wingdings" w:hAnsi="Wingdings" w:cs="Wingdings"/>
        <w:b w:val="0"/>
      </w:rPr>
    </w:lvl>
    <w:lvl w:ilvl="6">
      <w:numFmt w:val="bullet"/>
      <w:lvlText w:val=""/>
      <w:lvlJc w:val="left"/>
      <w:pPr>
        <w:tabs>
          <w:tab w:val="left" w:pos="-360"/>
        </w:tabs>
        <w:ind w:left="4680" w:hanging="360"/>
      </w:pPr>
      <w:rPr>
        <w:rFonts w:ascii="Symbol" w:eastAsia="Symbol" w:hAnsi="Symbol" w:cs="Symbol"/>
        <w:b w:val="0"/>
      </w:rPr>
    </w:lvl>
    <w:lvl w:ilvl="7">
      <w:numFmt w:val="bullet"/>
      <w:lvlText w:val="o"/>
      <w:lvlJc w:val="left"/>
      <w:pPr>
        <w:tabs>
          <w:tab w:val="left" w:pos="-360"/>
        </w:tabs>
        <w:ind w:left="5400" w:hanging="360"/>
      </w:pPr>
      <w:rPr>
        <w:rFonts w:ascii="Courier New" w:eastAsia="Courier New" w:hAnsi="Courier New" w:cs="Courier New"/>
        <w:b w:val="0"/>
      </w:rPr>
    </w:lvl>
    <w:lvl w:ilvl="8">
      <w:numFmt w:val="bullet"/>
      <w:lvlText w:val=""/>
      <w:lvlJc w:val="left"/>
      <w:pPr>
        <w:tabs>
          <w:tab w:val="left" w:pos="-360"/>
        </w:tabs>
        <w:ind w:left="6120" w:hanging="360"/>
      </w:pPr>
      <w:rPr>
        <w:rFonts w:ascii="Wingdings" w:eastAsia="Wingdings" w:hAnsi="Wingdings" w:cs="Wingdings"/>
        <w:b w:val="0"/>
      </w:rPr>
    </w:lvl>
  </w:abstractNum>
  <w:abstractNum w:abstractNumId="1"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5"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9A0203"/>
    <w:multiLevelType w:val="hybridMultilevel"/>
    <w:tmpl w:val="31D2A150"/>
    <w:lvl w:ilvl="0" w:tplc="6B2CD4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07E8785E"/>
    <w:multiLevelType w:val="multilevel"/>
    <w:tmpl w:val="EBB656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841373D"/>
    <w:multiLevelType w:val="multilevel"/>
    <w:tmpl w:val="BC0EFEB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1D5D3774"/>
    <w:multiLevelType w:val="multilevel"/>
    <w:tmpl w:val="4CD892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E813C0D"/>
    <w:multiLevelType w:val="hybridMultilevel"/>
    <w:tmpl w:val="32925314"/>
    <w:lvl w:ilvl="0" w:tplc="A132778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35C44EB7"/>
    <w:multiLevelType w:val="hybridMultilevel"/>
    <w:tmpl w:val="475C196A"/>
    <w:lvl w:ilvl="0" w:tplc="0DACC9F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3E9B65A9"/>
    <w:multiLevelType w:val="multilevel"/>
    <w:tmpl w:val="498862FA"/>
    <w:lvl w:ilvl="0">
      <w:numFmt w:val="bullet"/>
      <w:lvlText w:val="-"/>
      <w:lvlJc w:val="left"/>
      <w:pPr>
        <w:tabs>
          <w:tab w:val="left" w:pos="0"/>
        </w:tabs>
        <w:spacing w:line="300" w:lineRule="atLeast"/>
        <w:ind w:left="720" w:hanging="360"/>
      </w:pPr>
      <w:rPr>
        <w:rFonts w:ascii="Times New Roman" w:eastAsia="Calibri" w:hAnsi="Times New Roman"/>
        <w:b w:val="0"/>
        <w:i w:val="0"/>
        <w:strike w:val="0"/>
        <w:dstrike w:val="0"/>
        <w:color w:val="auto"/>
        <w:w w:val="100"/>
        <w:sz w:val="22"/>
      </w:rPr>
    </w:lvl>
    <w:lvl w:ilvl="1">
      <w:numFmt w:val="bullet"/>
      <w:lvlText w:val="o"/>
      <w:lvlJc w:val="left"/>
      <w:pPr>
        <w:tabs>
          <w:tab w:val="left" w:pos="0"/>
        </w:tabs>
        <w:ind w:left="1440" w:hanging="360"/>
      </w:pPr>
      <w:rPr>
        <w:rFonts w:ascii="Courier New" w:hAnsi="Courier New"/>
        <w:b w:val="0"/>
      </w:rPr>
    </w:lvl>
    <w:lvl w:ilvl="2">
      <w:numFmt w:val="bullet"/>
      <w:lvlText w:val=""/>
      <w:lvlJc w:val="left"/>
      <w:pPr>
        <w:tabs>
          <w:tab w:val="left" w:pos="0"/>
        </w:tabs>
        <w:ind w:left="2160" w:hanging="360"/>
      </w:pPr>
      <w:rPr>
        <w:rFonts w:ascii="Wingdings" w:hAnsi="Wingdings"/>
        <w:b w:val="0"/>
      </w:rPr>
    </w:lvl>
    <w:lvl w:ilvl="3">
      <w:numFmt w:val="bullet"/>
      <w:lvlText w:val=""/>
      <w:lvlJc w:val="left"/>
      <w:pPr>
        <w:tabs>
          <w:tab w:val="left" w:pos="0"/>
        </w:tabs>
        <w:ind w:left="2880" w:hanging="360"/>
      </w:pPr>
      <w:rPr>
        <w:rFonts w:ascii="Symbol" w:hAnsi="Symbol"/>
        <w:b w:val="0"/>
      </w:rPr>
    </w:lvl>
    <w:lvl w:ilvl="4">
      <w:numFmt w:val="bullet"/>
      <w:lvlText w:val="o"/>
      <w:lvlJc w:val="left"/>
      <w:pPr>
        <w:tabs>
          <w:tab w:val="left" w:pos="0"/>
        </w:tabs>
        <w:ind w:left="3600" w:hanging="360"/>
      </w:pPr>
      <w:rPr>
        <w:rFonts w:ascii="Courier New" w:hAnsi="Courier New"/>
        <w:b w:val="0"/>
      </w:rPr>
    </w:lvl>
    <w:lvl w:ilvl="5">
      <w:numFmt w:val="bullet"/>
      <w:lvlText w:val=""/>
      <w:lvlJc w:val="left"/>
      <w:pPr>
        <w:tabs>
          <w:tab w:val="left" w:pos="0"/>
        </w:tabs>
        <w:ind w:left="4320" w:hanging="360"/>
      </w:pPr>
      <w:rPr>
        <w:rFonts w:ascii="Wingdings" w:hAnsi="Wingdings"/>
        <w:b w:val="0"/>
      </w:rPr>
    </w:lvl>
    <w:lvl w:ilvl="6">
      <w:numFmt w:val="bullet"/>
      <w:lvlText w:val=""/>
      <w:lvlJc w:val="left"/>
      <w:pPr>
        <w:tabs>
          <w:tab w:val="left" w:pos="0"/>
        </w:tabs>
        <w:ind w:left="5040" w:hanging="360"/>
      </w:pPr>
      <w:rPr>
        <w:rFonts w:ascii="Symbol" w:hAnsi="Symbol"/>
        <w:b w:val="0"/>
      </w:rPr>
    </w:lvl>
    <w:lvl w:ilvl="7">
      <w:numFmt w:val="bullet"/>
      <w:lvlText w:val="o"/>
      <w:lvlJc w:val="left"/>
      <w:pPr>
        <w:tabs>
          <w:tab w:val="left" w:pos="0"/>
        </w:tabs>
        <w:ind w:left="5760" w:hanging="360"/>
      </w:pPr>
      <w:rPr>
        <w:rFonts w:ascii="Courier New" w:hAnsi="Courier New"/>
        <w:b w:val="0"/>
      </w:rPr>
    </w:lvl>
    <w:lvl w:ilvl="8">
      <w:numFmt w:val="bullet"/>
      <w:lvlText w:val=""/>
      <w:lvlJc w:val="left"/>
      <w:pPr>
        <w:tabs>
          <w:tab w:val="left" w:pos="0"/>
        </w:tabs>
        <w:ind w:left="6480" w:hanging="360"/>
      </w:pPr>
      <w:rPr>
        <w:rFonts w:ascii="Wingdings" w:hAnsi="Wingdings"/>
        <w:b w:val="0"/>
      </w:rPr>
    </w:lvl>
  </w:abstractNum>
  <w:abstractNum w:abstractNumId="17" w15:restartNumberingAfterBreak="0">
    <w:nsid w:val="521A7D19"/>
    <w:multiLevelType w:val="hybridMultilevel"/>
    <w:tmpl w:val="A7F6FCAC"/>
    <w:lvl w:ilvl="0" w:tplc="76529BD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C9028F1"/>
    <w:multiLevelType w:val="multilevel"/>
    <w:tmpl w:val="A4E0A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8"/>
  </w:num>
  <w:num w:numId="6">
    <w:abstractNumId w:val="4"/>
  </w:num>
  <w:num w:numId="7">
    <w:abstractNumId w:val="3"/>
  </w:num>
  <w:num w:numId="8">
    <w:abstractNumId w:val="2"/>
  </w:num>
  <w:num w:numId="9">
    <w:abstractNumId w:val="1"/>
  </w:num>
  <w:num w:numId="10">
    <w:abstractNumId w:val="18"/>
  </w:num>
  <w:num w:numId="11">
    <w:abstractNumId w:val="0"/>
  </w:num>
  <w:num w:numId="12">
    <w:abstractNumId w:val="16"/>
  </w:num>
  <w:num w:numId="13">
    <w:abstractNumId w:val="17"/>
  </w:num>
  <w:num w:numId="14">
    <w:abstractNumId w:val="11"/>
  </w:num>
  <w:num w:numId="15">
    <w:abstractNumId w:val="13"/>
  </w:num>
  <w:num w:numId="16">
    <w:abstractNumId w:val="12"/>
  </w:num>
  <w:num w:numId="17">
    <w:abstractNumId w:val="10"/>
  </w:num>
  <w:num w:numId="18">
    <w:abstractNumId w:val="1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117D"/>
    <w:rsid w:val="00076707"/>
    <w:rsid w:val="0009171F"/>
    <w:rsid w:val="000D0E4E"/>
    <w:rsid w:val="000E56D0"/>
    <w:rsid w:val="000F7332"/>
    <w:rsid w:val="00125317"/>
    <w:rsid w:val="0015074B"/>
    <w:rsid w:val="00192E55"/>
    <w:rsid w:val="00193645"/>
    <w:rsid w:val="00194211"/>
    <w:rsid w:val="001B7845"/>
    <w:rsid w:val="002002F3"/>
    <w:rsid w:val="002534B2"/>
    <w:rsid w:val="002567CA"/>
    <w:rsid w:val="00261C92"/>
    <w:rsid w:val="00272902"/>
    <w:rsid w:val="0029639D"/>
    <w:rsid w:val="002A09AB"/>
    <w:rsid w:val="00326F90"/>
    <w:rsid w:val="0039566C"/>
    <w:rsid w:val="003A560D"/>
    <w:rsid w:val="003B006A"/>
    <w:rsid w:val="003B5151"/>
    <w:rsid w:val="00434525"/>
    <w:rsid w:val="0045042B"/>
    <w:rsid w:val="00472B59"/>
    <w:rsid w:val="00486871"/>
    <w:rsid w:val="004A4BC7"/>
    <w:rsid w:val="00580352"/>
    <w:rsid w:val="005A3F10"/>
    <w:rsid w:val="005A4419"/>
    <w:rsid w:val="005A5ECF"/>
    <w:rsid w:val="005D48A1"/>
    <w:rsid w:val="005D4F0A"/>
    <w:rsid w:val="00614E44"/>
    <w:rsid w:val="00645241"/>
    <w:rsid w:val="00651C86"/>
    <w:rsid w:val="006841B8"/>
    <w:rsid w:val="00696489"/>
    <w:rsid w:val="006B0B6D"/>
    <w:rsid w:val="007C0A72"/>
    <w:rsid w:val="00832328"/>
    <w:rsid w:val="00832D58"/>
    <w:rsid w:val="00852607"/>
    <w:rsid w:val="0086799F"/>
    <w:rsid w:val="00882CE7"/>
    <w:rsid w:val="008A096E"/>
    <w:rsid w:val="008A61BB"/>
    <w:rsid w:val="008B6545"/>
    <w:rsid w:val="008F4D14"/>
    <w:rsid w:val="00923B0A"/>
    <w:rsid w:val="00986846"/>
    <w:rsid w:val="009C285A"/>
    <w:rsid w:val="009F6EDB"/>
    <w:rsid w:val="00A05A2F"/>
    <w:rsid w:val="00A12A5A"/>
    <w:rsid w:val="00A264D2"/>
    <w:rsid w:val="00A415A0"/>
    <w:rsid w:val="00AA1D8D"/>
    <w:rsid w:val="00AC1298"/>
    <w:rsid w:val="00B4188C"/>
    <w:rsid w:val="00B447BC"/>
    <w:rsid w:val="00B47730"/>
    <w:rsid w:val="00B66E6C"/>
    <w:rsid w:val="00B87AEA"/>
    <w:rsid w:val="00BC4C9C"/>
    <w:rsid w:val="00C03921"/>
    <w:rsid w:val="00C705B4"/>
    <w:rsid w:val="00C7401F"/>
    <w:rsid w:val="00C80A49"/>
    <w:rsid w:val="00C84A22"/>
    <w:rsid w:val="00C85936"/>
    <w:rsid w:val="00CA12DD"/>
    <w:rsid w:val="00CB0664"/>
    <w:rsid w:val="00CB3DB7"/>
    <w:rsid w:val="00CB66C3"/>
    <w:rsid w:val="00CC28E0"/>
    <w:rsid w:val="00CC6502"/>
    <w:rsid w:val="00D06A40"/>
    <w:rsid w:val="00D61A72"/>
    <w:rsid w:val="00DC428E"/>
    <w:rsid w:val="00DC58C6"/>
    <w:rsid w:val="00DF4BC3"/>
    <w:rsid w:val="00E26E28"/>
    <w:rsid w:val="00E62804"/>
    <w:rsid w:val="00E74397"/>
    <w:rsid w:val="00F400E8"/>
    <w:rsid w:val="00F63245"/>
    <w:rsid w:val="00F726FE"/>
    <w:rsid w:val="00F76AE9"/>
    <w:rsid w:val="00F85235"/>
    <w:rsid w:val="00F9522D"/>
    <w:rsid w:val="00F966E4"/>
    <w:rsid w:val="00F96CA1"/>
    <w:rsid w:val="00FA21D6"/>
    <w:rsid w:val="00FC2FC0"/>
    <w:rsid w:val="00FC693F"/>
    <w:rsid w:val="00FF0660"/>
    <w:rsid w:val="00FF76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EF7B80"/>
  <w14:defaultImageDpi w14:val="300"/>
  <w15:docId w15:val="{139725AC-FA6A-4143-AB71-40EF2EDC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3453</Words>
  <Characters>19688</Characters>
  <Application>Microsoft Office Word</Application>
  <DocSecurity>0</DocSecurity>
  <Lines>164</Lines>
  <Paragraphs>46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Manager/>
  <Company/>
  <LinksUpToDate>false</LinksUpToDate>
  <CharactersWithSpaces>23095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Lada Uzorinac</cp:lastModifiedBy>
  <cp:revision>4</cp:revision>
  <cp:lastPrinted>2026-07-27T07:49:00Z</cp:lastPrinted>
  <dcterms:created xsi:type="dcterms:W3CDTF">2026-07-29T07:22:00Z</dcterms:created>
  <dcterms:modified xsi:type="dcterms:W3CDTF">2026-07-29T07:23:00Z</dcterms:modified>
  <cp:category/>
</cp:coreProperties>
</file>